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E25052" w14:paraId="5181C894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77FC5BF6" w14:textId="77777777" w:rsidR="00E25052" w:rsidRDefault="00E25052">
            <w:pPr>
              <w:keepNext/>
              <w:jc w:val="center"/>
              <w:rPr>
                <w:i/>
                <w:color w:val="595959"/>
              </w:rPr>
            </w:pPr>
          </w:p>
          <w:p w14:paraId="2BE93D8A" w14:textId="558F41BA" w:rsidR="00F801F2" w:rsidRDefault="00F801F2">
            <w:pPr>
              <w:keepNext/>
              <w:jc w:val="center"/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2DEAB02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F74738E" w14:textId="77777777" w:rsidR="00E25052" w:rsidRDefault="00E25052">
            <w:pPr>
              <w:keepNext/>
            </w:pPr>
          </w:p>
        </w:tc>
      </w:tr>
      <w:tr w:rsidR="00E25052" w14:paraId="6B015EDC" w14:textId="77777777">
        <w:trPr>
          <w:cantSplit/>
          <w:trHeight w:val="510"/>
        </w:trPr>
        <w:tc>
          <w:tcPr>
            <w:tcW w:w="1606" w:type="dxa"/>
            <w:vMerge/>
          </w:tcPr>
          <w:p w14:paraId="7AF8C63B" w14:textId="77777777" w:rsidR="00E25052" w:rsidRDefault="00E25052"/>
        </w:tc>
        <w:tc>
          <w:tcPr>
            <w:tcW w:w="8030" w:type="dxa"/>
            <w:gridSpan w:val="3"/>
            <w:shd w:val="clear" w:color="auto" w:fill="F0F0F0"/>
          </w:tcPr>
          <w:p w14:paraId="34D9B7ED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1F71C78E" w14:textId="77777777" w:rsidR="00E25052" w:rsidRDefault="00E25052">
            <w:pPr>
              <w:keepNext/>
            </w:pPr>
          </w:p>
        </w:tc>
      </w:tr>
      <w:tr w:rsidR="00E25052" w14:paraId="7354B52B" w14:textId="77777777">
        <w:trPr>
          <w:cantSplit/>
          <w:trHeight w:val="510"/>
        </w:trPr>
        <w:tc>
          <w:tcPr>
            <w:tcW w:w="1606" w:type="dxa"/>
            <w:vMerge/>
          </w:tcPr>
          <w:p w14:paraId="2EA11AAE" w14:textId="77777777" w:rsidR="00E25052" w:rsidRDefault="00E25052"/>
        </w:tc>
        <w:tc>
          <w:tcPr>
            <w:tcW w:w="2409" w:type="dxa"/>
            <w:shd w:val="clear" w:color="auto" w:fill="F0F0F0"/>
          </w:tcPr>
          <w:p w14:paraId="75894951" w14:textId="77777777" w:rsidR="00E25052" w:rsidRPr="00F801F2" w:rsidRDefault="00000000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F801F2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F801F2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F801F2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F801F2">
              <w:rPr>
                <w:b/>
                <w:color w:val="0D5F78"/>
                <w:lang w:val="fr-FR"/>
              </w:rPr>
              <w:t xml:space="preserve"> (CIF)</w:t>
            </w:r>
          </w:p>
          <w:p w14:paraId="2ECEACE6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49CBD2CA" w14:textId="77777777" w:rsidR="00E2505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2B62640E" w14:textId="77777777" w:rsidR="00E25052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78A52A4D" w14:textId="77777777" w:rsidR="00E25052" w:rsidRDefault="00E25052">
            <w:pPr>
              <w:keepNext/>
            </w:pPr>
          </w:p>
        </w:tc>
      </w:tr>
      <w:tr w:rsidR="00E25052" w14:paraId="0DABC460" w14:textId="77777777">
        <w:trPr>
          <w:cantSplit/>
          <w:trHeight w:val="510"/>
        </w:trPr>
        <w:tc>
          <w:tcPr>
            <w:tcW w:w="1606" w:type="dxa"/>
            <w:vMerge/>
          </w:tcPr>
          <w:p w14:paraId="13B733BA" w14:textId="77777777" w:rsidR="00E25052" w:rsidRDefault="00E25052"/>
        </w:tc>
        <w:tc>
          <w:tcPr>
            <w:tcW w:w="4818" w:type="dxa"/>
            <w:gridSpan w:val="2"/>
            <w:shd w:val="clear" w:color="auto" w:fill="F0F0F0"/>
          </w:tcPr>
          <w:p w14:paraId="764818D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46EE121A" w14:textId="77777777" w:rsidR="00E25052" w:rsidRDefault="00E25052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6393E32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D13DA55" w14:textId="77777777" w:rsidR="00E25052" w:rsidRDefault="00E25052">
            <w:pPr>
              <w:keepNext/>
            </w:pPr>
          </w:p>
        </w:tc>
      </w:tr>
      <w:tr w:rsidR="00E25052" w:rsidRPr="0021562A" w14:paraId="4238FFAF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1995405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FB5BB70" w14:textId="77777777" w:rsidR="00E25052" w:rsidRPr="00F801F2" w:rsidRDefault="00E25052">
      <w:pPr>
        <w:spacing w:line="168" w:lineRule="auto"/>
        <w:rPr>
          <w:lang w:val="fr-FR"/>
        </w:rPr>
      </w:pPr>
    </w:p>
    <w:p w14:paraId="19E46984" w14:textId="77777777" w:rsidR="00E25052" w:rsidRPr="0021562A" w:rsidRDefault="00000000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r w:rsidRPr="00F801F2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5C4842F2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F801F2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comunei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sector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B3D1BF3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</w:tr>
      <w:tr w:rsidR="00E25052" w:rsidRPr="0021562A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77777777" w:rsidR="00E25052" w:rsidRPr="00F801F2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F801F2">
              <w:rPr>
                <w:lang w:val="fr-FR"/>
              </w:rPr>
              <w:t>Cererea</w:t>
            </w:r>
            <w:proofErr w:type="spellEnd"/>
            <w:r w:rsidRPr="00F801F2">
              <w:rPr>
                <w:lang w:val="fr-FR"/>
              </w:rPr>
              <w:t xml:space="preserve"> va fi </w:t>
            </w:r>
            <w:proofErr w:type="spellStart"/>
            <w:r w:rsidRPr="00F801F2">
              <w:rPr>
                <w:lang w:val="fr-FR"/>
              </w:rPr>
              <w:t>transmisă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către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președintele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consiliului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județean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general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de </w:t>
            </w:r>
            <w:proofErr w:type="spellStart"/>
            <w:r w:rsidRPr="00F801F2">
              <w:rPr>
                <w:lang w:val="fr-FR"/>
              </w:rPr>
              <w:t>sector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sau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primarul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municipiului</w:t>
            </w:r>
            <w:proofErr w:type="spellEnd"/>
            <w:r w:rsidRPr="00F801F2">
              <w:rPr>
                <w:lang w:val="fr-FR"/>
              </w:rPr>
              <w:t xml:space="preserve"> / </w:t>
            </w:r>
            <w:proofErr w:type="spellStart"/>
            <w:r w:rsidRPr="00F801F2">
              <w:rPr>
                <w:lang w:val="fr-FR"/>
              </w:rPr>
              <w:t>orașului</w:t>
            </w:r>
            <w:proofErr w:type="spellEnd"/>
            <w:r w:rsidRPr="00F801F2">
              <w:rPr>
                <w:lang w:val="fr-FR"/>
              </w:rPr>
              <w:t xml:space="preserve"> / </w:t>
            </w:r>
            <w:proofErr w:type="spellStart"/>
            <w:r w:rsidRPr="00F801F2">
              <w:rPr>
                <w:lang w:val="fr-FR"/>
              </w:rPr>
              <w:t>comunei</w:t>
            </w:r>
            <w:proofErr w:type="spellEnd"/>
            <w:r w:rsidRPr="00F801F2">
              <w:rPr>
                <w:lang w:val="fr-FR"/>
              </w:rPr>
              <w:t xml:space="preserve">, </w:t>
            </w:r>
            <w:proofErr w:type="spellStart"/>
            <w:r w:rsidRPr="00F801F2">
              <w:rPr>
                <w:lang w:val="fr-FR"/>
              </w:rPr>
              <w:t>după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caz</w:t>
            </w:r>
            <w:proofErr w:type="spellEnd"/>
            <w:r w:rsidRPr="00F801F2">
              <w:rPr>
                <w:lang w:val="fr-FR"/>
              </w:rPr>
              <w:t>.</w:t>
            </w: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000000">
            <w:r>
              <w:rPr>
                <w:b/>
                <w:color w:val="0D5F78"/>
              </w:rPr>
              <w:t>În calitate de reprezentant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000000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0F32F97" w14:textId="77777777" w:rsidR="00E25052" w:rsidRDefault="00000000">
      <w:pPr>
        <w:spacing w:before="80" w:after="60"/>
        <w:jc w:val="center"/>
      </w:pPr>
      <w:r>
        <w:rPr>
          <w:sz w:val="18"/>
        </w:rPr>
        <w:t>în conformitate cu prevederile Legii nr. 169/2026 privind Codul amenajării teritoriului, urbanismului și construcțiilor,</w:t>
      </w:r>
    </w:p>
    <w:p w14:paraId="2C7584EF" w14:textId="77777777" w:rsidR="00E25052" w:rsidRDefault="00000000">
      <w:pPr>
        <w:spacing w:before="80" w:after="60"/>
        <w:jc w:val="center"/>
      </w:pPr>
      <w:r>
        <w:rPr>
          <w:sz w:val="18"/>
        </w:rPr>
        <w:t>solicit emiterea</w:t>
      </w:r>
    </w:p>
    <w:p w14:paraId="33797D79" w14:textId="77777777" w:rsidR="00E25052" w:rsidRPr="0021562A" w:rsidRDefault="00000000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>CERTIFICATULUI DE URBANISM DE INFORMARE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000000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D07226C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5C06A6B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1BF54F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242BC6F3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r w:rsidRPr="00F801F2">
              <w:rPr>
                <w:b/>
                <w:color w:val="0D5F78"/>
                <w:lang w:val="fr-FR"/>
              </w:rPr>
              <w:t>Număr</w:t>
            </w:r>
            <w:proofErr w:type="spellEnd"/>
            <w:r w:rsidRPr="00F801F2">
              <w:rPr>
                <w:b/>
                <w:color w:val="0D5F78"/>
                <w:lang w:val="fr-FR"/>
              </w:rPr>
              <w:t xml:space="preserve"> cadastral</w:t>
            </w:r>
          </w:p>
          <w:p w14:paraId="4088464C" w14:textId="77777777" w:rsidR="00E25052" w:rsidRPr="00F801F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F801F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7A7A7A"/>
                <w:lang w:val="fr-FR"/>
              </w:rPr>
              <w:t>în</w:t>
            </w:r>
            <w:proofErr w:type="spellEnd"/>
            <w:r w:rsidRPr="00F801F2">
              <w:rPr>
                <w:i/>
                <w:color w:val="7A7A7A"/>
                <w:lang w:val="fr-FR"/>
              </w:rPr>
              <w:t xml:space="preserve"> e-Terra</w:t>
            </w:r>
          </w:p>
          <w:p w14:paraId="46FDA082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000000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21562A">
              <w:rPr>
                <w:sz w:val="16"/>
                <w:lang w:val="fr-FR"/>
              </w:rPr>
              <w:t>funciară</w:t>
            </w:r>
            <w:proofErr w:type="spellEnd"/>
            <w:r w:rsidRPr="0021562A">
              <w:rPr>
                <w:sz w:val="16"/>
                <w:lang w:val="fr-FR"/>
              </w:rPr>
              <w:t xml:space="preserve"> </w:t>
            </w:r>
            <w:proofErr w:type="spellStart"/>
            <w:r w:rsidRPr="0021562A">
              <w:rPr>
                <w:sz w:val="16"/>
                <w:lang w:val="fr-FR"/>
              </w:rPr>
              <w:t>actualizat</w:t>
            </w:r>
            <w:proofErr w:type="spellEnd"/>
            <w:r w:rsidRPr="0021562A">
              <w:rPr>
                <w:sz w:val="16"/>
                <w:lang w:val="fr-FR"/>
              </w:rPr>
              <w:t xml:space="preserve">, </w:t>
            </w:r>
            <w:proofErr w:type="spellStart"/>
            <w:r w:rsidRPr="0021562A">
              <w:rPr>
                <w:sz w:val="16"/>
                <w:lang w:val="fr-FR"/>
              </w:rPr>
              <w:t>anexat</w:t>
            </w:r>
            <w:proofErr w:type="spellEnd"/>
            <w:r w:rsidRPr="0021562A">
              <w:rPr>
                <w:sz w:val="16"/>
                <w:lang w:val="fr-FR"/>
              </w:rPr>
              <w:t xml:space="preserve">     </w:t>
            </w:r>
          </w:p>
          <w:p w14:paraId="4D8DB8B6" w14:textId="6B074625" w:rsidR="00E25052" w:rsidRPr="00F8517F" w:rsidRDefault="00000000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 xml:space="preserve">☐ plan de </w:t>
            </w:r>
            <w:proofErr w:type="spellStart"/>
            <w:r w:rsidRPr="00F8517F">
              <w:rPr>
                <w:sz w:val="16"/>
                <w:lang w:val="fr-FR"/>
              </w:rPr>
              <w:t>încadrare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zonă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în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sistem</w:t>
            </w:r>
            <w:proofErr w:type="spellEnd"/>
            <w:r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Pr="00F8517F">
              <w:rPr>
                <w:sz w:val="16"/>
                <w:lang w:val="fr-FR"/>
              </w:rPr>
              <w:t>Stereo</w:t>
            </w:r>
            <w:proofErr w:type="spellEnd"/>
            <w:r w:rsidRPr="00F8517F">
              <w:rPr>
                <w:sz w:val="16"/>
                <w:lang w:val="fr-FR"/>
              </w:rPr>
              <w:t xml:space="preserve"> 70, </w:t>
            </w:r>
            <w:proofErr w:type="spellStart"/>
            <w:r w:rsidRPr="00F8517F">
              <w:rPr>
                <w:sz w:val="16"/>
                <w:lang w:val="fr-FR"/>
              </w:rPr>
              <w:t>anexat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eliberat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la </w:t>
            </w:r>
            <w:proofErr w:type="spellStart"/>
            <w:r w:rsidR="00F8517F" w:rsidRPr="00F8517F">
              <w:rPr>
                <w:sz w:val="16"/>
                <w:lang w:val="fr-FR"/>
              </w:rPr>
              <w:t>cerere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, de </w:t>
            </w:r>
            <w:proofErr w:type="spellStart"/>
            <w:r w:rsidR="00F8517F" w:rsidRPr="00F8517F">
              <w:rPr>
                <w:sz w:val="16"/>
                <w:lang w:val="fr-FR"/>
              </w:rPr>
              <w:t>către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Agenția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Națională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de </w:t>
            </w:r>
            <w:proofErr w:type="spellStart"/>
            <w:r w:rsidR="00F8517F" w:rsidRPr="00F8517F">
              <w:rPr>
                <w:sz w:val="16"/>
                <w:lang w:val="fr-FR"/>
              </w:rPr>
              <w:t>Cadastru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și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Publicitate</w:t>
            </w:r>
            <w:proofErr w:type="spellEnd"/>
            <w:r w:rsidR="00F8517F" w:rsidRPr="00F8517F">
              <w:rPr>
                <w:sz w:val="16"/>
                <w:lang w:val="fr-FR"/>
              </w:rPr>
              <w:t xml:space="preserve"> </w:t>
            </w:r>
            <w:proofErr w:type="spellStart"/>
            <w:r w:rsidR="00F8517F" w:rsidRPr="00F8517F">
              <w:rPr>
                <w:sz w:val="16"/>
                <w:lang w:val="fr-FR"/>
              </w:rPr>
              <w:t>Imobiliară</w:t>
            </w:r>
            <w:proofErr w:type="spellEnd"/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000000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000000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</w:t>
            </w:r>
            <w:proofErr w:type="spellStart"/>
            <w:r w:rsidRPr="00F801F2">
              <w:rPr>
                <w:sz w:val="16"/>
                <w:lang w:val="fr-FR"/>
              </w:rPr>
              <w:t>scris</w:t>
            </w:r>
            <w:proofErr w:type="spellEnd"/>
            <w:r w:rsidRPr="00F801F2">
              <w:rPr>
                <w:sz w:val="16"/>
                <w:lang w:val="fr-FR"/>
              </w:rPr>
              <w:t xml:space="preserve">, </w:t>
            </w:r>
            <w:proofErr w:type="spellStart"/>
            <w:r w:rsidRPr="00F801F2">
              <w:rPr>
                <w:sz w:val="16"/>
                <w:lang w:val="fr-FR"/>
              </w:rPr>
              <w:t>prin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poștă</w:t>
            </w:r>
            <w:proofErr w:type="spellEnd"/>
            <w:r w:rsidRPr="00F801F2">
              <w:rPr>
                <w:sz w:val="16"/>
                <w:lang w:val="fr-FR"/>
              </w:rPr>
              <w:t xml:space="preserve">     ☐ </w:t>
            </w:r>
            <w:proofErr w:type="spellStart"/>
            <w:r w:rsidRPr="00F801F2">
              <w:rPr>
                <w:sz w:val="16"/>
                <w:lang w:val="fr-FR"/>
              </w:rPr>
              <w:t>în</w:t>
            </w:r>
            <w:proofErr w:type="spellEnd"/>
            <w:r w:rsidRPr="00F801F2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F801F2">
              <w:rPr>
                <w:sz w:val="16"/>
                <w:lang w:val="fr-FR"/>
              </w:rPr>
              <w:t>adresa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gramStart"/>
            <w:r w:rsidRPr="00F801F2">
              <w:rPr>
                <w:sz w:val="16"/>
                <w:lang w:val="fr-FR"/>
              </w:rPr>
              <w:t>de e-mail</w:t>
            </w:r>
            <w:proofErr w:type="gram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indicată</w:t>
            </w:r>
            <w:proofErr w:type="spellEnd"/>
            <w:r w:rsidRPr="00F801F2">
              <w:rPr>
                <w:sz w:val="16"/>
                <w:lang w:val="fr-FR"/>
              </w:rPr>
              <w:t xml:space="preserve">     ☐ </w:t>
            </w:r>
            <w:proofErr w:type="spellStart"/>
            <w:r w:rsidRPr="00F801F2">
              <w:rPr>
                <w:sz w:val="16"/>
                <w:lang w:val="fr-FR"/>
              </w:rPr>
              <w:t>ridicare</w:t>
            </w:r>
            <w:proofErr w:type="spellEnd"/>
            <w:r w:rsidRPr="00F801F2">
              <w:rPr>
                <w:sz w:val="16"/>
                <w:lang w:val="fr-FR"/>
              </w:rPr>
              <w:t xml:space="preserve"> de la </w:t>
            </w:r>
            <w:proofErr w:type="spellStart"/>
            <w:r w:rsidRPr="00F801F2">
              <w:rPr>
                <w:sz w:val="16"/>
                <w:lang w:val="fr-FR"/>
              </w:rPr>
              <w:t>sediul</w:t>
            </w:r>
            <w:proofErr w:type="spellEnd"/>
            <w:r w:rsidRPr="00F801F2">
              <w:rPr>
                <w:sz w:val="16"/>
                <w:lang w:val="fr-FR"/>
              </w:rPr>
              <w:t xml:space="preserve"> </w:t>
            </w:r>
            <w:proofErr w:type="spellStart"/>
            <w:r w:rsidRPr="00F801F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000000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>
        <w:trPr>
          <w:cantSplit/>
          <w:trHeight w:val="510"/>
        </w:trPr>
        <w:tc>
          <w:tcPr>
            <w:tcW w:w="1606" w:type="dxa"/>
          </w:tcPr>
          <w:p w14:paraId="4CA50917" w14:textId="77777777" w:rsidR="00E25052" w:rsidRDefault="00000000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000000">
            <w:r>
              <w:rPr>
                <w:b/>
                <w:color w:val="0D5F78"/>
              </w:rPr>
              <w:t>Solicitantul</w:t>
            </w:r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000000">
            <w:r>
              <w:rPr>
                <w:b/>
                <w:color w:val="0D5F78"/>
              </w:rPr>
              <w:t>Semnătura</w:t>
            </w:r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1CA5" w14:textId="77777777" w:rsidR="00861954" w:rsidRDefault="00861954">
      <w:r>
        <w:separator/>
      </w:r>
    </w:p>
  </w:endnote>
  <w:endnote w:type="continuationSeparator" w:id="0">
    <w:p w14:paraId="2800FE9A" w14:textId="77777777" w:rsidR="00861954" w:rsidRDefault="0086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1E53" w14:textId="180E0261" w:rsidR="00E25052" w:rsidRDefault="00F801F2">
    <w:pPr>
      <w:pStyle w:val="Subsol"/>
      <w:tabs>
        <w:tab w:val="right" w:pos="9639"/>
      </w:tabs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3B0E" w14:textId="77777777" w:rsidR="00861954" w:rsidRDefault="00861954">
      <w:r>
        <w:separator/>
      </w:r>
    </w:p>
  </w:footnote>
  <w:footnote w:type="continuationSeparator" w:id="0">
    <w:p w14:paraId="025008F2" w14:textId="77777777" w:rsidR="00861954" w:rsidRDefault="00861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7F69" w14:textId="77777777" w:rsidR="00F8517F" w:rsidRPr="00F8517F" w:rsidRDefault="00F8517F" w:rsidP="00F8517F">
    <w:pPr>
      <w:pStyle w:val="Antet"/>
      <w:rPr>
        <w:b/>
        <w:bCs/>
        <w:i/>
        <w:iCs/>
        <w:color w:val="595959"/>
        <w:sz w:val="24"/>
        <w:szCs w:val="24"/>
        <w:u w:val="single"/>
      </w:rPr>
    </w:pPr>
    <w:proofErr w:type="spellStart"/>
    <w:r w:rsidRPr="00F8517F">
      <w:rPr>
        <w:b/>
        <w:bCs/>
        <w:i/>
        <w:iCs/>
        <w:color w:val="595959"/>
        <w:sz w:val="24"/>
        <w:szCs w:val="24"/>
        <w:u w:val="single"/>
      </w:rPr>
      <w:t>Anexa</w:t>
    </w:r>
    <w:proofErr w:type="spellEnd"/>
    <w:r w:rsidRPr="00F8517F">
      <w:rPr>
        <w:b/>
        <w:bCs/>
        <w:i/>
        <w:iCs/>
        <w:color w:val="595959"/>
        <w:sz w:val="24"/>
        <w:szCs w:val="24"/>
        <w:u w:val="single"/>
      </w:rPr>
      <w:t xml:space="preserve"> nr.1  </w:t>
    </w:r>
  </w:p>
  <w:p w14:paraId="30A11B91" w14:textId="654108AB" w:rsidR="00F8517F" w:rsidRPr="00F8517F" w:rsidRDefault="00F8517F" w:rsidP="00F8517F">
    <w:pPr>
      <w:pStyle w:val="Antet"/>
      <w:rPr>
        <w:b/>
        <w:bCs/>
        <w:color w:val="595959"/>
      </w:rPr>
    </w:pPr>
    <w:r>
      <w:rPr>
        <w:color w:val="595959"/>
      </w:rPr>
      <w:t xml:space="preserve">F_CU_01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9901959">
    <w:abstractNumId w:val="8"/>
  </w:num>
  <w:num w:numId="2" w16cid:durableId="1763795687">
    <w:abstractNumId w:val="6"/>
  </w:num>
  <w:num w:numId="3" w16cid:durableId="1089348912">
    <w:abstractNumId w:val="5"/>
  </w:num>
  <w:num w:numId="4" w16cid:durableId="1038360754">
    <w:abstractNumId w:val="4"/>
  </w:num>
  <w:num w:numId="5" w16cid:durableId="226697112">
    <w:abstractNumId w:val="7"/>
  </w:num>
  <w:num w:numId="6" w16cid:durableId="1274440642">
    <w:abstractNumId w:val="3"/>
  </w:num>
  <w:num w:numId="7" w16cid:durableId="1036154305">
    <w:abstractNumId w:val="2"/>
  </w:num>
  <w:num w:numId="8" w16cid:durableId="233055514">
    <w:abstractNumId w:val="1"/>
  </w:num>
  <w:num w:numId="9" w16cid:durableId="5998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5B4"/>
    <w:rsid w:val="0015074B"/>
    <w:rsid w:val="0021562A"/>
    <w:rsid w:val="0029639D"/>
    <w:rsid w:val="00326F90"/>
    <w:rsid w:val="006C103E"/>
    <w:rsid w:val="00763A7C"/>
    <w:rsid w:val="00861954"/>
    <w:rsid w:val="009B5021"/>
    <w:rsid w:val="00AA1D8D"/>
    <w:rsid w:val="00B16250"/>
    <w:rsid w:val="00B47730"/>
    <w:rsid w:val="00CB0664"/>
    <w:rsid w:val="00E25052"/>
    <w:rsid w:val="00E61A6B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248</Words>
  <Characters>1414</Characters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2026-08-24T14:45:00Z</dcterms:modified>
  <cp:category/>
</cp:coreProperties>
</file>