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E1635" w14:paraId="4C68BCA7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73C7D55" w14:textId="77777777" w:rsidR="001E1635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46A0FA06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8A49159" w14:textId="77777777" w:rsidR="001E1635" w:rsidRDefault="001E1635">
            <w:pPr>
              <w:keepNext/>
            </w:pPr>
          </w:p>
        </w:tc>
      </w:tr>
      <w:tr w:rsidR="001E1635" w14:paraId="51C0757A" w14:textId="77777777">
        <w:trPr>
          <w:cantSplit/>
          <w:trHeight w:val="510"/>
        </w:trPr>
        <w:tc>
          <w:tcPr>
            <w:tcW w:w="1606" w:type="dxa"/>
            <w:vMerge/>
          </w:tcPr>
          <w:p w14:paraId="691A2AC8" w14:textId="77777777" w:rsidR="001E1635" w:rsidRDefault="001E1635"/>
        </w:tc>
        <w:tc>
          <w:tcPr>
            <w:tcW w:w="8030" w:type="dxa"/>
            <w:gridSpan w:val="3"/>
            <w:shd w:val="clear" w:color="auto" w:fill="F0F0F0"/>
          </w:tcPr>
          <w:p w14:paraId="2BE82BE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04E7F576" w14:textId="77777777" w:rsidR="001E1635" w:rsidRDefault="001E1635">
            <w:pPr>
              <w:keepNext/>
            </w:pPr>
          </w:p>
        </w:tc>
      </w:tr>
      <w:tr w:rsidR="001E1635" w14:paraId="2631F304" w14:textId="77777777">
        <w:trPr>
          <w:cantSplit/>
          <w:trHeight w:val="510"/>
        </w:trPr>
        <w:tc>
          <w:tcPr>
            <w:tcW w:w="1606" w:type="dxa"/>
            <w:vMerge/>
          </w:tcPr>
          <w:p w14:paraId="5F679958" w14:textId="77777777" w:rsidR="001E1635" w:rsidRDefault="001E1635"/>
        </w:tc>
        <w:tc>
          <w:tcPr>
            <w:tcW w:w="2409" w:type="dxa"/>
            <w:shd w:val="clear" w:color="auto" w:fill="F0F0F0"/>
          </w:tcPr>
          <w:p w14:paraId="24729E83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6257CA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6257C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6257C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6257CA">
              <w:rPr>
                <w:b/>
                <w:color w:val="0D5F78"/>
                <w:lang w:val="fr-FR"/>
              </w:rPr>
              <w:t xml:space="preserve"> (CIF)</w:t>
            </w:r>
          </w:p>
          <w:p w14:paraId="5C37BD63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616968D6" w14:textId="77777777" w:rsidR="001E163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23E7CCD6" w14:textId="77777777" w:rsidR="001E1635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0EA9E139" w14:textId="77777777" w:rsidR="001E1635" w:rsidRDefault="001E1635">
            <w:pPr>
              <w:keepNext/>
            </w:pPr>
          </w:p>
        </w:tc>
      </w:tr>
      <w:tr w:rsidR="001E1635" w14:paraId="0E65AED2" w14:textId="77777777">
        <w:trPr>
          <w:cantSplit/>
          <w:trHeight w:val="510"/>
        </w:trPr>
        <w:tc>
          <w:tcPr>
            <w:tcW w:w="1606" w:type="dxa"/>
            <w:vMerge/>
          </w:tcPr>
          <w:p w14:paraId="6544B9D7" w14:textId="77777777" w:rsidR="001E1635" w:rsidRDefault="001E1635"/>
        </w:tc>
        <w:tc>
          <w:tcPr>
            <w:tcW w:w="4818" w:type="dxa"/>
            <w:gridSpan w:val="2"/>
            <w:shd w:val="clear" w:color="auto" w:fill="F0F0F0"/>
          </w:tcPr>
          <w:p w14:paraId="189A61B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75A2B56A" w14:textId="77777777" w:rsidR="001E1635" w:rsidRDefault="001E1635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E1695D8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37F86DD" w14:textId="77777777" w:rsidR="001E1635" w:rsidRDefault="001E1635">
            <w:pPr>
              <w:keepNext/>
            </w:pPr>
          </w:p>
        </w:tc>
      </w:tr>
      <w:tr w:rsidR="001E1635" w:rsidRPr="00A37FAC" w14:paraId="3911975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6DF05C4B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6257CA">
              <w:rPr>
                <w:i/>
                <w:color w:val="595959"/>
                <w:lang w:val="fr-FR"/>
              </w:rPr>
              <w:t>se</w:t>
            </w:r>
            <w:proofErr w:type="gramEnd"/>
            <w:r w:rsidRPr="006257C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6257C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6257C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6257C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6257C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6257C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6257CA">
              <w:rPr>
                <w:i/>
                <w:color w:val="595959"/>
                <w:lang w:val="fr-FR"/>
              </w:rPr>
              <w:t>scrie</w:t>
            </w:r>
            <w:proofErr w:type="spellEnd"/>
            <w:r w:rsidRPr="006257C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595959"/>
                <w:lang w:val="fr-FR"/>
              </w:rPr>
              <w:t>în</w:t>
            </w:r>
            <w:proofErr w:type="spellEnd"/>
            <w:r w:rsidRPr="006257C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6257C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72E6D1D1" w14:textId="77777777" w:rsidR="001E1635" w:rsidRPr="006257CA" w:rsidRDefault="001E1635">
      <w:pPr>
        <w:spacing w:line="168" w:lineRule="auto"/>
        <w:rPr>
          <w:lang w:val="fr-FR"/>
        </w:rPr>
      </w:pPr>
    </w:p>
    <w:p w14:paraId="1DD2FBAB" w14:textId="6A747212" w:rsidR="001E1635" w:rsidRPr="00A37FAC" w:rsidRDefault="00000000" w:rsidP="006257CA">
      <w:pPr>
        <w:spacing w:before="140" w:after="40"/>
        <w:jc w:val="center"/>
        <w:rPr>
          <w:sz w:val="28"/>
          <w:szCs w:val="28"/>
        </w:rPr>
      </w:pPr>
      <w:r w:rsidRPr="00A37FAC">
        <w:rPr>
          <w:b/>
          <w:sz w:val="28"/>
          <w:szCs w:val="28"/>
        </w:rPr>
        <w:t>CERERE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E1635" w:rsidRPr="00A37FAC" w14:paraId="3420F494" w14:textId="77777777">
        <w:trPr>
          <w:cantSplit/>
          <w:trHeight w:val="510"/>
        </w:trPr>
        <w:tc>
          <w:tcPr>
            <w:tcW w:w="9636" w:type="dxa"/>
          </w:tcPr>
          <w:p w14:paraId="33C1A201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r w:rsidRPr="006257C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670D99B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6257C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sector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258CF99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</w:tr>
      <w:tr w:rsidR="001E1635" w:rsidRPr="00A37FAC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77777777" w:rsidR="001E1635" w:rsidRPr="006257C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6257CA">
              <w:rPr>
                <w:lang w:val="fr-FR"/>
              </w:rPr>
              <w:t>Cererea</w:t>
            </w:r>
            <w:proofErr w:type="spellEnd"/>
            <w:r w:rsidRPr="006257CA">
              <w:rPr>
                <w:lang w:val="fr-FR"/>
              </w:rPr>
              <w:t xml:space="preserve"> va fi </w:t>
            </w:r>
            <w:proofErr w:type="spellStart"/>
            <w:r w:rsidRPr="006257CA">
              <w:rPr>
                <w:lang w:val="fr-FR"/>
              </w:rPr>
              <w:t>transmisă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către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președintele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consiliului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județean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general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de </w:t>
            </w:r>
            <w:proofErr w:type="spellStart"/>
            <w:r w:rsidRPr="006257CA">
              <w:rPr>
                <w:lang w:val="fr-FR"/>
              </w:rPr>
              <w:t>sector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sau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municipiului</w:t>
            </w:r>
            <w:proofErr w:type="spellEnd"/>
            <w:r w:rsidRPr="006257CA">
              <w:rPr>
                <w:lang w:val="fr-FR"/>
              </w:rPr>
              <w:t xml:space="preserve"> / </w:t>
            </w:r>
            <w:proofErr w:type="spellStart"/>
            <w:r w:rsidRPr="006257CA">
              <w:rPr>
                <w:lang w:val="fr-FR"/>
              </w:rPr>
              <w:t>orașului</w:t>
            </w:r>
            <w:proofErr w:type="spellEnd"/>
            <w:r w:rsidRPr="006257CA">
              <w:rPr>
                <w:lang w:val="fr-FR"/>
              </w:rPr>
              <w:t xml:space="preserve"> / </w:t>
            </w:r>
            <w:proofErr w:type="spellStart"/>
            <w:r w:rsidRPr="006257CA">
              <w:rPr>
                <w:lang w:val="fr-FR"/>
              </w:rPr>
              <w:t>comunei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după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caz</w:t>
            </w:r>
            <w:proofErr w:type="spellEnd"/>
            <w:r w:rsidRPr="006257CA">
              <w:rPr>
                <w:lang w:val="fr-FR"/>
              </w:rPr>
              <w:t>.</w:t>
            </w:r>
          </w:p>
        </w:tc>
      </w:tr>
    </w:tbl>
    <w:p w14:paraId="143A0FF9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E1635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B1283D5" w14:textId="77777777" w:rsidR="001E1635" w:rsidRDefault="001E1635">
            <w:pPr>
              <w:keepNext/>
            </w:pPr>
          </w:p>
        </w:tc>
        <w:tc>
          <w:tcPr>
            <w:tcW w:w="4015" w:type="dxa"/>
            <w:gridSpan w:val="3"/>
          </w:tcPr>
          <w:p w14:paraId="105878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0F7177" w14:textId="77777777" w:rsidR="001E1635" w:rsidRDefault="001E1635">
            <w:pPr>
              <w:keepNext/>
            </w:pPr>
          </w:p>
        </w:tc>
      </w:tr>
      <w:tr w:rsidR="001E1635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1E1635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75A06B3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43BFC13E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2E65348D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5"/>
          </w:tcPr>
          <w:p w14:paraId="7B9DD49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0F0CC9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60E597E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00FA57" w14:textId="77777777" w:rsidR="001E1635" w:rsidRDefault="001E1635">
            <w:pPr>
              <w:keepNext/>
            </w:pPr>
          </w:p>
        </w:tc>
      </w:tr>
      <w:tr w:rsidR="001E1635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1E1635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8DBA502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4"/>
          </w:tcPr>
          <w:p w14:paraId="2D5606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854C40F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46F246F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79A6C6B" w14:textId="77777777" w:rsidR="001E1635" w:rsidRDefault="001E1635">
            <w:pPr>
              <w:keepNext/>
            </w:pPr>
          </w:p>
        </w:tc>
      </w:tr>
      <w:tr w:rsidR="001E1635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AB7831E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0D2DE66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EBA780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4F859C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3E268F2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2FE0E9E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27907AC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8282E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888BB8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508ECD8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170C48A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2E3090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827BC03" w14:textId="77777777" w:rsidR="001E1635" w:rsidRDefault="001E1635">
            <w:pPr>
              <w:keepNext/>
            </w:pPr>
          </w:p>
        </w:tc>
      </w:tr>
      <w:tr w:rsidR="001E1635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E1635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7BBE1A21" w14:textId="77777777" w:rsidR="001E1635" w:rsidRDefault="001E1635">
            <w:pPr>
              <w:keepNext/>
            </w:pPr>
          </w:p>
        </w:tc>
        <w:tc>
          <w:tcPr>
            <w:tcW w:w="5621" w:type="dxa"/>
            <w:gridSpan w:val="5"/>
          </w:tcPr>
          <w:p w14:paraId="46FD555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7FC05727" w14:textId="77777777" w:rsidR="001E1635" w:rsidRDefault="001E1635">
            <w:pPr>
              <w:keepNext/>
            </w:pPr>
          </w:p>
        </w:tc>
      </w:tr>
      <w:tr w:rsidR="001E1635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1E1635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2BCE0519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19A659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1DC7B09A" w14:textId="77777777" w:rsidR="001E1635" w:rsidRDefault="001E1635">
            <w:pPr>
              <w:keepNext/>
            </w:pPr>
          </w:p>
        </w:tc>
      </w:tr>
      <w:tr w:rsidR="001E1635" w:rsidRPr="00A37FAC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titular</w:t>
            </w:r>
            <w:proofErr w:type="spellEnd"/>
            <w:r w:rsidRPr="006257CA">
              <w:rPr>
                <w:sz w:val="16"/>
                <w:lang w:val="fr-FR"/>
              </w:rPr>
              <w:t xml:space="preserve"> al </w:t>
            </w:r>
            <w:proofErr w:type="spellStart"/>
            <w:r w:rsidRPr="006257CA">
              <w:rPr>
                <w:sz w:val="16"/>
                <w:lang w:val="fr-FR"/>
              </w:rPr>
              <w:t>dreptului</w:t>
            </w:r>
            <w:proofErr w:type="spellEnd"/>
            <w:r w:rsidRPr="006257CA">
              <w:rPr>
                <w:sz w:val="16"/>
                <w:lang w:val="fr-FR"/>
              </w:rPr>
              <w:t xml:space="preserve"> de </w:t>
            </w:r>
            <w:proofErr w:type="spellStart"/>
            <w:r w:rsidRPr="006257CA">
              <w:rPr>
                <w:sz w:val="16"/>
                <w:lang w:val="fr-FR"/>
              </w:rPr>
              <w:t>proprietate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împuternicit</w:t>
            </w:r>
            <w:proofErr w:type="spellEnd"/>
            <w:r w:rsidRPr="006257CA">
              <w:rPr>
                <w:sz w:val="16"/>
                <w:lang w:val="fr-FR"/>
              </w:rPr>
              <w:t xml:space="preserve"> al </w:t>
            </w:r>
            <w:proofErr w:type="spellStart"/>
            <w:r w:rsidRPr="006257C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15885AE3" w14:textId="77777777" w:rsidR="001E1635" w:rsidRPr="006257CA" w:rsidRDefault="001E1635">
      <w:pPr>
        <w:spacing w:line="168" w:lineRule="auto"/>
        <w:rPr>
          <w:lang w:val="fr-FR"/>
        </w:rPr>
      </w:pPr>
    </w:p>
    <w:p w14:paraId="2B137E9F" w14:textId="77777777" w:rsidR="001E1635" w:rsidRPr="006257CA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6257CA">
        <w:rPr>
          <w:sz w:val="18"/>
          <w:lang w:val="fr-FR"/>
        </w:rPr>
        <w:t>în</w:t>
      </w:r>
      <w:proofErr w:type="spellEnd"/>
      <w:proofErr w:type="gram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conformitate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cu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prevederile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Legii</w:t>
      </w:r>
      <w:proofErr w:type="spellEnd"/>
      <w:r w:rsidRPr="006257CA">
        <w:rPr>
          <w:sz w:val="18"/>
          <w:lang w:val="fr-FR"/>
        </w:rPr>
        <w:t xml:space="preserve"> nr. 169/2026 </w:t>
      </w:r>
      <w:proofErr w:type="spellStart"/>
      <w:r w:rsidRPr="006257CA">
        <w:rPr>
          <w:sz w:val="18"/>
          <w:lang w:val="fr-FR"/>
        </w:rPr>
        <w:t>privind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Codul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amenajării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teritoriului</w:t>
      </w:r>
      <w:proofErr w:type="spellEnd"/>
      <w:r w:rsidRPr="006257CA">
        <w:rPr>
          <w:sz w:val="18"/>
          <w:lang w:val="fr-FR"/>
        </w:rPr>
        <w:t xml:space="preserve">, </w:t>
      </w:r>
      <w:proofErr w:type="spellStart"/>
      <w:r w:rsidRPr="006257CA">
        <w:rPr>
          <w:sz w:val="18"/>
          <w:lang w:val="fr-FR"/>
        </w:rPr>
        <w:t>urbanismului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și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construcțiilor</w:t>
      </w:r>
      <w:proofErr w:type="spellEnd"/>
      <w:r w:rsidRPr="006257CA">
        <w:rPr>
          <w:sz w:val="18"/>
          <w:lang w:val="fr-FR"/>
        </w:rPr>
        <w:t>,</w:t>
      </w:r>
    </w:p>
    <w:p w14:paraId="25ED7088" w14:textId="77777777" w:rsidR="001E1635" w:rsidRPr="006257CA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6257CA">
        <w:rPr>
          <w:sz w:val="18"/>
          <w:lang w:val="fr-FR"/>
        </w:rPr>
        <w:t>solicit</w:t>
      </w:r>
      <w:proofErr w:type="spellEnd"/>
      <w:proofErr w:type="gram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emiterea</w:t>
      </w:r>
      <w:proofErr w:type="spellEnd"/>
    </w:p>
    <w:p w14:paraId="2102D1EC" w14:textId="77777777" w:rsidR="001E1635" w:rsidRPr="006257CA" w:rsidRDefault="00000000">
      <w:pPr>
        <w:spacing w:after="160"/>
        <w:jc w:val="center"/>
        <w:rPr>
          <w:lang w:val="fr-FR"/>
        </w:rPr>
      </w:pPr>
      <w:r w:rsidRPr="006257CA">
        <w:rPr>
          <w:b/>
          <w:sz w:val="20"/>
          <w:lang w:val="fr-FR"/>
        </w:rPr>
        <w:t>CERTIFICATULUI DE URBANISM</w:t>
      </w:r>
    </w:p>
    <w:p w14:paraId="043C0D46" w14:textId="77777777" w:rsidR="001E1635" w:rsidRDefault="00000000">
      <w:pPr>
        <w:spacing w:after="160"/>
        <w:jc w:val="center"/>
        <w:rPr>
          <w:b/>
          <w:sz w:val="20"/>
          <w:lang w:val="fr-FR"/>
        </w:rPr>
      </w:pPr>
      <w:r w:rsidRPr="006257CA">
        <w:rPr>
          <w:b/>
          <w:sz w:val="20"/>
          <w:lang w:val="fr-FR"/>
        </w:rPr>
        <w:t>PENTRU OPERAȚIUNI CADASTRALE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6257CA" w14:paraId="1F9B2A48" w14:textId="77777777" w:rsidTr="006257CA">
        <w:tc>
          <w:tcPr>
            <w:tcW w:w="9636" w:type="dxa"/>
          </w:tcPr>
          <w:p w14:paraId="231CB6BD" w14:textId="5A290929" w:rsidR="006257CA" w:rsidRPr="006257CA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proofErr w:type="gramStart"/>
            <w:r w:rsidRPr="006257CA">
              <w:rPr>
                <w:b/>
                <w:bCs/>
                <w:sz w:val="18"/>
                <w:szCs w:val="18"/>
              </w:rPr>
              <w:t>ÎN  VEDEREA</w:t>
            </w:r>
            <w:proofErr w:type="gramEnd"/>
            <w:r w:rsidRPr="006257CA">
              <w:rPr>
                <w:b/>
                <w:bCs/>
                <w:sz w:val="18"/>
                <w:szCs w:val="18"/>
              </w:rPr>
              <w:t xml:space="preserve"> REALIZĂRII OPERAȚIUNII </w:t>
            </w:r>
            <w:proofErr w:type="gramStart"/>
            <w:r w:rsidRPr="006257CA">
              <w:rPr>
                <w:b/>
                <w:bCs/>
                <w:sz w:val="18"/>
                <w:szCs w:val="18"/>
              </w:rPr>
              <w:t>CADATRALE :</w:t>
            </w:r>
            <w:proofErr w:type="gramEnd"/>
          </w:p>
        </w:tc>
      </w:tr>
      <w:tr w:rsidR="006257CA" w:rsidRPr="00A37FAC" w14:paraId="3DEC5D63" w14:textId="77777777" w:rsidTr="006257CA">
        <w:tc>
          <w:tcPr>
            <w:tcW w:w="9636" w:type="dxa"/>
          </w:tcPr>
          <w:p w14:paraId="008D0B05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comasare</w:t>
            </w:r>
            <w:proofErr w:type="spellEnd"/>
            <w:r w:rsidRPr="000F0E2F">
              <w:rPr>
                <w:lang w:val="fr-FR"/>
              </w:rPr>
              <w:t xml:space="preserve"> (</w:t>
            </w:r>
            <w:proofErr w:type="spellStart"/>
            <w:proofErr w:type="gramStart"/>
            <w:r w:rsidRPr="000F0E2F">
              <w:rPr>
                <w:lang w:val="fr-FR"/>
              </w:rPr>
              <w:t>alipire</w:t>
            </w:r>
            <w:proofErr w:type="spellEnd"/>
            <w:r w:rsidRPr="000F0E2F">
              <w:rPr>
                <w:lang w:val="fr-FR"/>
              </w:rPr>
              <w:t xml:space="preserve">)   </w:t>
            </w:r>
            <w:proofErr w:type="gramEnd"/>
            <w:r w:rsidRPr="000F0E2F">
              <w:rPr>
                <w:lang w:val="fr-FR"/>
              </w:rPr>
              <w:t xml:space="preserve">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dezmembrare</w:t>
            </w:r>
            <w:proofErr w:type="spellEnd"/>
            <w:r w:rsidRPr="000F0E2F">
              <w:rPr>
                <w:lang w:val="fr-FR"/>
              </w:rPr>
              <w:t xml:space="preserve"> (</w:t>
            </w:r>
            <w:proofErr w:type="spellStart"/>
            <w:proofErr w:type="gramStart"/>
            <w:r w:rsidRPr="000F0E2F">
              <w:rPr>
                <w:lang w:val="fr-FR"/>
              </w:rPr>
              <w:t>dezlipire</w:t>
            </w:r>
            <w:proofErr w:type="spellEnd"/>
            <w:r w:rsidRPr="000F0E2F">
              <w:rPr>
                <w:lang w:val="fr-FR"/>
              </w:rPr>
              <w:t xml:space="preserve">)   </w:t>
            </w:r>
            <w:proofErr w:type="gramEnd"/>
            <w:r w:rsidRPr="000F0E2F">
              <w:rPr>
                <w:lang w:val="fr-FR"/>
              </w:rPr>
              <w:t xml:space="preserve">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nscrierea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unor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servitu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trecere</w:t>
            </w:r>
            <w:proofErr w:type="spellEnd"/>
          </w:p>
        </w:tc>
      </w:tr>
      <w:tr w:rsidR="006257CA" w:rsidRPr="00A37FAC" w14:paraId="13134CBC" w14:textId="77777777" w:rsidTr="006257CA">
        <w:tc>
          <w:tcPr>
            <w:tcW w:w="9636" w:type="dxa"/>
          </w:tcPr>
          <w:p w14:paraId="2FC77D01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ieri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imobile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cartea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funciar</w:t>
            </w:r>
            <w:r w:rsidRPr="000F0E2F">
              <w:rPr>
                <w:rFonts w:cs="Times New Roman"/>
                <w:lang w:val="fr-FR"/>
              </w:rPr>
              <w:t>ă</w:t>
            </w:r>
            <w:proofErr w:type="spellEnd"/>
            <w:r w:rsidRPr="000F0E2F">
              <w:rPr>
                <w:lang w:val="fr-FR"/>
              </w:rPr>
              <w:t xml:space="preserve">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reeviden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ieri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imobile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cartea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funciar</w:t>
            </w:r>
            <w:r w:rsidRPr="000F0E2F">
              <w:rPr>
                <w:rFonts w:cs="Times New Roman"/>
                <w:lang w:val="fr-FR"/>
              </w:rPr>
              <w:t>ă</w:t>
            </w:r>
            <w:proofErr w:type="spellEnd"/>
          </w:p>
        </w:tc>
      </w:tr>
      <w:tr w:rsidR="001E1635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Default="006257CA">
            <w:pPr>
              <w:keepNext/>
            </w:pPr>
            <w:proofErr w:type="spellStart"/>
            <w:r>
              <w:rPr>
                <w:sz w:val="16"/>
                <w:lang w:val="fr-FR"/>
              </w:rPr>
              <w:t>Descrierea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operațiunii</w:t>
            </w:r>
            <w:proofErr w:type="spellEnd"/>
            <w:r>
              <w:rPr>
                <w:sz w:val="16"/>
                <w:lang w:val="fr-FR"/>
              </w:rPr>
              <w:t xml:space="preserve"> cadastrale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> :</w:t>
            </w:r>
          </w:p>
        </w:tc>
      </w:tr>
      <w:tr w:rsidR="001E1635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  <w:p w14:paraId="5E9FABF3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1939A91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 w:rsidR="006257C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E1635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1E1635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D01A21B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22B4CBF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D007FC5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67326A4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240B19" w14:textId="77777777" w:rsidR="001E1635" w:rsidRDefault="001E1635">
            <w:pPr>
              <w:keepNext/>
            </w:pPr>
          </w:p>
        </w:tc>
      </w:tr>
      <w:tr w:rsidR="001E1635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DB9B8CA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3"/>
          </w:tcPr>
          <w:p w14:paraId="78F2E7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9A492AB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99B76C6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C285CCD" w14:textId="77777777" w:rsidR="001E1635" w:rsidRDefault="001E1635">
            <w:pPr>
              <w:keepNext/>
            </w:pPr>
          </w:p>
        </w:tc>
        <w:tc>
          <w:tcPr>
            <w:tcW w:w="2409" w:type="dxa"/>
          </w:tcPr>
          <w:p w14:paraId="737CFA43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C99DBB8" w14:textId="77777777" w:rsidR="001E1635" w:rsidRDefault="001E1635">
            <w:pPr>
              <w:keepNext/>
            </w:pPr>
          </w:p>
        </w:tc>
      </w:tr>
      <w:tr w:rsidR="001E1635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r w:rsidRPr="006257CA">
              <w:rPr>
                <w:b/>
                <w:color w:val="0D5F78"/>
                <w:lang w:val="fr-FR"/>
              </w:rPr>
              <w:t>Număr</w:t>
            </w:r>
            <w:proofErr w:type="spellEnd"/>
            <w:r w:rsidRPr="006257CA">
              <w:rPr>
                <w:b/>
                <w:color w:val="0D5F78"/>
                <w:lang w:val="fr-FR"/>
              </w:rPr>
              <w:t xml:space="preserve"> cadastral</w:t>
            </w:r>
          </w:p>
          <w:p w14:paraId="3FC4B016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6257C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în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e-Terra</w:t>
            </w:r>
          </w:p>
          <w:p w14:paraId="77A4081E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085D4033" w14:textId="77777777" w:rsidR="001E1635" w:rsidRDefault="001E1635">
            <w:pPr>
              <w:keepNext/>
            </w:pPr>
          </w:p>
        </w:tc>
      </w:tr>
    </w:tbl>
    <w:p w14:paraId="6A8F4A2A" w14:textId="1AAC5F68" w:rsidR="001E1635" w:rsidRPr="006257CA" w:rsidRDefault="001E1635" w:rsidP="006257CA"/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1E1635" w:rsidRPr="00A37FAC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Default="00000000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documentația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cadastrală</w:t>
            </w:r>
            <w:proofErr w:type="spellEnd"/>
            <w:r w:rsidRPr="006257CA">
              <w:rPr>
                <w:sz w:val="16"/>
                <w:lang w:val="fr-FR"/>
              </w:rPr>
              <w:t xml:space="preserve">     </w:t>
            </w:r>
            <w:r w:rsidR="006257CA">
              <w:rPr>
                <w:sz w:val="16"/>
                <w:lang w:val="fr-FR"/>
              </w:rPr>
              <w:t xml:space="preserve">                         </w:t>
            </w:r>
            <w:r w:rsidR="006257CA"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6257CA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="006257CA" w:rsidRPr="006257CA">
              <w:rPr>
                <w:sz w:val="16"/>
                <w:lang w:val="fr-FR"/>
              </w:rPr>
              <w:t xml:space="preserve">plan </w:t>
            </w:r>
            <w:proofErr w:type="spellStart"/>
            <w:r w:rsidR="006257CA" w:rsidRPr="006257CA">
              <w:rPr>
                <w:sz w:val="16"/>
                <w:lang w:val="fr-FR"/>
              </w:rPr>
              <w:t>cu</w:t>
            </w:r>
            <w:proofErr w:type="spellEnd"/>
            <w:r w:rsidR="006257CA" w:rsidRPr="006257CA">
              <w:rPr>
                <w:sz w:val="16"/>
                <w:lang w:val="fr-FR"/>
              </w:rPr>
              <w:t xml:space="preserve"> o </w:t>
            </w:r>
            <w:proofErr w:type="spellStart"/>
            <w:r w:rsidR="006257CA" w:rsidRPr="006257CA">
              <w:rPr>
                <w:sz w:val="16"/>
                <w:lang w:val="fr-FR"/>
              </w:rPr>
              <w:t>propunere</w:t>
            </w:r>
            <w:proofErr w:type="spellEnd"/>
            <w:r w:rsidR="006257CA" w:rsidRPr="006257CA">
              <w:rPr>
                <w:sz w:val="16"/>
                <w:lang w:val="fr-FR"/>
              </w:rPr>
              <w:t xml:space="preserve"> de </w:t>
            </w:r>
            <w:proofErr w:type="spellStart"/>
            <w:r w:rsidR="006257CA" w:rsidRPr="006257CA">
              <w:rPr>
                <w:sz w:val="16"/>
                <w:lang w:val="fr-FR"/>
              </w:rPr>
              <w:t>comasare</w:t>
            </w:r>
            <w:proofErr w:type="spellEnd"/>
            <w:r w:rsidR="006257CA" w:rsidRPr="006257CA">
              <w:rPr>
                <w:sz w:val="16"/>
                <w:lang w:val="fr-FR"/>
              </w:rPr>
              <w:t>/</w:t>
            </w:r>
            <w:proofErr w:type="spellStart"/>
            <w:r w:rsidR="006257CA" w:rsidRPr="006257CA">
              <w:rPr>
                <w:sz w:val="16"/>
                <w:lang w:val="fr-FR"/>
              </w:rPr>
              <w:t>dezmembrare</w:t>
            </w:r>
            <w:proofErr w:type="spellEnd"/>
          </w:p>
          <w:p w14:paraId="2445E5EB" w14:textId="2BE49333" w:rsidR="001E1635" w:rsidRPr="006257CA" w:rsidRDefault="006257CA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</w:t>
            </w:r>
            <w:r w:rsidRPr="006257CA">
              <w:rPr>
                <w:sz w:val="16"/>
                <w:lang w:val="fr-FR"/>
              </w:rPr>
              <w:t xml:space="preserve">☐ extras de carte </w:t>
            </w:r>
            <w:proofErr w:type="spellStart"/>
            <w:r w:rsidRPr="006257CA">
              <w:rPr>
                <w:sz w:val="16"/>
                <w:lang w:val="fr-FR"/>
              </w:rPr>
              <w:t>funciară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actualizat</w:t>
            </w:r>
            <w:proofErr w:type="spellEnd"/>
            <w:r>
              <w:rPr>
                <w:sz w:val="16"/>
                <w:lang w:val="fr-FR"/>
              </w:rPr>
              <w:t xml:space="preserve">              </w:t>
            </w:r>
            <w:r w:rsidRPr="006257CA">
              <w:rPr>
                <w:sz w:val="16"/>
                <w:lang w:val="fr-FR"/>
              </w:rPr>
              <w:t xml:space="preserve">☐ plan de </w:t>
            </w:r>
            <w:proofErr w:type="spellStart"/>
            <w:r w:rsidRPr="006257CA">
              <w:rPr>
                <w:sz w:val="16"/>
                <w:lang w:val="fr-FR"/>
              </w:rPr>
              <w:t>încadrare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zonă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sistem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Stereo</w:t>
            </w:r>
            <w:proofErr w:type="spellEnd"/>
            <w:r w:rsidRPr="006257CA">
              <w:rPr>
                <w:sz w:val="16"/>
                <w:lang w:val="fr-FR"/>
              </w:rPr>
              <w:t xml:space="preserve"> 70</w:t>
            </w:r>
            <w:r>
              <w:rPr>
                <w:sz w:val="16"/>
                <w:lang w:val="fr-FR"/>
              </w:rPr>
              <w:t xml:space="preserve">                    </w:t>
            </w:r>
            <w:r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împuternicirea</w:t>
            </w:r>
            <w:proofErr w:type="spellEnd"/>
            <w:r w:rsidRPr="006257CA">
              <w:rPr>
                <w:sz w:val="16"/>
                <w:lang w:val="fr-FR"/>
              </w:rPr>
              <w:t xml:space="preserve">, </w:t>
            </w:r>
            <w:proofErr w:type="spellStart"/>
            <w:r w:rsidRPr="006257CA">
              <w:rPr>
                <w:sz w:val="16"/>
                <w:lang w:val="fr-FR"/>
              </w:rPr>
              <w:t>dacă</w:t>
            </w:r>
            <w:proofErr w:type="spellEnd"/>
            <w:r w:rsidRPr="006257CA">
              <w:rPr>
                <w:sz w:val="16"/>
                <w:lang w:val="fr-FR"/>
              </w:rPr>
              <w:t xml:space="preserve"> este </w:t>
            </w:r>
            <w:proofErr w:type="spellStart"/>
            <w:r w:rsidRPr="006257CA">
              <w:rPr>
                <w:sz w:val="16"/>
                <w:lang w:val="fr-FR"/>
              </w:rPr>
              <w:t>cazul</w:t>
            </w:r>
            <w:proofErr w:type="spellEnd"/>
            <w:r w:rsidRPr="006257CA">
              <w:rPr>
                <w:sz w:val="16"/>
                <w:lang w:val="fr-FR"/>
              </w:rPr>
              <w:t xml:space="preserve">      </w:t>
            </w:r>
          </w:p>
        </w:tc>
      </w:tr>
    </w:tbl>
    <w:p w14:paraId="0A540DB6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457DF426" w14:textId="77777777">
        <w:trPr>
          <w:cantSplit/>
        </w:trPr>
        <w:tc>
          <w:tcPr>
            <w:tcW w:w="9636" w:type="dxa"/>
            <w:shd w:val="clear" w:color="auto" w:fill="F4F4F4"/>
          </w:tcPr>
          <w:p w14:paraId="559EBB22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1E1635" w:rsidRPr="00A37FAC" w14:paraId="49112FAF" w14:textId="77777777">
        <w:trPr>
          <w:cantSplit/>
        </w:trPr>
        <w:tc>
          <w:tcPr>
            <w:tcW w:w="9636" w:type="dxa"/>
          </w:tcPr>
          <w:p w14:paraId="0C0C25C2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format </w:t>
            </w:r>
            <w:proofErr w:type="spellStart"/>
            <w:r w:rsidRPr="006257CA">
              <w:rPr>
                <w:sz w:val="16"/>
                <w:lang w:val="fr-FR"/>
              </w:rPr>
              <w:t>scris</w:t>
            </w:r>
            <w:proofErr w:type="spellEnd"/>
            <w:r w:rsidRPr="006257CA">
              <w:rPr>
                <w:sz w:val="16"/>
                <w:lang w:val="fr-FR"/>
              </w:rPr>
              <w:t xml:space="preserve">, </w:t>
            </w:r>
            <w:proofErr w:type="spellStart"/>
            <w:r w:rsidRPr="006257CA">
              <w:rPr>
                <w:sz w:val="16"/>
                <w:lang w:val="fr-FR"/>
              </w:rPr>
              <w:t>prin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poștă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6257CA">
              <w:rPr>
                <w:sz w:val="16"/>
                <w:lang w:val="fr-FR"/>
              </w:rPr>
              <w:t>adresa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gramStart"/>
            <w:r w:rsidRPr="006257CA">
              <w:rPr>
                <w:sz w:val="16"/>
                <w:lang w:val="fr-FR"/>
              </w:rPr>
              <w:t>de e-mail</w:t>
            </w:r>
            <w:proofErr w:type="gram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indicată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ridicare</w:t>
            </w:r>
            <w:proofErr w:type="spellEnd"/>
            <w:r w:rsidRPr="006257CA">
              <w:rPr>
                <w:sz w:val="16"/>
                <w:lang w:val="fr-FR"/>
              </w:rPr>
              <w:t xml:space="preserve"> de la </w:t>
            </w:r>
            <w:proofErr w:type="spellStart"/>
            <w:r w:rsidRPr="006257CA">
              <w:rPr>
                <w:sz w:val="16"/>
                <w:lang w:val="fr-FR"/>
              </w:rPr>
              <w:t>sediul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335F2CDC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E1635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Default="00000000">
            <w:r>
              <w:rPr>
                <w:b/>
                <w:color w:val="0D5F78"/>
              </w:rPr>
              <w:t>Data</w:t>
            </w:r>
          </w:p>
          <w:p w14:paraId="05BFAAF9" w14:textId="77777777" w:rsidR="001E1635" w:rsidRDefault="001E1635"/>
        </w:tc>
        <w:tc>
          <w:tcPr>
            <w:tcW w:w="4818" w:type="dxa"/>
          </w:tcPr>
          <w:p w14:paraId="250ED718" w14:textId="77777777" w:rsidR="001E1635" w:rsidRDefault="00000000">
            <w:r>
              <w:rPr>
                <w:b/>
                <w:color w:val="0D5F78"/>
              </w:rPr>
              <w:t>Solicitantul</w:t>
            </w:r>
          </w:p>
          <w:p w14:paraId="455E75E1" w14:textId="77777777" w:rsidR="001E1635" w:rsidRDefault="001E1635"/>
        </w:tc>
        <w:tc>
          <w:tcPr>
            <w:tcW w:w="3212" w:type="dxa"/>
          </w:tcPr>
          <w:p w14:paraId="53DD217D" w14:textId="77777777" w:rsidR="001E1635" w:rsidRDefault="00000000">
            <w:r>
              <w:rPr>
                <w:b/>
                <w:color w:val="0D5F78"/>
              </w:rPr>
              <w:t>Semnătura</w:t>
            </w:r>
          </w:p>
          <w:p w14:paraId="655A8FB3" w14:textId="77777777" w:rsidR="001E1635" w:rsidRDefault="001E1635"/>
        </w:tc>
      </w:tr>
    </w:tbl>
    <w:p w14:paraId="005090D8" w14:textId="77777777" w:rsidR="001E1635" w:rsidRDefault="001E1635">
      <w:pPr>
        <w:spacing w:line="168" w:lineRule="auto"/>
      </w:pPr>
    </w:p>
    <w:sectPr w:rsidR="001E1635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3A607" w14:textId="77777777" w:rsidR="009D782F" w:rsidRDefault="009D782F">
      <w:r>
        <w:separator/>
      </w:r>
    </w:p>
  </w:endnote>
  <w:endnote w:type="continuationSeparator" w:id="0">
    <w:p w14:paraId="4FF4DC6C" w14:textId="77777777" w:rsidR="009D782F" w:rsidRDefault="009D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E5FA" w14:textId="77777777" w:rsidR="001E1635" w:rsidRDefault="00000000">
    <w:pPr>
      <w:pStyle w:val="Subsol"/>
      <w:tabs>
        <w:tab w:val="right" w:pos="9639"/>
      </w:tabs>
    </w:pPr>
    <w:r>
      <w:rPr>
        <w:color w:val="595959"/>
      </w:rPr>
      <w:t xml:space="preserve">F_CU_02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257C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257C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6418" w14:textId="77777777" w:rsidR="009D782F" w:rsidRDefault="009D782F">
      <w:r>
        <w:separator/>
      </w:r>
    </w:p>
  </w:footnote>
  <w:footnote w:type="continuationSeparator" w:id="0">
    <w:p w14:paraId="41539459" w14:textId="77777777" w:rsidR="009D782F" w:rsidRDefault="009D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72230">
    <w:abstractNumId w:val="8"/>
  </w:num>
  <w:num w:numId="2" w16cid:durableId="667757946">
    <w:abstractNumId w:val="6"/>
  </w:num>
  <w:num w:numId="3" w16cid:durableId="509612429">
    <w:abstractNumId w:val="5"/>
  </w:num>
  <w:num w:numId="4" w16cid:durableId="2008286866">
    <w:abstractNumId w:val="4"/>
  </w:num>
  <w:num w:numId="5" w16cid:durableId="791560319">
    <w:abstractNumId w:val="7"/>
  </w:num>
  <w:num w:numId="6" w16cid:durableId="190805796">
    <w:abstractNumId w:val="3"/>
  </w:num>
  <w:num w:numId="7" w16cid:durableId="397367673">
    <w:abstractNumId w:val="2"/>
  </w:num>
  <w:num w:numId="8" w16cid:durableId="377894382">
    <w:abstractNumId w:val="1"/>
  </w:num>
  <w:num w:numId="9" w16cid:durableId="169607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1635"/>
    <w:rsid w:val="0029639D"/>
    <w:rsid w:val="00326F90"/>
    <w:rsid w:val="006257CA"/>
    <w:rsid w:val="006C103E"/>
    <w:rsid w:val="009D782F"/>
    <w:rsid w:val="00A37FAC"/>
    <w:rsid w:val="00AA1D8D"/>
    <w:rsid w:val="00AC5F9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1537E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1795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2026-08-24T14:45:00Z</dcterms:modified>
  <cp:category/>
</cp:coreProperties>
</file>