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377113" w14:paraId="4AB1771D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4FC198B8" w14:textId="77777777" w:rsidR="00377113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siglă / stemă</w:t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510CB53E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6F91E2AA" w14:textId="77777777" w:rsidR="00377113" w:rsidRDefault="00377113">
            <w:pPr>
              <w:keepNext/>
            </w:pPr>
          </w:p>
        </w:tc>
      </w:tr>
      <w:tr w:rsidR="00377113" w14:paraId="264ACFF4" w14:textId="77777777">
        <w:trPr>
          <w:cantSplit/>
          <w:trHeight w:val="510"/>
        </w:trPr>
        <w:tc>
          <w:tcPr>
            <w:tcW w:w="1606" w:type="dxa"/>
            <w:vMerge/>
          </w:tcPr>
          <w:p w14:paraId="153367FB" w14:textId="77777777" w:rsidR="00377113" w:rsidRDefault="00377113"/>
        </w:tc>
        <w:tc>
          <w:tcPr>
            <w:tcW w:w="8030" w:type="dxa"/>
            <w:gridSpan w:val="3"/>
            <w:shd w:val="clear" w:color="auto" w:fill="F0F0F0"/>
          </w:tcPr>
          <w:p w14:paraId="7028D6DB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69C7851E" w14:textId="77777777" w:rsidR="00377113" w:rsidRDefault="00377113">
            <w:pPr>
              <w:keepNext/>
            </w:pPr>
          </w:p>
        </w:tc>
      </w:tr>
      <w:tr w:rsidR="00377113" w14:paraId="352BEBB2" w14:textId="77777777">
        <w:trPr>
          <w:cantSplit/>
          <w:trHeight w:val="510"/>
        </w:trPr>
        <w:tc>
          <w:tcPr>
            <w:tcW w:w="1606" w:type="dxa"/>
            <w:vMerge/>
          </w:tcPr>
          <w:p w14:paraId="1F188761" w14:textId="77777777" w:rsidR="00377113" w:rsidRDefault="00377113"/>
        </w:tc>
        <w:tc>
          <w:tcPr>
            <w:tcW w:w="2409" w:type="dxa"/>
            <w:shd w:val="clear" w:color="auto" w:fill="F0F0F0"/>
          </w:tcPr>
          <w:p w14:paraId="0B0E4F83" w14:textId="77777777" w:rsidR="00377113" w:rsidRPr="00343BBA" w:rsidRDefault="00000000">
            <w:pPr>
              <w:keepNext/>
              <w:rPr>
                <w:lang w:val="fr-FR"/>
              </w:rPr>
            </w:pPr>
            <w:r w:rsidRPr="00343BBA">
              <w:rPr>
                <w:b/>
                <w:color w:val="0D5F78"/>
                <w:lang w:val="fr-FR"/>
              </w:rPr>
              <w:t>Cod de identificare fiscală (CIF)</w:t>
            </w:r>
          </w:p>
          <w:p w14:paraId="3F0CFBB4" w14:textId="77777777" w:rsidR="00377113" w:rsidRPr="00343BBA" w:rsidRDefault="00377113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  <w:shd w:val="clear" w:color="auto" w:fill="F0F0F0"/>
          </w:tcPr>
          <w:p w14:paraId="7020FB2F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3C512F43" w14:textId="77777777" w:rsidR="00377113" w:rsidRDefault="00000000">
            <w:pPr>
              <w:keepNext/>
            </w:pPr>
            <w:r>
              <w:rPr>
                <w:i/>
                <w:color w:val="7A7A7A"/>
              </w:rPr>
              <w:t>sediul · telefon · e-mail</w:t>
            </w:r>
          </w:p>
          <w:p w14:paraId="118EFA7B" w14:textId="77777777" w:rsidR="00377113" w:rsidRDefault="00377113">
            <w:pPr>
              <w:keepNext/>
            </w:pPr>
          </w:p>
        </w:tc>
      </w:tr>
      <w:tr w:rsidR="00377113" w14:paraId="44A91E8A" w14:textId="77777777">
        <w:trPr>
          <w:cantSplit/>
          <w:trHeight w:val="510"/>
        </w:trPr>
        <w:tc>
          <w:tcPr>
            <w:tcW w:w="1606" w:type="dxa"/>
            <w:vMerge/>
          </w:tcPr>
          <w:p w14:paraId="70FDC92D" w14:textId="77777777" w:rsidR="00377113" w:rsidRDefault="00377113"/>
        </w:tc>
        <w:tc>
          <w:tcPr>
            <w:tcW w:w="4818" w:type="dxa"/>
            <w:gridSpan w:val="2"/>
            <w:shd w:val="clear" w:color="auto" w:fill="F0F0F0"/>
          </w:tcPr>
          <w:p w14:paraId="531BC86B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6BE4A17C" w14:textId="77777777" w:rsidR="00377113" w:rsidRDefault="00377113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3D141279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461592AF" w14:textId="77777777" w:rsidR="00377113" w:rsidRDefault="00377113">
            <w:pPr>
              <w:keepNext/>
            </w:pPr>
          </w:p>
        </w:tc>
      </w:tr>
      <w:tr w:rsidR="00377113" w:rsidRPr="00004412" w14:paraId="138A1B77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27055B3E" w14:textId="77777777" w:rsidR="00377113" w:rsidRPr="00343BBA" w:rsidRDefault="00000000">
            <w:pPr>
              <w:rPr>
                <w:lang w:val="fr-FR"/>
              </w:rPr>
            </w:pPr>
            <w:r w:rsidRPr="00343BBA">
              <w:rPr>
                <w:i/>
                <w:color w:val="595959"/>
                <w:lang w:val="fr-FR"/>
              </w:rPr>
              <w:t xml:space="preserve"> se completează de autoritate — solicitantul nu scrie în această zonă</w:t>
            </w:r>
          </w:p>
        </w:tc>
      </w:tr>
    </w:tbl>
    <w:p w14:paraId="344C51B7" w14:textId="77777777" w:rsidR="00377113" w:rsidRPr="00343BBA" w:rsidRDefault="00377113">
      <w:pPr>
        <w:spacing w:line="168" w:lineRule="auto"/>
        <w:rPr>
          <w:lang w:val="fr-FR"/>
        </w:rPr>
      </w:pPr>
    </w:p>
    <w:p w14:paraId="6EE796C5" w14:textId="77777777" w:rsidR="00377113" w:rsidRPr="00004412" w:rsidRDefault="00000000">
      <w:pPr>
        <w:spacing w:before="140" w:after="40"/>
        <w:jc w:val="center"/>
        <w:rPr>
          <w:sz w:val="28"/>
          <w:szCs w:val="28"/>
        </w:rPr>
      </w:pPr>
      <w:r w:rsidRPr="00004412">
        <w:rPr>
          <w:b/>
          <w:sz w:val="28"/>
          <w:szCs w:val="28"/>
        </w:rPr>
        <w:t>CERERE</w:t>
      </w:r>
    </w:p>
    <w:p w14:paraId="458FF3BC" w14:textId="77777777" w:rsidR="00377113" w:rsidRDefault="00377113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77113" w14:paraId="40D14ED2" w14:textId="77777777">
        <w:trPr>
          <w:cantSplit/>
        </w:trPr>
        <w:tc>
          <w:tcPr>
            <w:tcW w:w="9636" w:type="dxa"/>
            <w:shd w:val="clear" w:color="auto" w:fill="F4F4F4"/>
          </w:tcPr>
          <w:p w14:paraId="3E8649FD" w14:textId="77777777" w:rsidR="00377113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377113" w:rsidRPr="00004412" w14:paraId="505A1856" w14:textId="77777777">
        <w:trPr>
          <w:cantSplit/>
          <w:trHeight w:val="510"/>
        </w:trPr>
        <w:tc>
          <w:tcPr>
            <w:tcW w:w="9636" w:type="dxa"/>
          </w:tcPr>
          <w:p w14:paraId="38C994F2" w14:textId="77777777" w:rsidR="00377113" w:rsidRPr="00343BBA" w:rsidRDefault="00000000">
            <w:pPr>
              <w:keepNext/>
              <w:rPr>
                <w:lang w:val="fr-FR"/>
              </w:rPr>
            </w:pPr>
            <w:r w:rsidRPr="00343BBA">
              <w:rPr>
                <w:b/>
                <w:color w:val="0D5F78"/>
                <w:lang w:val="fr-FR"/>
              </w:rPr>
              <w:t>Instituția</w:t>
            </w:r>
          </w:p>
          <w:p w14:paraId="2863ECC5" w14:textId="77777777" w:rsidR="00377113" w:rsidRPr="00343BBA" w:rsidRDefault="00000000">
            <w:pPr>
              <w:keepNext/>
              <w:rPr>
                <w:lang w:val="fr-FR"/>
              </w:rPr>
            </w:pPr>
            <w:r w:rsidRPr="00343BBA">
              <w:rPr>
                <w:i/>
                <w:color w:val="7A7A7A"/>
                <w:lang w:val="fr-FR"/>
              </w:rPr>
              <w:t>primăria municipiului / orașului / comunei · primăria de sector · consiliul județean</w:t>
            </w:r>
          </w:p>
          <w:p w14:paraId="1C7F07C7" w14:textId="77777777" w:rsidR="00377113" w:rsidRPr="00343BBA" w:rsidRDefault="00377113">
            <w:pPr>
              <w:keepNext/>
              <w:rPr>
                <w:lang w:val="fr-FR"/>
              </w:rPr>
            </w:pPr>
          </w:p>
        </w:tc>
      </w:tr>
      <w:tr w:rsidR="00377113" w:rsidRPr="00004412" w14:paraId="48AFEF82" w14:textId="77777777">
        <w:trPr>
          <w:cantSplit/>
        </w:trPr>
        <w:tc>
          <w:tcPr>
            <w:tcW w:w="9636" w:type="dxa"/>
            <w:shd w:val="clear" w:color="auto" w:fill="F4F4F4"/>
          </w:tcPr>
          <w:p w14:paraId="2B647A2E" w14:textId="77777777" w:rsidR="00377113" w:rsidRPr="00343BBA" w:rsidRDefault="00000000">
            <w:pPr>
              <w:spacing w:line="228" w:lineRule="auto"/>
              <w:rPr>
                <w:lang w:val="fr-FR"/>
              </w:rPr>
            </w:pPr>
            <w:r w:rsidRPr="00343BBA">
              <w:rPr>
                <w:lang w:val="fr-FR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20841BEE" w14:textId="77777777" w:rsidR="00377113" w:rsidRPr="00343BBA" w:rsidRDefault="00377113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377113" w14:paraId="604C8CE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7303ACD" w14:textId="77777777" w:rsidR="00377113" w:rsidRDefault="00000000">
            <w:pPr>
              <w:keepNext/>
            </w:pPr>
            <w:r w:rsidRPr="00343BB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377113" w14:paraId="7CFFB225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73C78B15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492F91CD" w14:textId="77777777" w:rsidR="00377113" w:rsidRDefault="00377113">
            <w:pPr>
              <w:keepNext/>
            </w:pPr>
          </w:p>
        </w:tc>
        <w:tc>
          <w:tcPr>
            <w:tcW w:w="4015" w:type="dxa"/>
            <w:gridSpan w:val="3"/>
          </w:tcPr>
          <w:p w14:paraId="40F931FA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32FF08C1" w14:textId="77777777" w:rsidR="00377113" w:rsidRDefault="00377113">
            <w:pPr>
              <w:keepNext/>
            </w:pPr>
          </w:p>
        </w:tc>
      </w:tr>
      <w:tr w:rsidR="00377113" w14:paraId="6A746F7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8623411" w14:textId="77777777" w:rsidR="00377113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377113" w14:paraId="34135F0A" w14:textId="77777777">
        <w:trPr>
          <w:cantSplit/>
          <w:trHeight w:val="510"/>
        </w:trPr>
        <w:tc>
          <w:tcPr>
            <w:tcW w:w="1606" w:type="dxa"/>
          </w:tcPr>
          <w:p w14:paraId="0FE58C8A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744D4F37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54E4DCF4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6AFD4CBD" w14:textId="77777777" w:rsidR="00377113" w:rsidRDefault="00377113">
            <w:pPr>
              <w:keepNext/>
            </w:pPr>
          </w:p>
        </w:tc>
        <w:tc>
          <w:tcPr>
            <w:tcW w:w="4818" w:type="dxa"/>
            <w:gridSpan w:val="5"/>
          </w:tcPr>
          <w:p w14:paraId="1275CF2C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4C997CA9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375049A5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1E260826" w14:textId="77777777" w:rsidR="00377113" w:rsidRDefault="00377113">
            <w:pPr>
              <w:keepNext/>
            </w:pPr>
          </w:p>
        </w:tc>
      </w:tr>
      <w:tr w:rsidR="00377113" w14:paraId="20F26A7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631D62D" w14:textId="77777777" w:rsidR="00377113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377113" w14:paraId="14021D8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EEC3E11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1815C0EF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4"/>
          </w:tcPr>
          <w:p w14:paraId="1597517E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691DF8E2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2"/>
          </w:tcPr>
          <w:p w14:paraId="3DE1D317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1B6BDCCB" w14:textId="77777777" w:rsidR="00377113" w:rsidRDefault="00377113">
            <w:pPr>
              <w:keepNext/>
            </w:pPr>
          </w:p>
        </w:tc>
      </w:tr>
      <w:tr w:rsidR="00377113" w14:paraId="35FE036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032BBD3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55C5EF4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63B36D30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570AD44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7EB3F9F1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598896A6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68084122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1FB7A599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635895CD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5877D4A7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0825FC30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34487808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5B31A664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1AC94237" w14:textId="77777777" w:rsidR="00377113" w:rsidRDefault="00377113">
            <w:pPr>
              <w:keepNext/>
            </w:pPr>
          </w:p>
        </w:tc>
      </w:tr>
      <w:tr w:rsidR="00377113" w14:paraId="7E5729B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CD68FCA" w14:textId="77777777" w:rsidR="00377113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377113" w14:paraId="66B951DB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0E97DD8" w14:textId="77777777" w:rsidR="00377113" w:rsidRDefault="00000000">
            <w:r>
              <w:rPr>
                <w:b/>
                <w:color w:val="0D5F78"/>
              </w:rPr>
              <w:t>Telefon / fax</w:t>
            </w:r>
          </w:p>
          <w:p w14:paraId="488DB23E" w14:textId="77777777" w:rsidR="00377113" w:rsidRDefault="00377113"/>
        </w:tc>
        <w:tc>
          <w:tcPr>
            <w:tcW w:w="5621" w:type="dxa"/>
            <w:gridSpan w:val="5"/>
          </w:tcPr>
          <w:p w14:paraId="7EFBC837" w14:textId="77777777" w:rsidR="00377113" w:rsidRDefault="00000000">
            <w:r>
              <w:rPr>
                <w:b/>
                <w:color w:val="0D5F78"/>
              </w:rPr>
              <w:t>E-mail</w:t>
            </w:r>
          </w:p>
          <w:p w14:paraId="1C3CE210" w14:textId="77777777" w:rsidR="00377113" w:rsidRDefault="00377113"/>
        </w:tc>
      </w:tr>
    </w:tbl>
    <w:p w14:paraId="6E863ACA" w14:textId="77777777" w:rsidR="00377113" w:rsidRDefault="00377113">
      <w:pPr>
        <w:spacing w:line="168" w:lineRule="auto"/>
      </w:pPr>
    </w:p>
    <w:p w14:paraId="2E8A375E" w14:textId="77777777" w:rsidR="00377113" w:rsidRDefault="00000000">
      <w:pPr>
        <w:spacing w:before="80" w:after="60"/>
        <w:jc w:val="center"/>
      </w:pPr>
      <w:r>
        <w:rPr>
          <w:sz w:val="18"/>
        </w:rPr>
        <w:t>în temeiul art. 257 alin. (17) din Legea nr. 169/2026 privind Codul amenajării teritoriului, urbanismului și construcțiilor,</w:t>
      </w:r>
    </w:p>
    <w:p w14:paraId="21143514" w14:textId="77777777" w:rsidR="00004412" w:rsidRDefault="00000000">
      <w:pPr>
        <w:spacing w:before="80" w:after="60"/>
        <w:jc w:val="center"/>
        <w:rPr>
          <w:b/>
          <w:color w:val="000000"/>
          <w:sz w:val="18"/>
          <w:lang w:val="fr-FR"/>
        </w:rPr>
      </w:pPr>
      <w:r w:rsidRPr="00004412">
        <w:rPr>
          <w:sz w:val="18"/>
          <w:lang w:val="fr-FR"/>
        </w:rPr>
        <w:t>solicit prelungirea valabilității</w:t>
      </w:r>
      <w:r w:rsidR="00004412" w:rsidRPr="00004412">
        <w:rPr>
          <w:b/>
          <w:color w:val="000000"/>
          <w:sz w:val="18"/>
          <w:lang w:val="fr-FR"/>
        </w:rPr>
        <w:t xml:space="preserve"> </w:t>
      </w:r>
    </w:p>
    <w:p w14:paraId="077ADEDA" w14:textId="5045CE9D" w:rsidR="00377113" w:rsidRPr="00004412" w:rsidRDefault="00004412">
      <w:pPr>
        <w:spacing w:before="80" w:after="60"/>
        <w:jc w:val="center"/>
        <w:rPr>
          <w:sz w:val="20"/>
          <w:szCs w:val="20"/>
          <w:lang w:val="fr-FR"/>
        </w:rPr>
      </w:pPr>
      <w:r w:rsidRPr="00004412">
        <w:rPr>
          <w:b/>
          <w:color w:val="000000"/>
          <w:sz w:val="20"/>
          <w:szCs w:val="20"/>
          <w:lang w:val="fr-FR"/>
        </w:rPr>
        <w:t>CERTIFICATULUI DE URBANISM</w:t>
      </w: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803"/>
        <w:gridCol w:w="4818"/>
      </w:tblGrid>
      <w:tr w:rsidR="00377113" w14:paraId="62A1223F" w14:textId="77777777">
        <w:trPr>
          <w:cantSplit/>
          <w:trHeight w:val="510"/>
        </w:trPr>
        <w:tc>
          <w:tcPr>
            <w:tcW w:w="1606" w:type="dxa"/>
          </w:tcPr>
          <w:p w14:paraId="7765B9B1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491A8A0" w14:textId="77777777" w:rsidR="00377113" w:rsidRDefault="00377113">
            <w:pPr>
              <w:keepNext/>
            </w:pPr>
          </w:p>
        </w:tc>
        <w:tc>
          <w:tcPr>
            <w:tcW w:w="2409" w:type="dxa"/>
          </w:tcPr>
          <w:p w14:paraId="32FEB634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70A0A594" w14:textId="77777777" w:rsidR="00377113" w:rsidRDefault="00377113">
            <w:pPr>
              <w:keepNext/>
            </w:pPr>
          </w:p>
        </w:tc>
        <w:tc>
          <w:tcPr>
            <w:tcW w:w="5621" w:type="dxa"/>
            <w:gridSpan w:val="2"/>
          </w:tcPr>
          <w:p w14:paraId="5DFD23E9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Emis de</w:t>
            </w:r>
          </w:p>
          <w:p w14:paraId="5357994E" w14:textId="77777777" w:rsidR="00377113" w:rsidRDefault="00377113">
            <w:pPr>
              <w:keepNext/>
            </w:pPr>
          </w:p>
        </w:tc>
      </w:tr>
      <w:tr w:rsidR="00377113" w14:paraId="356194D4" w14:textId="77777777">
        <w:trPr>
          <w:cantSplit/>
          <w:trHeight w:val="510"/>
        </w:trPr>
        <w:tc>
          <w:tcPr>
            <w:tcW w:w="4818" w:type="dxa"/>
            <w:gridSpan w:val="3"/>
          </w:tcPr>
          <w:p w14:paraId="5AABADB7" w14:textId="77777777" w:rsidR="00377113" w:rsidRDefault="00000000">
            <w:r>
              <w:rPr>
                <w:b/>
                <w:color w:val="0D5F78"/>
              </w:rPr>
              <w:t>Prelungirea solicitată — de la data</w:t>
            </w:r>
          </w:p>
          <w:p w14:paraId="073435BA" w14:textId="77777777" w:rsidR="00377113" w:rsidRDefault="00377113"/>
        </w:tc>
        <w:tc>
          <w:tcPr>
            <w:tcW w:w="4818" w:type="dxa"/>
          </w:tcPr>
          <w:p w14:paraId="78FDD7CA" w14:textId="77777777" w:rsidR="00377113" w:rsidRDefault="00000000">
            <w:r>
              <w:rPr>
                <w:b/>
                <w:color w:val="0D5F78"/>
              </w:rPr>
              <w:t>până la data</w:t>
            </w:r>
          </w:p>
          <w:p w14:paraId="3D4C5B91" w14:textId="77777777" w:rsidR="00377113" w:rsidRDefault="00377113"/>
        </w:tc>
      </w:tr>
    </w:tbl>
    <w:p w14:paraId="7B9769F8" w14:textId="77777777" w:rsidR="00377113" w:rsidRDefault="00377113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377113" w14:paraId="18332584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7AC950F1" w14:textId="77777777" w:rsidR="00377113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377113" w14:paraId="248B564F" w14:textId="77777777">
        <w:trPr>
          <w:cantSplit/>
        </w:trPr>
        <w:tc>
          <w:tcPr>
            <w:tcW w:w="9636" w:type="dxa"/>
            <w:gridSpan w:val="6"/>
          </w:tcPr>
          <w:p w14:paraId="7D32E515" w14:textId="77777777" w:rsidR="00377113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377113" w14:paraId="533C4D6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07ADBF6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545515E0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2"/>
          </w:tcPr>
          <w:p w14:paraId="5F352457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14C00203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2"/>
          </w:tcPr>
          <w:p w14:paraId="2519EFDA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6F1351F6" w14:textId="77777777" w:rsidR="00377113" w:rsidRDefault="00377113">
            <w:pPr>
              <w:keepNext/>
            </w:pPr>
          </w:p>
        </w:tc>
      </w:tr>
      <w:tr w:rsidR="00377113" w14:paraId="2D9B8DB3" w14:textId="77777777">
        <w:trPr>
          <w:cantSplit/>
          <w:trHeight w:val="510"/>
        </w:trPr>
        <w:tc>
          <w:tcPr>
            <w:tcW w:w="1606" w:type="dxa"/>
          </w:tcPr>
          <w:p w14:paraId="4B72CFDF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E9D7B3A" w14:textId="77777777" w:rsidR="00377113" w:rsidRDefault="00377113">
            <w:pPr>
              <w:keepNext/>
            </w:pPr>
          </w:p>
        </w:tc>
        <w:tc>
          <w:tcPr>
            <w:tcW w:w="4818" w:type="dxa"/>
            <w:gridSpan w:val="3"/>
          </w:tcPr>
          <w:p w14:paraId="4A8D120C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0FA361F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39FAFBFC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6CA1B947" w14:textId="77777777" w:rsidR="00377113" w:rsidRDefault="00377113">
            <w:pPr>
              <w:keepNext/>
            </w:pPr>
          </w:p>
        </w:tc>
        <w:tc>
          <w:tcPr>
            <w:tcW w:w="2409" w:type="dxa"/>
          </w:tcPr>
          <w:p w14:paraId="134DC49E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297CA390" w14:textId="77777777" w:rsidR="00377113" w:rsidRDefault="00377113">
            <w:pPr>
              <w:keepNext/>
            </w:pPr>
          </w:p>
        </w:tc>
      </w:tr>
      <w:tr w:rsidR="00377113" w14:paraId="7B19E8B5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4397E352" w14:textId="77777777" w:rsidR="00377113" w:rsidRPr="00343BBA" w:rsidRDefault="00000000">
            <w:pPr>
              <w:keepNext/>
              <w:rPr>
                <w:lang w:val="fr-FR"/>
              </w:rPr>
            </w:pPr>
            <w:r w:rsidRPr="00343BBA">
              <w:rPr>
                <w:b/>
                <w:color w:val="0D5F78"/>
                <w:lang w:val="fr-FR"/>
              </w:rPr>
              <w:t>Număr cadastral</w:t>
            </w:r>
          </w:p>
          <w:p w14:paraId="34F88BB8" w14:textId="77777777" w:rsidR="00377113" w:rsidRPr="00343BBA" w:rsidRDefault="00000000">
            <w:pPr>
              <w:keepNext/>
              <w:rPr>
                <w:lang w:val="fr-FR"/>
              </w:rPr>
            </w:pPr>
            <w:r w:rsidRPr="00343BBA">
              <w:rPr>
                <w:i/>
                <w:color w:val="7A7A7A"/>
                <w:lang w:val="fr-FR"/>
              </w:rPr>
              <w:t>dacă imobilul e înscris în e-Terra</w:t>
            </w:r>
          </w:p>
          <w:p w14:paraId="3E14DDE5" w14:textId="77777777" w:rsidR="00377113" w:rsidRPr="00343BBA" w:rsidRDefault="00377113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4191820B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0636B066" w14:textId="77777777" w:rsidR="00377113" w:rsidRDefault="00377113">
            <w:pPr>
              <w:keepNext/>
            </w:pPr>
          </w:p>
        </w:tc>
      </w:tr>
    </w:tbl>
    <w:p w14:paraId="2A5FFFCA" w14:textId="77777777" w:rsidR="00377113" w:rsidRDefault="00377113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77113" w14:paraId="416CCAE3" w14:textId="77777777">
        <w:trPr>
          <w:cantSplit/>
        </w:trPr>
        <w:tc>
          <w:tcPr>
            <w:tcW w:w="9636" w:type="dxa"/>
            <w:shd w:val="clear" w:color="auto" w:fill="F4F4F4"/>
          </w:tcPr>
          <w:p w14:paraId="3FE4A3CD" w14:textId="77777777" w:rsidR="00377113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377113" w:rsidRPr="00004412" w14:paraId="53555C64" w14:textId="77777777">
        <w:trPr>
          <w:cantSplit/>
        </w:trPr>
        <w:tc>
          <w:tcPr>
            <w:tcW w:w="9636" w:type="dxa"/>
          </w:tcPr>
          <w:p w14:paraId="05B03106" w14:textId="77777777" w:rsidR="00377113" w:rsidRPr="00343BBA" w:rsidRDefault="00000000">
            <w:pPr>
              <w:rPr>
                <w:lang w:val="fr-FR"/>
              </w:rPr>
            </w:pPr>
            <w:r w:rsidRPr="00343BBA">
              <w:rPr>
                <w:sz w:val="16"/>
                <w:lang w:val="fr-FR"/>
              </w:rPr>
              <w:t xml:space="preserve"> ☐ certificatul de urbanism (în original)     ☐ documentul privind achitarea taxei (copie)</w:t>
            </w:r>
          </w:p>
        </w:tc>
      </w:tr>
    </w:tbl>
    <w:p w14:paraId="0CC63E6D" w14:textId="77777777" w:rsidR="00377113" w:rsidRPr="00343BBA" w:rsidRDefault="00377113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377113" w14:paraId="67AC911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C5583C3" w14:textId="77777777" w:rsidR="00377113" w:rsidRDefault="00000000">
            <w:pPr>
              <w:keepNext/>
            </w:pPr>
            <w:r w:rsidRPr="00343BB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377113" w14:paraId="2C613BE7" w14:textId="77777777">
        <w:trPr>
          <w:cantSplit/>
          <w:trHeight w:val="510"/>
        </w:trPr>
        <w:tc>
          <w:tcPr>
            <w:tcW w:w="1606" w:type="dxa"/>
          </w:tcPr>
          <w:p w14:paraId="6247744D" w14:textId="77777777" w:rsidR="00377113" w:rsidRDefault="00000000">
            <w:r>
              <w:rPr>
                <w:b/>
                <w:color w:val="0D5F78"/>
              </w:rPr>
              <w:t>Data</w:t>
            </w:r>
          </w:p>
          <w:p w14:paraId="6A45905A" w14:textId="77777777" w:rsidR="00377113" w:rsidRDefault="00377113"/>
        </w:tc>
        <w:tc>
          <w:tcPr>
            <w:tcW w:w="4818" w:type="dxa"/>
          </w:tcPr>
          <w:p w14:paraId="09BFB97F" w14:textId="77777777" w:rsidR="00377113" w:rsidRDefault="00000000">
            <w:r>
              <w:rPr>
                <w:b/>
                <w:color w:val="0D5F78"/>
              </w:rPr>
              <w:t>Solicitantul</w:t>
            </w:r>
          </w:p>
          <w:p w14:paraId="1B3BE6B9" w14:textId="77777777" w:rsidR="00377113" w:rsidRDefault="00377113"/>
        </w:tc>
        <w:tc>
          <w:tcPr>
            <w:tcW w:w="3212" w:type="dxa"/>
          </w:tcPr>
          <w:p w14:paraId="640F19C7" w14:textId="77777777" w:rsidR="00377113" w:rsidRDefault="00000000">
            <w:r>
              <w:rPr>
                <w:b/>
                <w:color w:val="0D5F78"/>
              </w:rPr>
              <w:t>Semnătura</w:t>
            </w:r>
          </w:p>
          <w:p w14:paraId="325CC794" w14:textId="77777777" w:rsidR="00377113" w:rsidRDefault="00377113"/>
        </w:tc>
      </w:tr>
    </w:tbl>
    <w:p w14:paraId="2943DD2B" w14:textId="77777777" w:rsidR="00377113" w:rsidRDefault="00377113">
      <w:pPr>
        <w:spacing w:line="168" w:lineRule="auto"/>
      </w:pPr>
    </w:p>
    <w:sectPr w:rsidR="00377113" w:rsidSect="00034616">
      <w:footerReference w:type="default" r:id="rId8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E11E0" w14:textId="77777777" w:rsidR="00200236" w:rsidRDefault="00200236">
      <w:r>
        <w:separator/>
      </w:r>
    </w:p>
  </w:endnote>
  <w:endnote w:type="continuationSeparator" w:id="0">
    <w:p w14:paraId="37969877" w14:textId="77777777" w:rsidR="00200236" w:rsidRDefault="00200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A959F" w14:textId="77777777" w:rsidR="00377113" w:rsidRDefault="00000000">
    <w:pPr>
      <w:pStyle w:val="Subsol"/>
      <w:tabs>
        <w:tab w:val="right" w:pos="9639"/>
      </w:tabs>
    </w:pPr>
    <w:r>
      <w:rPr>
        <w:color w:val="595959"/>
      </w:rPr>
      <w:t>F_CU_03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343BBA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343BBA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68540" w14:textId="77777777" w:rsidR="00200236" w:rsidRDefault="00200236">
      <w:r>
        <w:separator/>
      </w:r>
    </w:p>
  </w:footnote>
  <w:footnote w:type="continuationSeparator" w:id="0">
    <w:p w14:paraId="4B24AD8C" w14:textId="77777777" w:rsidR="00200236" w:rsidRDefault="00200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6464934">
    <w:abstractNumId w:val="8"/>
  </w:num>
  <w:num w:numId="2" w16cid:durableId="120267155">
    <w:abstractNumId w:val="6"/>
  </w:num>
  <w:num w:numId="3" w16cid:durableId="1421946025">
    <w:abstractNumId w:val="5"/>
  </w:num>
  <w:num w:numId="4" w16cid:durableId="75251532">
    <w:abstractNumId w:val="4"/>
  </w:num>
  <w:num w:numId="5" w16cid:durableId="742339271">
    <w:abstractNumId w:val="7"/>
  </w:num>
  <w:num w:numId="6" w16cid:durableId="488985948">
    <w:abstractNumId w:val="3"/>
  </w:num>
  <w:num w:numId="7" w16cid:durableId="904994438">
    <w:abstractNumId w:val="2"/>
  </w:num>
  <w:num w:numId="8" w16cid:durableId="372006337">
    <w:abstractNumId w:val="1"/>
  </w:num>
  <w:num w:numId="9" w16cid:durableId="58211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412"/>
    <w:rsid w:val="00034616"/>
    <w:rsid w:val="0006063C"/>
    <w:rsid w:val="0015074B"/>
    <w:rsid w:val="00200236"/>
    <w:rsid w:val="0029639D"/>
    <w:rsid w:val="00326F90"/>
    <w:rsid w:val="00343BBA"/>
    <w:rsid w:val="00377113"/>
    <w:rsid w:val="006C103E"/>
    <w:rsid w:val="00AA1D8D"/>
    <w:rsid w:val="00B47730"/>
    <w:rsid w:val="00CB0664"/>
    <w:rsid w:val="00CD60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D59A43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1217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2026-08-24T14:46:00Z</dcterms:modified>
  <cp:category/>
</cp:coreProperties>
</file>