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DD3A82" w14:paraId="06AF41CF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1892120" w14:textId="77777777" w:rsidR="00DD3A82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</w:tcPr>
          <w:p w14:paraId="24C89B46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3EF98D51" w14:textId="77777777" w:rsidR="00DD3A82" w:rsidRDefault="00DD3A82">
            <w:pPr>
              <w:keepNext/>
            </w:pPr>
          </w:p>
        </w:tc>
      </w:tr>
      <w:tr w:rsidR="00DD3A82" w14:paraId="5B76870A" w14:textId="77777777">
        <w:trPr>
          <w:cantSplit/>
          <w:trHeight w:val="510"/>
        </w:trPr>
        <w:tc>
          <w:tcPr>
            <w:tcW w:w="1606" w:type="dxa"/>
            <w:vMerge/>
          </w:tcPr>
          <w:p w14:paraId="0C7C4C76" w14:textId="77777777" w:rsidR="00DD3A82" w:rsidRDefault="00DD3A82"/>
        </w:tc>
        <w:tc>
          <w:tcPr>
            <w:tcW w:w="8030" w:type="dxa"/>
            <w:gridSpan w:val="3"/>
          </w:tcPr>
          <w:p w14:paraId="178E0F6E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3FF2AA28" w14:textId="77777777" w:rsidR="00DD3A82" w:rsidRDefault="00DD3A82">
            <w:pPr>
              <w:keepNext/>
            </w:pPr>
          </w:p>
        </w:tc>
      </w:tr>
      <w:tr w:rsidR="00DD3A82" w14:paraId="3BA2B968" w14:textId="77777777">
        <w:trPr>
          <w:cantSplit/>
          <w:trHeight w:val="510"/>
        </w:trPr>
        <w:tc>
          <w:tcPr>
            <w:tcW w:w="1606" w:type="dxa"/>
            <w:vMerge/>
          </w:tcPr>
          <w:p w14:paraId="6D27618C" w14:textId="77777777" w:rsidR="00DD3A82" w:rsidRDefault="00DD3A82"/>
        </w:tc>
        <w:tc>
          <w:tcPr>
            <w:tcW w:w="2409" w:type="dxa"/>
          </w:tcPr>
          <w:p w14:paraId="1AD62CAD" w14:textId="77777777" w:rsidR="00DD3A82" w:rsidRPr="00243741" w:rsidRDefault="00000000">
            <w:pPr>
              <w:keepNext/>
              <w:rPr>
                <w:lang w:val="fr-FR"/>
              </w:rPr>
            </w:pPr>
            <w:r w:rsidRPr="00243741">
              <w:rPr>
                <w:b/>
                <w:color w:val="0D5F78"/>
                <w:lang w:val="fr-FR"/>
              </w:rPr>
              <w:t>Cod de identificare fiscală (CIF)</w:t>
            </w:r>
          </w:p>
          <w:p w14:paraId="257CA338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398E61ED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264F9EFC" w14:textId="77777777" w:rsidR="00DD3A82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5792F3E0" w14:textId="77777777" w:rsidR="00DD3A82" w:rsidRDefault="00DD3A82">
            <w:pPr>
              <w:keepNext/>
            </w:pPr>
          </w:p>
        </w:tc>
      </w:tr>
      <w:tr w:rsidR="00DD3A82" w14:paraId="452A7EA6" w14:textId="77777777">
        <w:trPr>
          <w:cantSplit/>
          <w:trHeight w:val="510"/>
        </w:trPr>
        <w:tc>
          <w:tcPr>
            <w:tcW w:w="1606" w:type="dxa"/>
            <w:vMerge/>
          </w:tcPr>
          <w:p w14:paraId="6CAFAD3C" w14:textId="77777777" w:rsidR="00DD3A82" w:rsidRDefault="00DD3A82"/>
        </w:tc>
        <w:tc>
          <w:tcPr>
            <w:tcW w:w="4818" w:type="dxa"/>
            <w:gridSpan w:val="2"/>
          </w:tcPr>
          <w:p w14:paraId="2A95CA90" w14:textId="77777777" w:rsidR="00DD3A82" w:rsidRDefault="00000000">
            <w:r>
              <w:rPr>
                <w:b/>
                <w:color w:val="0D5F78"/>
              </w:rPr>
              <w:t>Nr. înregistrare</w:t>
            </w:r>
          </w:p>
          <w:p w14:paraId="4F88C237" w14:textId="77777777" w:rsidR="00DD3A82" w:rsidRDefault="00DD3A82"/>
        </w:tc>
        <w:tc>
          <w:tcPr>
            <w:tcW w:w="3212" w:type="dxa"/>
          </w:tcPr>
          <w:p w14:paraId="4C8F91E5" w14:textId="77777777" w:rsidR="00DD3A82" w:rsidRDefault="00000000">
            <w:r>
              <w:rPr>
                <w:b/>
                <w:color w:val="0D5F78"/>
              </w:rPr>
              <w:t>Data</w:t>
            </w:r>
          </w:p>
          <w:p w14:paraId="3ADCD6D5" w14:textId="77777777" w:rsidR="00DD3A82" w:rsidRDefault="00DD3A82"/>
        </w:tc>
      </w:tr>
    </w:tbl>
    <w:p w14:paraId="0A4974E8" w14:textId="77777777" w:rsidR="00DD3A82" w:rsidRDefault="00DD3A82">
      <w:pPr>
        <w:spacing w:line="168" w:lineRule="auto"/>
      </w:pPr>
    </w:p>
    <w:p w14:paraId="3F16B083" w14:textId="77777777" w:rsidR="00DD3A82" w:rsidRDefault="00000000">
      <w:pPr>
        <w:spacing w:before="140" w:after="40"/>
        <w:jc w:val="center"/>
      </w:pPr>
      <w:r>
        <w:rPr>
          <w:b/>
          <w:sz w:val="34"/>
        </w:rPr>
        <w:t>CERTIFICAT DE URBANISM DE INFORMARE</w:t>
      </w:r>
    </w:p>
    <w:p w14:paraId="647E6F53" w14:textId="77777777" w:rsidR="00DD3A82" w:rsidRDefault="00DD3A82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803"/>
        <w:gridCol w:w="4015"/>
      </w:tblGrid>
      <w:tr w:rsidR="00DD3A82" w14:paraId="45C69E8E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181A5E8" w14:textId="77777777" w:rsidR="00DD3A8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REFERINȚE ȘI TEMEI</w:t>
            </w:r>
          </w:p>
        </w:tc>
      </w:tr>
      <w:tr w:rsidR="00DD3A82" w14:paraId="4D22797A" w14:textId="77777777">
        <w:trPr>
          <w:cantSplit/>
          <w:trHeight w:val="510"/>
        </w:trPr>
        <w:tc>
          <w:tcPr>
            <w:tcW w:w="2409" w:type="dxa"/>
          </w:tcPr>
          <w:p w14:paraId="6FBD8F4A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Ca urmare a cererii nr.</w:t>
            </w:r>
          </w:p>
          <w:p w14:paraId="562F04B0" w14:textId="77777777" w:rsidR="00DD3A82" w:rsidRDefault="00DD3A82">
            <w:pPr>
              <w:keepNext/>
            </w:pPr>
          </w:p>
        </w:tc>
        <w:tc>
          <w:tcPr>
            <w:tcW w:w="2409" w:type="dxa"/>
          </w:tcPr>
          <w:p w14:paraId="64D3C90C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2BD4CDE4" w14:textId="77777777" w:rsidR="00DD3A82" w:rsidRDefault="00DD3A82">
            <w:pPr>
              <w:keepNext/>
            </w:pPr>
          </w:p>
        </w:tc>
        <w:tc>
          <w:tcPr>
            <w:tcW w:w="4818" w:type="dxa"/>
            <w:gridSpan w:val="2"/>
          </w:tcPr>
          <w:p w14:paraId="1DEB7953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a solicitantului</w:t>
            </w:r>
          </w:p>
          <w:p w14:paraId="6D9A224B" w14:textId="77777777" w:rsidR="00DD3A82" w:rsidRDefault="00DD3A82">
            <w:pPr>
              <w:keepNext/>
            </w:pPr>
          </w:p>
        </w:tc>
      </w:tr>
      <w:tr w:rsidR="00DD3A82" w14:paraId="19FA479A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3E9B1C41" w14:textId="77777777" w:rsidR="00DD3A82" w:rsidRPr="00243741" w:rsidRDefault="00000000">
            <w:pPr>
              <w:rPr>
                <w:lang w:val="fr-FR"/>
              </w:rPr>
            </w:pPr>
            <w:r w:rsidRPr="00243741">
              <w:rPr>
                <w:b/>
                <w:color w:val="0D5F78"/>
                <w:lang w:val="fr-FR"/>
              </w:rPr>
              <w:t>Documentația de urbanism aplicabilă</w:t>
            </w:r>
          </w:p>
          <w:p w14:paraId="5F97C8C5" w14:textId="77777777" w:rsidR="00DD3A82" w:rsidRPr="00243741" w:rsidRDefault="00000000">
            <w:pPr>
              <w:rPr>
                <w:lang w:val="fr-FR"/>
              </w:rPr>
            </w:pPr>
            <w:r w:rsidRPr="00243741">
              <w:rPr>
                <w:i/>
                <w:color w:val="7A7A7A"/>
                <w:lang w:val="fr-FR"/>
              </w:rPr>
              <w:t>nr. / faza PUG · PUZ · PUD</w:t>
            </w:r>
          </w:p>
          <w:p w14:paraId="5CFE21A1" w14:textId="77777777" w:rsidR="00DD3A82" w:rsidRPr="00243741" w:rsidRDefault="00DD3A82">
            <w:pPr>
              <w:rPr>
                <w:lang w:val="fr-FR"/>
              </w:rPr>
            </w:pPr>
          </w:p>
        </w:tc>
        <w:tc>
          <w:tcPr>
            <w:tcW w:w="4015" w:type="dxa"/>
          </w:tcPr>
          <w:p w14:paraId="1C5D0531" w14:textId="77777777" w:rsidR="00DD3A82" w:rsidRDefault="00000000">
            <w:r>
              <w:rPr>
                <w:b/>
                <w:color w:val="0D5F78"/>
              </w:rPr>
              <w:t>Aprobată prin hotărârea CJ / CL nr. / data</w:t>
            </w:r>
          </w:p>
          <w:p w14:paraId="379CEB43" w14:textId="77777777" w:rsidR="00DD3A82" w:rsidRDefault="00DD3A82"/>
        </w:tc>
      </w:tr>
    </w:tbl>
    <w:p w14:paraId="3199A5C1" w14:textId="77777777" w:rsidR="00DD3A82" w:rsidRDefault="00DD3A82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DD3A82" w14:paraId="260CF77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E78A98A" w14:textId="77777777" w:rsidR="00DD3A82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DD3A82" w14:paraId="3A3A39F1" w14:textId="77777777">
        <w:trPr>
          <w:cantSplit/>
        </w:trPr>
        <w:tc>
          <w:tcPr>
            <w:tcW w:w="9636" w:type="dxa"/>
            <w:gridSpan w:val="6"/>
          </w:tcPr>
          <w:p w14:paraId="5A7E4C19" w14:textId="77777777" w:rsidR="00DD3A82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DD3A82" w14:paraId="6FB854B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66CDAABD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7B1C0CD8" w14:textId="77777777" w:rsidR="00DD3A82" w:rsidRDefault="00DD3A82">
            <w:pPr>
              <w:keepNext/>
            </w:pPr>
          </w:p>
        </w:tc>
        <w:tc>
          <w:tcPr>
            <w:tcW w:w="3212" w:type="dxa"/>
            <w:gridSpan w:val="2"/>
          </w:tcPr>
          <w:p w14:paraId="7E25A1CB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4BCD52C" w14:textId="77777777" w:rsidR="00DD3A82" w:rsidRDefault="00DD3A82">
            <w:pPr>
              <w:keepNext/>
            </w:pPr>
          </w:p>
        </w:tc>
        <w:tc>
          <w:tcPr>
            <w:tcW w:w="3212" w:type="dxa"/>
            <w:gridSpan w:val="2"/>
          </w:tcPr>
          <w:p w14:paraId="5B4AA62A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59D58767" w14:textId="77777777" w:rsidR="00DD3A82" w:rsidRDefault="00DD3A82">
            <w:pPr>
              <w:keepNext/>
            </w:pPr>
          </w:p>
        </w:tc>
      </w:tr>
      <w:tr w:rsidR="00DD3A82" w14:paraId="6EB8BD06" w14:textId="77777777">
        <w:trPr>
          <w:cantSplit/>
          <w:trHeight w:val="510"/>
        </w:trPr>
        <w:tc>
          <w:tcPr>
            <w:tcW w:w="1606" w:type="dxa"/>
          </w:tcPr>
          <w:p w14:paraId="0D9678E0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60A7EA09" w14:textId="77777777" w:rsidR="00DD3A82" w:rsidRDefault="00DD3A82">
            <w:pPr>
              <w:keepNext/>
            </w:pPr>
          </w:p>
        </w:tc>
        <w:tc>
          <w:tcPr>
            <w:tcW w:w="4818" w:type="dxa"/>
            <w:gridSpan w:val="3"/>
          </w:tcPr>
          <w:p w14:paraId="24CA521C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0BCB2CC" w14:textId="77777777" w:rsidR="00DD3A82" w:rsidRDefault="00DD3A82">
            <w:pPr>
              <w:keepNext/>
            </w:pPr>
          </w:p>
        </w:tc>
        <w:tc>
          <w:tcPr>
            <w:tcW w:w="803" w:type="dxa"/>
          </w:tcPr>
          <w:p w14:paraId="6223FF8B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A0F639F" w14:textId="77777777" w:rsidR="00DD3A82" w:rsidRDefault="00DD3A82">
            <w:pPr>
              <w:keepNext/>
            </w:pPr>
          </w:p>
        </w:tc>
        <w:tc>
          <w:tcPr>
            <w:tcW w:w="2409" w:type="dxa"/>
          </w:tcPr>
          <w:p w14:paraId="5B6D8DD2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4E6A0EF" w14:textId="77777777" w:rsidR="00DD3A82" w:rsidRDefault="00DD3A82">
            <w:pPr>
              <w:keepNext/>
            </w:pPr>
          </w:p>
        </w:tc>
      </w:tr>
      <w:tr w:rsidR="00DD3A82" w14:paraId="621A56BC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03884F8" w14:textId="77777777" w:rsidR="00DD3A82" w:rsidRPr="00243741" w:rsidRDefault="00000000">
            <w:pPr>
              <w:keepNext/>
              <w:rPr>
                <w:lang w:val="fr-FR"/>
              </w:rPr>
            </w:pPr>
            <w:r w:rsidRPr="00243741">
              <w:rPr>
                <w:b/>
                <w:color w:val="0D5F78"/>
                <w:lang w:val="fr-FR"/>
              </w:rPr>
              <w:t>Număr cadastral</w:t>
            </w:r>
          </w:p>
          <w:p w14:paraId="5351E640" w14:textId="77777777" w:rsidR="00DD3A82" w:rsidRPr="00243741" w:rsidRDefault="00000000">
            <w:pPr>
              <w:keepNext/>
              <w:rPr>
                <w:lang w:val="fr-FR"/>
              </w:rPr>
            </w:pPr>
            <w:r w:rsidRPr="00243741">
              <w:rPr>
                <w:i/>
                <w:color w:val="7A7A7A"/>
                <w:lang w:val="fr-FR"/>
              </w:rPr>
              <w:t>dacă imobilul e înscris în e-Terra</w:t>
            </w:r>
          </w:p>
          <w:p w14:paraId="07FAFC05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2A30C54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41CDB6B" w14:textId="77777777" w:rsidR="00DD3A82" w:rsidRDefault="00DD3A82">
            <w:pPr>
              <w:keepNext/>
            </w:pPr>
          </w:p>
        </w:tc>
      </w:tr>
    </w:tbl>
    <w:p w14:paraId="0738DB2A" w14:textId="77777777" w:rsidR="00DD3A82" w:rsidRDefault="00DD3A82">
      <w:pPr>
        <w:spacing w:line="168" w:lineRule="auto"/>
      </w:pPr>
    </w:p>
    <w:p w14:paraId="4B3ECC2E" w14:textId="77777777" w:rsidR="00DD3A82" w:rsidRDefault="00000000">
      <w:pPr>
        <w:spacing w:before="140" w:after="40"/>
        <w:jc w:val="center"/>
      </w:pPr>
      <w:r>
        <w:rPr>
          <w:b/>
          <w:sz w:val="34"/>
        </w:rPr>
        <w:t>SE CERTIFICĂ:</w:t>
      </w:r>
    </w:p>
    <w:p w14:paraId="432BCB6A" w14:textId="77777777" w:rsidR="00DD3A82" w:rsidRDefault="00DD3A82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D3A82" w14:paraId="4040B0AB" w14:textId="77777777">
        <w:trPr>
          <w:cantSplit/>
        </w:trPr>
        <w:tc>
          <w:tcPr>
            <w:tcW w:w="9636" w:type="dxa"/>
            <w:shd w:val="clear" w:color="auto" w:fill="F4F4F4"/>
          </w:tcPr>
          <w:p w14:paraId="02277F06" w14:textId="77777777" w:rsidR="00DD3A82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REGIMUL JURIDIC</w:t>
            </w:r>
          </w:p>
        </w:tc>
      </w:tr>
      <w:tr w:rsidR="00DD3A82" w14:paraId="64004D3F" w14:textId="77777777">
        <w:trPr>
          <w:cantSplit/>
        </w:trPr>
        <w:tc>
          <w:tcPr>
            <w:tcW w:w="9636" w:type="dxa"/>
          </w:tcPr>
          <w:p w14:paraId="0CC65F67" w14:textId="77777777" w:rsidR="00DD3A82" w:rsidRDefault="00DD3A82">
            <w:pPr>
              <w:pBdr>
                <w:bottom w:val="dotted" w:sz="6" w:space="0" w:color="999999"/>
              </w:pBdr>
              <w:spacing w:after="80"/>
            </w:pPr>
          </w:p>
          <w:p w14:paraId="31469D47" w14:textId="77777777" w:rsidR="00DD3A82" w:rsidRDefault="00DD3A82">
            <w:pPr>
              <w:pBdr>
                <w:bottom w:val="dotted" w:sz="6" w:space="0" w:color="999999"/>
              </w:pBdr>
              <w:spacing w:after="80"/>
            </w:pPr>
          </w:p>
          <w:p w14:paraId="7D0C82BB" w14:textId="77777777" w:rsidR="00DD3A82" w:rsidRDefault="00DD3A82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7AA059E7" w14:textId="77777777" w:rsidR="00DD3A82" w:rsidRDefault="00DD3A82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DD3A82" w14:paraId="1ADA7BB4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4A5E1F5" w14:textId="77777777" w:rsidR="00DD3A82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REGIMUL ECONOMIC</w:t>
            </w:r>
          </w:p>
        </w:tc>
      </w:tr>
      <w:tr w:rsidR="00DD3A82" w:rsidRPr="005A0856" w14:paraId="24AEF213" w14:textId="77777777">
        <w:trPr>
          <w:cantSplit/>
        </w:trPr>
        <w:tc>
          <w:tcPr>
            <w:tcW w:w="8030" w:type="dxa"/>
            <w:shd w:val="clear" w:color="auto" w:fill="F4F4F4"/>
          </w:tcPr>
          <w:p w14:paraId="4AC85A11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0334286E" w14:textId="77777777" w:rsidR="00DD3A82" w:rsidRPr="00243741" w:rsidRDefault="00000000">
            <w:pPr>
              <w:keepNext/>
              <w:rPr>
                <w:lang w:val="fr-FR"/>
              </w:rPr>
            </w:pPr>
            <w:r w:rsidRPr="00243741">
              <w:rPr>
                <w:b/>
                <w:color w:val="0D5F78"/>
                <w:lang w:val="fr-FR"/>
              </w:rPr>
              <w:t>Actul de reglementare</w:t>
            </w:r>
          </w:p>
          <w:p w14:paraId="02FFA6CF" w14:textId="77777777" w:rsidR="00DD3A82" w:rsidRPr="00243741" w:rsidRDefault="00000000">
            <w:pPr>
              <w:keepNext/>
              <w:rPr>
                <w:lang w:val="fr-FR"/>
              </w:rPr>
            </w:pPr>
            <w:r w:rsidRPr="00243741">
              <w:rPr>
                <w:i/>
                <w:color w:val="7A7A7A"/>
                <w:lang w:val="fr-FR"/>
              </w:rPr>
              <w:t>RLU · HCL · lege, nr./an</w:t>
            </w:r>
          </w:p>
        </w:tc>
      </w:tr>
      <w:tr w:rsidR="00DD3A82" w:rsidRPr="005A0856" w14:paraId="13F86910" w14:textId="77777777">
        <w:trPr>
          <w:cantSplit/>
          <w:trHeight w:val="283"/>
        </w:trPr>
        <w:tc>
          <w:tcPr>
            <w:tcW w:w="8030" w:type="dxa"/>
          </w:tcPr>
          <w:p w14:paraId="66898715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45100E11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</w:tr>
      <w:tr w:rsidR="00DD3A82" w:rsidRPr="005A0856" w14:paraId="7FCB8460" w14:textId="77777777">
        <w:trPr>
          <w:cantSplit/>
          <w:trHeight w:val="283"/>
        </w:trPr>
        <w:tc>
          <w:tcPr>
            <w:tcW w:w="8030" w:type="dxa"/>
          </w:tcPr>
          <w:p w14:paraId="3BE337D8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16E239AE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</w:tr>
    </w:tbl>
    <w:p w14:paraId="7FA683F7" w14:textId="77777777" w:rsidR="00DD3A82" w:rsidRPr="00243741" w:rsidRDefault="00DD3A8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DD3A82" w14:paraId="504CBD08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221A892" w14:textId="77777777" w:rsidR="00DD3A82" w:rsidRDefault="00000000">
            <w:pPr>
              <w:keepNext/>
            </w:pPr>
            <w:r w:rsidRPr="00243741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REGIMUL TEHNIC</w:t>
            </w:r>
          </w:p>
        </w:tc>
      </w:tr>
      <w:tr w:rsidR="00DD3A82" w:rsidRPr="005A0856" w14:paraId="7106509B" w14:textId="77777777">
        <w:trPr>
          <w:cantSplit/>
        </w:trPr>
        <w:tc>
          <w:tcPr>
            <w:tcW w:w="8030" w:type="dxa"/>
            <w:shd w:val="clear" w:color="auto" w:fill="F4F4F4"/>
          </w:tcPr>
          <w:p w14:paraId="2AFCCD80" w14:textId="77777777" w:rsidR="00DD3A82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3F646910" w14:textId="77777777" w:rsidR="00DD3A82" w:rsidRPr="00243741" w:rsidRDefault="00000000">
            <w:pPr>
              <w:keepNext/>
              <w:rPr>
                <w:lang w:val="fr-FR"/>
              </w:rPr>
            </w:pPr>
            <w:r w:rsidRPr="00243741">
              <w:rPr>
                <w:b/>
                <w:color w:val="0D5F78"/>
                <w:lang w:val="fr-FR"/>
              </w:rPr>
              <w:t>Actul de reglementare</w:t>
            </w:r>
          </w:p>
          <w:p w14:paraId="0A1F622F" w14:textId="77777777" w:rsidR="00DD3A82" w:rsidRPr="00243741" w:rsidRDefault="00000000">
            <w:pPr>
              <w:keepNext/>
              <w:rPr>
                <w:lang w:val="fr-FR"/>
              </w:rPr>
            </w:pPr>
            <w:r w:rsidRPr="00243741">
              <w:rPr>
                <w:i/>
                <w:color w:val="7A7A7A"/>
                <w:lang w:val="fr-FR"/>
              </w:rPr>
              <w:t>RLU · HCL · lege, nr./an</w:t>
            </w:r>
          </w:p>
        </w:tc>
      </w:tr>
      <w:tr w:rsidR="00DD3A82" w:rsidRPr="005A0856" w14:paraId="3B18E8DD" w14:textId="77777777">
        <w:trPr>
          <w:cantSplit/>
          <w:trHeight w:val="283"/>
        </w:trPr>
        <w:tc>
          <w:tcPr>
            <w:tcW w:w="8030" w:type="dxa"/>
          </w:tcPr>
          <w:p w14:paraId="1A4F389B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6C3B542B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</w:tr>
      <w:tr w:rsidR="00DD3A82" w:rsidRPr="005A0856" w14:paraId="209A816D" w14:textId="77777777">
        <w:trPr>
          <w:cantSplit/>
          <w:trHeight w:val="283"/>
        </w:trPr>
        <w:tc>
          <w:tcPr>
            <w:tcW w:w="8030" w:type="dxa"/>
          </w:tcPr>
          <w:p w14:paraId="45AA27D9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2BC78733" w14:textId="77777777" w:rsidR="00DD3A82" w:rsidRPr="00243741" w:rsidRDefault="00DD3A82">
            <w:pPr>
              <w:keepNext/>
              <w:rPr>
                <w:lang w:val="fr-FR"/>
              </w:rPr>
            </w:pPr>
          </w:p>
        </w:tc>
      </w:tr>
    </w:tbl>
    <w:p w14:paraId="57EA1953" w14:textId="77777777" w:rsidR="00DD3A82" w:rsidRPr="00243741" w:rsidRDefault="00DD3A8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D3A82" w14:paraId="39C821ED" w14:textId="77777777">
        <w:trPr>
          <w:cantSplit/>
        </w:trPr>
        <w:tc>
          <w:tcPr>
            <w:tcW w:w="9636" w:type="dxa"/>
            <w:shd w:val="clear" w:color="auto" w:fill="F4F4F4"/>
          </w:tcPr>
          <w:p w14:paraId="4ADA7505" w14:textId="77777777" w:rsidR="00DD3A82" w:rsidRDefault="00000000">
            <w:pPr>
              <w:keepNext/>
            </w:pPr>
            <w:r w:rsidRPr="00243741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INFORMAȚII PRIVIND TRASEELE, AMPLASAREA, CALITATEA ȘI CAPACITATEA REȚELELOR EDILITARE DIN ZONA IMOBILULUI</w:t>
            </w:r>
          </w:p>
        </w:tc>
      </w:tr>
      <w:tr w:rsidR="00DD3A82" w14:paraId="644B648C" w14:textId="77777777">
        <w:trPr>
          <w:cantSplit/>
        </w:trPr>
        <w:tc>
          <w:tcPr>
            <w:tcW w:w="9636" w:type="dxa"/>
          </w:tcPr>
          <w:p w14:paraId="4DCA4428" w14:textId="77777777" w:rsidR="00DD3A82" w:rsidRDefault="00DD3A82">
            <w:pPr>
              <w:pBdr>
                <w:bottom w:val="dotted" w:sz="6" w:space="0" w:color="999999"/>
              </w:pBdr>
              <w:spacing w:after="80"/>
            </w:pPr>
          </w:p>
          <w:p w14:paraId="63A5A22C" w14:textId="77777777" w:rsidR="00DD3A82" w:rsidRDefault="00DD3A82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3B5D44A6" w14:textId="77777777" w:rsidR="00DD3A82" w:rsidRDefault="00DD3A82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D3A82" w14:paraId="422AF1A2" w14:textId="77777777">
        <w:trPr>
          <w:cantSplit/>
        </w:trPr>
        <w:tc>
          <w:tcPr>
            <w:tcW w:w="9636" w:type="dxa"/>
            <w:shd w:val="clear" w:color="auto" w:fill="F4F4F4"/>
          </w:tcPr>
          <w:p w14:paraId="041F5C77" w14:textId="77777777" w:rsidR="00DD3A82" w:rsidRDefault="00000000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ANEXE</w:t>
            </w:r>
          </w:p>
        </w:tc>
      </w:tr>
      <w:tr w:rsidR="00DD3A82" w14:paraId="562792D2" w14:textId="77777777">
        <w:trPr>
          <w:cantSplit/>
        </w:trPr>
        <w:tc>
          <w:tcPr>
            <w:tcW w:w="9636" w:type="dxa"/>
          </w:tcPr>
          <w:p w14:paraId="0484BABB" w14:textId="77777777" w:rsidR="00DD3A82" w:rsidRDefault="00000000">
            <w:r>
              <w:rPr>
                <w:sz w:val="16"/>
              </w:rPr>
              <w:t>☐ extras din sistemul GIS cu rețelele edilitare, după caz</w:t>
            </w:r>
          </w:p>
          <w:p w14:paraId="72FC5A78" w14:textId="77777777" w:rsidR="00DD3A82" w:rsidRDefault="00000000">
            <w:r>
              <w:rPr>
                <w:sz w:val="16"/>
              </w:rPr>
              <w:t>☐ plan de încadrare în documentația de urbanism aplicabilă, după caz</w:t>
            </w:r>
          </w:p>
        </w:tc>
      </w:tr>
    </w:tbl>
    <w:p w14:paraId="65A8D9C5" w14:textId="77777777" w:rsidR="00DD3A82" w:rsidRDefault="00DD3A82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3212"/>
        <w:gridCol w:w="4015"/>
      </w:tblGrid>
      <w:tr w:rsidR="00DD3A82" w14:paraId="293653D8" w14:textId="77777777" w:rsidTr="00243741">
        <w:trPr>
          <w:cantSplit/>
          <w:trHeight w:val="38"/>
        </w:trPr>
        <w:tc>
          <w:tcPr>
            <w:tcW w:w="9636" w:type="dxa"/>
            <w:gridSpan w:val="3"/>
            <w:shd w:val="clear" w:color="auto" w:fill="F4F4F4"/>
          </w:tcPr>
          <w:p w14:paraId="19B754A1" w14:textId="5B652CB9" w:rsidR="00DD3A82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5A0856">
              <w:rPr>
                <w:b/>
                <w:sz w:val="16"/>
              </w:rPr>
              <w:t>8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SEMNĂTURA</w:t>
            </w:r>
          </w:p>
        </w:tc>
      </w:tr>
      <w:tr w:rsidR="00DD3A82" w14:paraId="602E68D1" w14:textId="77777777">
        <w:trPr>
          <w:cantSplit/>
          <w:trHeight w:val="680"/>
        </w:trPr>
        <w:tc>
          <w:tcPr>
            <w:tcW w:w="9636" w:type="dxa"/>
            <w:gridSpan w:val="3"/>
          </w:tcPr>
          <w:p w14:paraId="243B5784" w14:textId="77777777" w:rsidR="00DD3A82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Arhitect-șef</w:t>
            </w:r>
          </w:p>
          <w:p w14:paraId="139938D3" w14:textId="77777777" w:rsidR="00DD3A82" w:rsidRDefault="00DD3A82">
            <w:pPr>
              <w:keepNext/>
              <w:spacing w:after="200"/>
            </w:pPr>
          </w:p>
          <w:p w14:paraId="7825B045" w14:textId="77777777" w:rsidR="00DD3A82" w:rsidRDefault="00DD3A82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58E83B0E" w14:textId="77777777" w:rsidR="00DD3A82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numele și semnătura</w:t>
            </w:r>
          </w:p>
        </w:tc>
      </w:tr>
      <w:tr w:rsidR="00DD3A82" w:rsidRPr="005A0856" w14:paraId="56042AC8" w14:textId="77777777">
        <w:trPr>
          <w:cantSplit/>
          <w:trHeight w:val="510"/>
        </w:trPr>
        <w:tc>
          <w:tcPr>
            <w:tcW w:w="2409" w:type="dxa"/>
          </w:tcPr>
          <w:p w14:paraId="6F7806DE" w14:textId="77777777" w:rsidR="00DD3A82" w:rsidRDefault="00000000">
            <w:r>
              <w:rPr>
                <w:b/>
                <w:color w:val="0D5F78"/>
              </w:rPr>
              <w:t>Achitat taxa de (lei)</w:t>
            </w:r>
          </w:p>
          <w:p w14:paraId="6AAC76E5" w14:textId="77777777" w:rsidR="00DD3A82" w:rsidRDefault="00DD3A82"/>
        </w:tc>
        <w:tc>
          <w:tcPr>
            <w:tcW w:w="3212" w:type="dxa"/>
          </w:tcPr>
          <w:p w14:paraId="755A1FF5" w14:textId="77777777" w:rsidR="00DD3A82" w:rsidRDefault="00000000">
            <w:r>
              <w:rPr>
                <w:b/>
                <w:color w:val="0D5F78"/>
              </w:rPr>
              <w:t>Chitanța nr. / data</w:t>
            </w:r>
          </w:p>
          <w:p w14:paraId="1D88E202" w14:textId="77777777" w:rsidR="00DD3A82" w:rsidRDefault="00DD3A82"/>
        </w:tc>
        <w:tc>
          <w:tcPr>
            <w:tcW w:w="4015" w:type="dxa"/>
          </w:tcPr>
          <w:p w14:paraId="27531EB3" w14:textId="77777777" w:rsidR="00DD3A82" w:rsidRPr="00243741" w:rsidRDefault="00000000">
            <w:pPr>
              <w:rPr>
                <w:lang w:val="fr-FR"/>
              </w:rPr>
            </w:pPr>
            <w:r w:rsidRPr="00243741">
              <w:rPr>
                <w:b/>
                <w:color w:val="0D5F78"/>
                <w:lang w:val="fr-FR"/>
              </w:rPr>
              <w:t>Transmis solicitantului la data</w:t>
            </w:r>
          </w:p>
          <w:p w14:paraId="3ACD86CE" w14:textId="77777777" w:rsidR="00DD3A82" w:rsidRPr="00243741" w:rsidRDefault="00000000">
            <w:pPr>
              <w:rPr>
                <w:lang w:val="fr-FR"/>
              </w:rPr>
            </w:pPr>
            <w:r w:rsidRPr="00243741">
              <w:rPr>
                <w:i/>
                <w:color w:val="7A7A7A"/>
                <w:lang w:val="fr-FR"/>
              </w:rPr>
              <w:t>direct / prin poștă / digital</w:t>
            </w:r>
          </w:p>
          <w:p w14:paraId="79B95523" w14:textId="77777777" w:rsidR="00DD3A82" w:rsidRPr="00243741" w:rsidRDefault="00DD3A82">
            <w:pPr>
              <w:rPr>
                <w:lang w:val="fr-FR"/>
              </w:rPr>
            </w:pPr>
          </w:p>
        </w:tc>
      </w:tr>
    </w:tbl>
    <w:p w14:paraId="78EA194A" w14:textId="77777777" w:rsidR="00DD3A82" w:rsidRPr="00243741" w:rsidRDefault="00DD3A82">
      <w:pPr>
        <w:spacing w:line="168" w:lineRule="auto"/>
        <w:rPr>
          <w:lang w:val="fr-FR"/>
        </w:rPr>
      </w:pPr>
    </w:p>
    <w:sectPr w:rsidR="00DD3A82" w:rsidRPr="00243741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ACB0" w14:textId="77777777" w:rsidR="00414201" w:rsidRDefault="00414201">
      <w:r>
        <w:separator/>
      </w:r>
    </w:p>
  </w:endnote>
  <w:endnote w:type="continuationSeparator" w:id="0">
    <w:p w14:paraId="633FE896" w14:textId="77777777" w:rsidR="00414201" w:rsidRDefault="0041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8866" w14:textId="77777777" w:rsidR="00DD3A82" w:rsidRDefault="00000000">
    <w:pPr>
      <w:pStyle w:val="Subsol"/>
      <w:tabs>
        <w:tab w:val="right" w:pos="9639"/>
      </w:tabs>
    </w:pPr>
    <w:r>
      <w:rPr>
        <w:color w:val="595959"/>
      </w:rPr>
      <w:t>F_CU_05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43741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43741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106C" w14:textId="77777777" w:rsidR="00414201" w:rsidRDefault="00414201">
      <w:r>
        <w:separator/>
      </w:r>
    </w:p>
  </w:footnote>
  <w:footnote w:type="continuationSeparator" w:id="0">
    <w:p w14:paraId="1B4EF6F8" w14:textId="77777777" w:rsidR="00414201" w:rsidRDefault="00414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94050">
    <w:abstractNumId w:val="8"/>
  </w:num>
  <w:num w:numId="2" w16cid:durableId="1177189012">
    <w:abstractNumId w:val="6"/>
  </w:num>
  <w:num w:numId="3" w16cid:durableId="1050960297">
    <w:abstractNumId w:val="5"/>
  </w:num>
  <w:num w:numId="4" w16cid:durableId="872116732">
    <w:abstractNumId w:val="4"/>
  </w:num>
  <w:num w:numId="5" w16cid:durableId="1253315966">
    <w:abstractNumId w:val="7"/>
  </w:num>
  <w:num w:numId="6" w16cid:durableId="1397125055">
    <w:abstractNumId w:val="3"/>
  </w:num>
  <w:num w:numId="7" w16cid:durableId="969824586">
    <w:abstractNumId w:val="2"/>
  </w:num>
  <w:num w:numId="8" w16cid:durableId="1071386525">
    <w:abstractNumId w:val="1"/>
  </w:num>
  <w:num w:numId="9" w16cid:durableId="198300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3741"/>
    <w:rsid w:val="0029639D"/>
    <w:rsid w:val="002D094A"/>
    <w:rsid w:val="00326F90"/>
    <w:rsid w:val="00414201"/>
    <w:rsid w:val="005A0856"/>
    <w:rsid w:val="006C103E"/>
    <w:rsid w:val="00AA1D8D"/>
    <w:rsid w:val="00B47730"/>
    <w:rsid w:val="00C858A9"/>
    <w:rsid w:val="00CB0664"/>
    <w:rsid w:val="00DD3A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18775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2026-08-24T14:06:00Z</dcterms:modified>
  <cp:category/>
</cp:coreProperties>
</file>