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5773BA" w14:paraId="04181AAB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3F004190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</w:tcPr>
          <w:p w14:paraId="07E008FB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38C54C97" w14:textId="77777777" w:rsidR="005773BA" w:rsidRDefault="005773BA">
            <w:pPr>
              <w:keepNext/>
            </w:pPr>
          </w:p>
        </w:tc>
      </w:tr>
      <w:tr w:rsidR="005773BA" w14:paraId="67AD0A93" w14:textId="77777777">
        <w:trPr>
          <w:cantSplit/>
          <w:trHeight w:val="510"/>
        </w:trPr>
        <w:tc>
          <w:tcPr>
            <w:tcW w:w="1606" w:type="dxa"/>
            <w:vMerge/>
          </w:tcPr>
          <w:p w14:paraId="2BC3D57C" w14:textId="77777777" w:rsidR="005773BA" w:rsidRDefault="005773BA"/>
        </w:tc>
        <w:tc>
          <w:tcPr>
            <w:tcW w:w="8030" w:type="dxa"/>
            <w:gridSpan w:val="3"/>
          </w:tcPr>
          <w:p w14:paraId="12E1B4D7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77E357D2" w14:textId="77777777" w:rsidR="005773BA" w:rsidRDefault="005773BA">
            <w:pPr>
              <w:keepNext/>
            </w:pPr>
          </w:p>
        </w:tc>
      </w:tr>
      <w:tr w:rsidR="005773BA" w14:paraId="5A1EF5A1" w14:textId="77777777">
        <w:trPr>
          <w:cantSplit/>
          <w:trHeight w:val="510"/>
        </w:trPr>
        <w:tc>
          <w:tcPr>
            <w:tcW w:w="1606" w:type="dxa"/>
            <w:vMerge/>
          </w:tcPr>
          <w:p w14:paraId="747B89D5" w14:textId="77777777" w:rsidR="005773BA" w:rsidRDefault="005773BA"/>
        </w:tc>
        <w:tc>
          <w:tcPr>
            <w:tcW w:w="2409" w:type="dxa"/>
          </w:tcPr>
          <w:p w14:paraId="4263A7D1" w14:textId="77777777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(CIF)</w:t>
            </w:r>
          </w:p>
          <w:p w14:paraId="0429C516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517A8D65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658F4291" w14:textId="77777777" w:rsidR="005773BA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43F99D93" w14:textId="77777777" w:rsidR="005773BA" w:rsidRDefault="005773BA">
            <w:pPr>
              <w:keepNext/>
            </w:pPr>
          </w:p>
        </w:tc>
      </w:tr>
      <w:tr w:rsidR="005773BA" w14:paraId="48FEAFFB" w14:textId="77777777">
        <w:trPr>
          <w:cantSplit/>
          <w:trHeight w:val="510"/>
        </w:trPr>
        <w:tc>
          <w:tcPr>
            <w:tcW w:w="1606" w:type="dxa"/>
            <w:vMerge/>
          </w:tcPr>
          <w:p w14:paraId="70C20A89" w14:textId="77777777" w:rsidR="005773BA" w:rsidRDefault="005773BA"/>
        </w:tc>
        <w:tc>
          <w:tcPr>
            <w:tcW w:w="4818" w:type="dxa"/>
            <w:gridSpan w:val="2"/>
          </w:tcPr>
          <w:p w14:paraId="5F1B1CEF" w14:textId="77777777" w:rsidR="005773BA" w:rsidRDefault="00000000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2E31DDB5" w14:textId="77777777" w:rsidR="005773BA" w:rsidRDefault="005773BA"/>
        </w:tc>
        <w:tc>
          <w:tcPr>
            <w:tcW w:w="3212" w:type="dxa"/>
          </w:tcPr>
          <w:p w14:paraId="4A133D46" w14:textId="77777777" w:rsidR="005773BA" w:rsidRDefault="00000000">
            <w:r>
              <w:rPr>
                <w:b/>
                <w:color w:val="0D5F78"/>
              </w:rPr>
              <w:t>Data</w:t>
            </w:r>
          </w:p>
          <w:p w14:paraId="5F227C12" w14:textId="77777777" w:rsidR="005773BA" w:rsidRDefault="005773BA"/>
        </w:tc>
      </w:tr>
    </w:tbl>
    <w:p w14:paraId="6DB20A2C" w14:textId="77777777" w:rsidR="005773BA" w:rsidRDefault="005773BA">
      <w:pPr>
        <w:spacing w:line="168" w:lineRule="auto"/>
      </w:pPr>
    </w:p>
    <w:p w14:paraId="623D1997" w14:textId="77777777" w:rsidR="005773BA" w:rsidRPr="009D356B" w:rsidRDefault="00000000">
      <w:pPr>
        <w:spacing w:before="140" w:after="40"/>
        <w:jc w:val="center"/>
        <w:rPr>
          <w:sz w:val="28"/>
          <w:szCs w:val="28"/>
        </w:rPr>
      </w:pPr>
      <w:r w:rsidRPr="009D356B">
        <w:rPr>
          <w:b/>
          <w:sz w:val="28"/>
          <w:szCs w:val="28"/>
        </w:rPr>
        <w:t>CERTIFICAT DE URBANISM</w:t>
      </w:r>
    </w:p>
    <w:p w14:paraId="5D0BAD5D" w14:textId="4E3C99F3" w:rsidR="005773BA" w:rsidRPr="009D356B" w:rsidRDefault="004D46A7">
      <w:pPr>
        <w:spacing w:before="140" w:after="40"/>
        <w:jc w:val="center"/>
        <w:rPr>
          <w:sz w:val="28"/>
          <w:szCs w:val="28"/>
        </w:rPr>
      </w:pPr>
      <w:proofErr w:type="spellStart"/>
      <w:r w:rsidRPr="009D356B">
        <w:rPr>
          <w:b/>
          <w:sz w:val="28"/>
          <w:szCs w:val="28"/>
        </w:rPr>
        <w:t>pentru</w:t>
      </w:r>
      <w:proofErr w:type="spellEnd"/>
    </w:p>
    <w:p w14:paraId="192345F0" w14:textId="1219F29B" w:rsidR="00D20322" w:rsidRPr="009D356B" w:rsidRDefault="00B13273">
      <w:pPr>
        <w:spacing w:before="140" w:after="40"/>
        <w:jc w:val="center"/>
        <w:rPr>
          <w:b/>
          <w:sz w:val="28"/>
          <w:szCs w:val="28"/>
        </w:rPr>
      </w:pPr>
      <w:r w:rsidRPr="009D356B">
        <w:rPr>
          <w:sz w:val="28"/>
          <w:szCs w:val="28"/>
        </w:rPr>
        <w:t>☐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</w:t>
      </w:r>
      <w:r w:rsidRPr="009D356B">
        <w:rPr>
          <w:b/>
          <w:sz w:val="28"/>
          <w:szCs w:val="28"/>
        </w:rPr>
        <w:t xml:space="preserve">ONSTRUIRE / </w:t>
      </w:r>
      <w:r w:rsidRPr="009D356B">
        <w:rPr>
          <w:sz w:val="28"/>
          <w:szCs w:val="28"/>
        </w:rPr>
        <w:t xml:space="preserve">☐ </w:t>
      </w:r>
      <w:r>
        <w:rPr>
          <w:b/>
          <w:sz w:val="28"/>
          <w:szCs w:val="28"/>
        </w:rPr>
        <w:t>D</w:t>
      </w:r>
      <w:r w:rsidRPr="009D356B">
        <w:rPr>
          <w:b/>
          <w:sz w:val="28"/>
          <w:szCs w:val="28"/>
        </w:rPr>
        <w:t xml:space="preserve">ESFIINȚARE </w:t>
      </w:r>
    </w:p>
    <w:p w14:paraId="2406BE20" w14:textId="3703CB52" w:rsidR="005773BA" w:rsidRPr="004D46A7" w:rsidRDefault="004D46A7" w:rsidP="004D46A7">
      <w:pPr>
        <w:spacing w:before="140" w:after="40"/>
        <w:jc w:val="center"/>
        <w:rPr>
          <w:b/>
          <w:sz w:val="28"/>
          <w:szCs w:val="28"/>
        </w:rPr>
      </w:pPr>
      <w:r w:rsidRPr="009D356B">
        <w:rPr>
          <w:sz w:val="28"/>
          <w:szCs w:val="28"/>
        </w:rPr>
        <w:t xml:space="preserve">☐ </w:t>
      </w:r>
      <w:proofErr w:type="spellStart"/>
      <w:r w:rsidRPr="009D356B">
        <w:rPr>
          <w:b/>
          <w:sz w:val="28"/>
          <w:szCs w:val="28"/>
        </w:rPr>
        <w:t>clădiri</w:t>
      </w:r>
      <w:proofErr w:type="spellEnd"/>
      <w:r w:rsidRPr="009D356B">
        <w:rPr>
          <w:b/>
          <w:sz w:val="28"/>
          <w:szCs w:val="28"/>
        </w:rPr>
        <w:t xml:space="preserve"> </w:t>
      </w:r>
      <w:proofErr w:type="spellStart"/>
      <w:r w:rsidRPr="009D356B">
        <w:rPr>
          <w:b/>
          <w:sz w:val="28"/>
          <w:szCs w:val="28"/>
        </w:rPr>
        <w:t>și</w:t>
      </w:r>
      <w:proofErr w:type="spellEnd"/>
      <w:r w:rsidRPr="009D356B">
        <w:rPr>
          <w:b/>
          <w:sz w:val="28"/>
          <w:szCs w:val="28"/>
        </w:rPr>
        <w:t xml:space="preserve"> </w:t>
      </w:r>
      <w:proofErr w:type="spellStart"/>
      <w:r w:rsidRPr="009D356B">
        <w:rPr>
          <w:b/>
          <w:sz w:val="28"/>
          <w:szCs w:val="28"/>
        </w:rPr>
        <w:t>amenajări</w:t>
      </w:r>
      <w:proofErr w:type="spellEnd"/>
      <w:r w:rsidRPr="009D356B">
        <w:rPr>
          <w:b/>
          <w:sz w:val="28"/>
          <w:szCs w:val="28"/>
        </w:rPr>
        <w:t xml:space="preserve"> / </w:t>
      </w:r>
      <w:r w:rsidRPr="009D356B">
        <w:rPr>
          <w:sz w:val="28"/>
          <w:szCs w:val="28"/>
        </w:rPr>
        <w:t>☐</w:t>
      </w:r>
      <w:proofErr w:type="spellStart"/>
      <w:r w:rsidRPr="009D356B">
        <w:rPr>
          <w:b/>
          <w:sz w:val="28"/>
          <w:szCs w:val="28"/>
        </w:rPr>
        <w:t>construcții</w:t>
      </w:r>
      <w:proofErr w:type="spellEnd"/>
      <w:r w:rsidRPr="009D356B">
        <w:rPr>
          <w:b/>
          <w:sz w:val="28"/>
          <w:szCs w:val="28"/>
        </w:rPr>
        <w:t xml:space="preserve"> </w:t>
      </w:r>
      <w:proofErr w:type="spellStart"/>
      <w:r w:rsidRPr="009D356B">
        <w:rPr>
          <w:b/>
          <w:sz w:val="28"/>
          <w:szCs w:val="28"/>
        </w:rPr>
        <w:t>speciale</w:t>
      </w:r>
      <w:proofErr w:type="spellEnd"/>
      <w:r>
        <w:rPr>
          <w:b/>
          <w:sz w:val="28"/>
          <w:szCs w:val="28"/>
        </w:rPr>
        <w:t xml:space="preserve"> / </w:t>
      </w:r>
      <w:r w:rsidRPr="009D356B">
        <w:rPr>
          <w:sz w:val="28"/>
          <w:szCs w:val="28"/>
        </w:rPr>
        <w:t>☐</w:t>
      </w:r>
      <w:proofErr w:type="spellStart"/>
      <w:r>
        <w:rPr>
          <w:b/>
          <w:sz w:val="28"/>
          <w:szCs w:val="28"/>
        </w:rPr>
        <w:t>lucrări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inginerești</w:t>
      </w:r>
      <w:proofErr w:type="spellEnd"/>
    </w:p>
    <w:p w14:paraId="4B4DAE0F" w14:textId="77777777" w:rsidR="00A3488E" w:rsidRPr="005D059C" w:rsidRDefault="00A3488E" w:rsidP="00A3488E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3488E" w:rsidRPr="00A3488E" w14:paraId="7AB784CA" w14:textId="77777777" w:rsidTr="00C245EC">
        <w:trPr>
          <w:cantSplit/>
        </w:trPr>
        <w:tc>
          <w:tcPr>
            <w:tcW w:w="9636" w:type="dxa"/>
            <w:shd w:val="clear" w:color="auto" w:fill="F4F4F4"/>
          </w:tcPr>
          <w:p w14:paraId="7E1B5C79" w14:textId="1AE91D00" w:rsidR="00A3488E" w:rsidRPr="00A3488E" w:rsidRDefault="00A3488E" w:rsidP="00C245EC">
            <w:pPr>
              <w:keepNext/>
            </w:pPr>
            <w:r w:rsidRPr="005D059C">
              <w:rPr>
                <w:b/>
                <w:sz w:val="16"/>
              </w:rPr>
              <w:t xml:space="preserve"> </w:t>
            </w:r>
            <w:r w:rsidRPr="00A3488E">
              <w:rPr>
                <w:b/>
                <w:sz w:val="16"/>
              </w:rPr>
              <w:t xml:space="preserve">1. </w:t>
            </w:r>
            <w:r w:rsidRPr="00A3488E">
              <w:rPr>
                <w:b/>
                <w:color w:val="000000"/>
                <w:sz w:val="18"/>
              </w:rPr>
              <w:t>ÎN VEDEREA REALIZĂRII OBIECTIVULUI D</w:t>
            </w:r>
            <w:r>
              <w:rPr>
                <w:b/>
                <w:color w:val="000000"/>
                <w:sz w:val="18"/>
              </w:rPr>
              <w:t>E INVESTIȚII</w:t>
            </w:r>
          </w:p>
        </w:tc>
      </w:tr>
      <w:tr w:rsidR="00A3488E" w:rsidRPr="00A3488E" w14:paraId="30737CE6" w14:textId="77777777" w:rsidTr="00A3488E">
        <w:trPr>
          <w:cantSplit/>
          <w:trHeight w:val="477"/>
        </w:trPr>
        <w:tc>
          <w:tcPr>
            <w:tcW w:w="9636" w:type="dxa"/>
          </w:tcPr>
          <w:p w14:paraId="1F9F2060" w14:textId="77777777" w:rsidR="00A3488E" w:rsidRDefault="00A3488E" w:rsidP="00C245E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542BD411" w14:textId="36A9D512" w:rsidR="00A3488E" w:rsidRPr="00A3488E" w:rsidRDefault="00A3488E" w:rsidP="00C245EC">
            <w:pPr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7DA26323" w14:textId="77777777" w:rsidR="005773BA" w:rsidRPr="00A3488E" w:rsidRDefault="005773BA">
      <w:pPr>
        <w:spacing w:after="60"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409"/>
        <w:gridCol w:w="803"/>
        <w:gridCol w:w="4015"/>
      </w:tblGrid>
      <w:tr w:rsidR="005773BA" w14:paraId="0A47EDF2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59C233BE" w14:textId="2F37CC12" w:rsidR="005773BA" w:rsidRDefault="00000000">
            <w:pPr>
              <w:keepNext/>
            </w:pPr>
            <w:r w:rsidRPr="00A3488E">
              <w:rPr>
                <w:b/>
                <w:sz w:val="16"/>
                <w:lang w:val="fr-FR"/>
              </w:rPr>
              <w:t xml:space="preserve"> </w:t>
            </w:r>
            <w:r w:rsidR="00A3488E"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REFERINȚE ȘI TEMEI</w:t>
            </w:r>
          </w:p>
        </w:tc>
      </w:tr>
      <w:tr w:rsidR="005773BA" w14:paraId="45F946ED" w14:textId="77777777">
        <w:trPr>
          <w:cantSplit/>
          <w:trHeight w:val="510"/>
        </w:trPr>
        <w:tc>
          <w:tcPr>
            <w:tcW w:w="2409" w:type="dxa"/>
          </w:tcPr>
          <w:p w14:paraId="0480224D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 xml:space="preserve">Ca </w:t>
            </w:r>
            <w:proofErr w:type="spellStart"/>
            <w:r>
              <w:rPr>
                <w:b/>
                <w:color w:val="0D5F78"/>
              </w:rPr>
              <w:t>urmare</w:t>
            </w:r>
            <w:proofErr w:type="spellEnd"/>
            <w:r>
              <w:rPr>
                <w:b/>
                <w:color w:val="0D5F78"/>
              </w:rPr>
              <w:t xml:space="preserve"> a </w:t>
            </w:r>
            <w:proofErr w:type="spellStart"/>
            <w:r>
              <w:rPr>
                <w:b/>
                <w:color w:val="0D5F78"/>
              </w:rPr>
              <w:t>cererii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42B09F17" w14:textId="77777777" w:rsidR="005773BA" w:rsidRDefault="005773BA">
            <w:pPr>
              <w:keepNext/>
            </w:pPr>
          </w:p>
        </w:tc>
        <w:tc>
          <w:tcPr>
            <w:tcW w:w="2409" w:type="dxa"/>
          </w:tcPr>
          <w:p w14:paraId="0CD41B43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0268E04" w14:textId="77777777" w:rsidR="005773BA" w:rsidRDefault="005773BA">
            <w:pPr>
              <w:keepNext/>
            </w:pPr>
          </w:p>
        </w:tc>
        <w:tc>
          <w:tcPr>
            <w:tcW w:w="4818" w:type="dxa"/>
            <w:gridSpan w:val="2"/>
          </w:tcPr>
          <w:p w14:paraId="2222FD88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 xml:space="preserve">a </w:t>
            </w:r>
            <w:proofErr w:type="spellStart"/>
            <w:r>
              <w:rPr>
                <w:b/>
                <w:color w:val="0D5F78"/>
              </w:rPr>
              <w:t>solicitantului</w:t>
            </w:r>
            <w:proofErr w:type="spellEnd"/>
          </w:p>
          <w:p w14:paraId="33650839" w14:textId="77777777" w:rsidR="005773BA" w:rsidRDefault="005773BA">
            <w:pPr>
              <w:keepNext/>
            </w:pPr>
          </w:p>
        </w:tc>
      </w:tr>
      <w:tr w:rsidR="005773BA" w14:paraId="5504F655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722D23C" w14:textId="77777777" w:rsidR="005773BA" w:rsidRPr="00D20322" w:rsidRDefault="00000000">
            <w:pPr>
              <w:rPr>
                <w:lang w:val="fr-FR"/>
              </w:rPr>
            </w:pPr>
            <w:proofErr w:type="spellStart"/>
            <w:r w:rsidRPr="00D20322">
              <w:rPr>
                <w:b/>
                <w:color w:val="0D5F78"/>
                <w:lang w:val="fr-FR"/>
              </w:rPr>
              <w:t>Documentația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aplicabilă</w:t>
            </w:r>
            <w:proofErr w:type="spellEnd"/>
          </w:p>
          <w:p w14:paraId="5DE7FCFF" w14:textId="77777777" w:rsidR="005773BA" w:rsidRPr="00D20322" w:rsidRDefault="00000000">
            <w:pPr>
              <w:rPr>
                <w:lang w:val="fr-FR"/>
              </w:rPr>
            </w:pPr>
            <w:proofErr w:type="gramStart"/>
            <w:r w:rsidRPr="00D20322">
              <w:rPr>
                <w:i/>
                <w:color w:val="7A7A7A"/>
                <w:lang w:val="fr-FR"/>
              </w:rPr>
              <w:t>nr</w:t>
            </w:r>
            <w:proofErr w:type="gramEnd"/>
            <w:r w:rsidRPr="00D20322">
              <w:rPr>
                <w:i/>
                <w:color w:val="7A7A7A"/>
                <w:lang w:val="fr-FR"/>
              </w:rPr>
              <w:t xml:space="preserve">. / </w:t>
            </w:r>
            <w:proofErr w:type="spellStart"/>
            <w:r w:rsidRPr="00D20322">
              <w:rPr>
                <w:i/>
                <w:color w:val="7A7A7A"/>
                <w:lang w:val="fr-FR"/>
              </w:rPr>
              <w:t>faza</w:t>
            </w:r>
            <w:proofErr w:type="spellEnd"/>
            <w:r w:rsidRPr="00D20322">
              <w:rPr>
                <w:i/>
                <w:color w:val="7A7A7A"/>
                <w:lang w:val="fr-FR"/>
              </w:rPr>
              <w:t xml:space="preserve"> PUG · PUZ · PUD</w:t>
            </w:r>
          </w:p>
          <w:p w14:paraId="27E19B21" w14:textId="77777777" w:rsidR="005773BA" w:rsidRPr="00D20322" w:rsidRDefault="005773BA">
            <w:pPr>
              <w:rPr>
                <w:lang w:val="fr-FR"/>
              </w:rPr>
            </w:pPr>
          </w:p>
        </w:tc>
        <w:tc>
          <w:tcPr>
            <w:tcW w:w="4015" w:type="dxa"/>
          </w:tcPr>
          <w:p w14:paraId="15090853" w14:textId="77777777" w:rsidR="005773BA" w:rsidRDefault="00000000">
            <w:proofErr w:type="spellStart"/>
            <w:r>
              <w:rPr>
                <w:b/>
                <w:color w:val="0D5F78"/>
              </w:rPr>
              <w:t>Aprobată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prin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hotărârea</w:t>
            </w:r>
            <w:proofErr w:type="spellEnd"/>
            <w:r>
              <w:rPr>
                <w:b/>
                <w:color w:val="0D5F78"/>
              </w:rPr>
              <w:t xml:space="preserve"> CJ / CL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169108A2" w14:textId="77777777" w:rsidR="005773BA" w:rsidRDefault="005773BA"/>
        </w:tc>
      </w:tr>
    </w:tbl>
    <w:p w14:paraId="3A6AFFA8" w14:textId="77777777" w:rsidR="005773BA" w:rsidRDefault="005773BA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5773BA" w14:paraId="3BEAED61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35DEB5A3" w14:textId="78A0C2B5" w:rsidR="005773BA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A3488E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5773BA" w14:paraId="54D6F4CA" w14:textId="77777777">
        <w:trPr>
          <w:cantSplit/>
        </w:trPr>
        <w:tc>
          <w:tcPr>
            <w:tcW w:w="9636" w:type="dxa"/>
            <w:gridSpan w:val="6"/>
          </w:tcPr>
          <w:p w14:paraId="3EA180CC" w14:textId="77777777" w:rsidR="005773BA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5773BA" w14:paraId="201B3A45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579CBB0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3C8804C4" w14:textId="77777777" w:rsidR="005773BA" w:rsidRDefault="005773BA">
            <w:pPr>
              <w:keepNext/>
            </w:pPr>
          </w:p>
        </w:tc>
        <w:tc>
          <w:tcPr>
            <w:tcW w:w="3212" w:type="dxa"/>
            <w:gridSpan w:val="2"/>
          </w:tcPr>
          <w:p w14:paraId="492BA746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BCFAA1" w14:textId="77777777" w:rsidR="005773BA" w:rsidRDefault="005773BA">
            <w:pPr>
              <w:keepNext/>
            </w:pPr>
          </w:p>
        </w:tc>
        <w:tc>
          <w:tcPr>
            <w:tcW w:w="3212" w:type="dxa"/>
            <w:gridSpan w:val="2"/>
          </w:tcPr>
          <w:p w14:paraId="2EE7AFEE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9551535" w14:textId="77777777" w:rsidR="005773BA" w:rsidRDefault="005773BA">
            <w:pPr>
              <w:keepNext/>
            </w:pPr>
          </w:p>
        </w:tc>
      </w:tr>
      <w:tr w:rsidR="005773BA" w14:paraId="5BC1178F" w14:textId="77777777">
        <w:trPr>
          <w:cantSplit/>
          <w:trHeight w:val="510"/>
        </w:trPr>
        <w:tc>
          <w:tcPr>
            <w:tcW w:w="1606" w:type="dxa"/>
          </w:tcPr>
          <w:p w14:paraId="4F971C64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7329126C" w14:textId="77777777" w:rsidR="005773BA" w:rsidRDefault="005773BA">
            <w:pPr>
              <w:keepNext/>
            </w:pPr>
          </w:p>
        </w:tc>
        <w:tc>
          <w:tcPr>
            <w:tcW w:w="4818" w:type="dxa"/>
            <w:gridSpan w:val="3"/>
          </w:tcPr>
          <w:p w14:paraId="09B4C13C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65C1FB" w14:textId="77777777" w:rsidR="005773BA" w:rsidRDefault="005773BA">
            <w:pPr>
              <w:keepNext/>
            </w:pPr>
          </w:p>
        </w:tc>
        <w:tc>
          <w:tcPr>
            <w:tcW w:w="803" w:type="dxa"/>
          </w:tcPr>
          <w:p w14:paraId="38CFBA50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42B59EB" w14:textId="77777777" w:rsidR="005773BA" w:rsidRDefault="005773BA">
            <w:pPr>
              <w:keepNext/>
            </w:pPr>
          </w:p>
        </w:tc>
        <w:tc>
          <w:tcPr>
            <w:tcW w:w="2409" w:type="dxa"/>
          </w:tcPr>
          <w:p w14:paraId="5E255174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58B2BB1C" w14:textId="77777777" w:rsidR="005773BA" w:rsidRDefault="005773BA">
            <w:pPr>
              <w:keepNext/>
            </w:pPr>
          </w:p>
        </w:tc>
      </w:tr>
      <w:tr w:rsidR="005773BA" w14:paraId="680EF662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19B1A27E" w14:textId="77777777" w:rsidR="005773BA" w:rsidRPr="00D20322" w:rsidRDefault="00000000">
            <w:pPr>
              <w:keepNext/>
              <w:rPr>
                <w:lang w:val="fr-FR"/>
              </w:rPr>
            </w:pPr>
            <w:proofErr w:type="spellStart"/>
            <w:r w:rsidRPr="00D20322">
              <w:rPr>
                <w:b/>
                <w:color w:val="0D5F78"/>
                <w:lang w:val="fr-FR"/>
              </w:rPr>
              <w:t>Număr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cadastral</w:t>
            </w:r>
          </w:p>
          <w:p w14:paraId="4EB37192" w14:textId="77777777" w:rsidR="005773BA" w:rsidRPr="00D20322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D20322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D2032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D20322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D20322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D20322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D2032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D20322">
              <w:rPr>
                <w:i/>
                <w:color w:val="7A7A7A"/>
                <w:lang w:val="fr-FR"/>
              </w:rPr>
              <w:t>în</w:t>
            </w:r>
            <w:proofErr w:type="spellEnd"/>
            <w:r w:rsidRPr="00D20322">
              <w:rPr>
                <w:i/>
                <w:color w:val="7A7A7A"/>
                <w:lang w:val="fr-FR"/>
              </w:rPr>
              <w:t xml:space="preserve"> e-Terra</w:t>
            </w:r>
          </w:p>
          <w:p w14:paraId="5518D7E9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351FF8BC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6961E23" w14:textId="77777777" w:rsidR="005773BA" w:rsidRDefault="005773BA">
            <w:pPr>
              <w:keepNext/>
            </w:pPr>
          </w:p>
        </w:tc>
      </w:tr>
    </w:tbl>
    <w:p w14:paraId="24E2FE46" w14:textId="77777777" w:rsidR="005773BA" w:rsidRDefault="005773BA">
      <w:pPr>
        <w:spacing w:line="168" w:lineRule="auto"/>
      </w:pPr>
    </w:p>
    <w:p w14:paraId="752769A9" w14:textId="77777777" w:rsidR="005773BA" w:rsidRPr="00F47EC1" w:rsidRDefault="00000000">
      <w:pPr>
        <w:spacing w:before="140" w:after="40"/>
        <w:jc w:val="center"/>
        <w:rPr>
          <w:sz w:val="28"/>
          <w:szCs w:val="28"/>
        </w:rPr>
      </w:pPr>
      <w:r w:rsidRPr="00F47EC1">
        <w:rPr>
          <w:b/>
          <w:sz w:val="28"/>
          <w:szCs w:val="28"/>
        </w:rPr>
        <w:t>SE CERTIFICĂ:</w:t>
      </w:r>
    </w:p>
    <w:p w14:paraId="040D7348" w14:textId="77777777" w:rsidR="005773BA" w:rsidRDefault="005773BA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5773BA" w14:paraId="5810D3C4" w14:textId="77777777">
        <w:trPr>
          <w:cantSplit/>
        </w:trPr>
        <w:tc>
          <w:tcPr>
            <w:tcW w:w="9636" w:type="dxa"/>
            <w:shd w:val="clear" w:color="auto" w:fill="F4F4F4"/>
          </w:tcPr>
          <w:p w14:paraId="130C4070" w14:textId="0F19519E" w:rsidR="005773BA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A3488E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REGIMUL JURIDIC</w:t>
            </w:r>
          </w:p>
        </w:tc>
      </w:tr>
      <w:tr w:rsidR="005773BA" w14:paraId="73DBD438" w14:textId="77777777">
        <w:trPr>
          <w:cantSplit/>
        </w:trPr>
        <w:tc>
          <w:tcPr>
            <w:tcW w:w="9636" w:type="dxa"/>
          </w:tcPr>
          <w:p w14:paraId="1898E032" w14:textId="77777777" w:rsidR="005773BA" w:rsidRDefault="005773BA">
            <w:pPr>
              <w:pBdr>
                <w:bottom w:val="dotted" w:sz="6" w:space="0" w:color="999999"/>
              </w:pBdr>
              <w:spacing w:after="80"/>
            </w:pPr>
          </w:p>
          <w:p w14:paraId="3BDD9769" w14:textId="77777777" w:rsidR="005773BA" w:rsidRDefault="005773BA">
            <w:pPr>
              <w:pBdr>
                <w:bottom w:val="dotted" w:sz="6" w:space="0" w:color="999999"/>
              </w:pBdr>
              <w:spacing w:after="80"/>
            </w:pPr>
          </w:p>
          <w:p w14:paraId="3F06684B" w14:textId="77777777" w:rsidR="005773BA" w:rsidRDefault="005773BA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5369536A" w14:textId="77777777" w:rsidR="005773BA" w:rsidRDefault="005773BA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8030"/>
        <w:gridCol w:w="1606"/>
      </w:tblGrid>
      <w:tr w:rsidR="005773BA" w14:paraId="68AD397F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AB1F914" w14:textId="57198A24" w:rsidR="005773BA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A3488E">
              <w:rPr>
                <w:b/>
                <w:sz w:val="16"/>
              </w:rPr>
              <w:t>5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REGIMUL ECONOMIC</w:t>
            </w:r>
          </w:p>
        </w:tc>
      </w:tr>
      <w:tr w:rsidR="005773BA" w:rsidRPr="009D356B" w14:paraId="0A569545" w14:textId="77777777">
        <w:trPr>
          <w:cantSplit/>
        </w:trPr>
        <w:tc>
          <w:tcPr>
            <w:tcW w:w="8030" w:type="dxa"/>
            <w:shd w:val="clear" w:color="auto" w:fill="F4F4F4"/>
          </w:tcPr>
          <w:p w14:paraId="5883B70B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Prevederea</w:t>
            </w:r>
            <w:proofErr w:type="spellEnd"/>
          </w:p>
        </w:tc>
        <w:tc>
          <w:tcPr>
            <w:tcW w:w="1606" w:type="dxa"/>
            <w:shd w:val="clear" w:color="auto" w:fill="F4F4F4"/>
          </w:tcPr>
          <w:p w14:paraId="50120F24" w14:textId="77777777" w:rsidR="005773BA" w:rsidRPr="00D20322" w:rsidRDefault="00000000">
            <w:pPr>
              <w:keepNext/>
              <w:rPr>
                <w:lang w:val="fr-FR"/>
              </w:rPr>
            </w:pPr>
            <w:proofErr w:type="spellStart"/>
            <w:r w:rsidRPr="00D20322">
              <w:rPr>
                <w:b/>
                <w:color w:val="0D5F78"/>
                <w:lang w:val="fr-FR"/>
              </w:rPr>
              <w:t>Actul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reglementare</w:t>
            </w:r>
            <w:proofErr w:type="spellEnd"/>
          </w:p>
          <w:p w14:paraId="5FDBB25D" w14:textId="77777777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i/>
                <w:color w:val="7A7A7A"/>
                <w:lang w:val="fr-FR"/>
              </w:rPr>
              <w:t xml:space="preserve">RLU · HCL · lege, </w:t>
            </w:r>
            <w:proofErr w:type="gramStart"/>
            <w:r w:rsidRPr="00D20322">
              <w:rPr>
                <w:i/>
                <w:color w:val="7A7A7A"/>
                <w:lang w:val="fr-FR"/>
              </w:rPr>
              <w:t>nr./</w:t>
            </w:r>
            <w:proofErr w:type="gramEnd"/>
            <w:r w:rsidRPr="00D20322">
              <w:rPr>
                <w:i/>
                <w:color w:val="7A7A7A"/>
                <w:lang w:val="fr-FR"/>
              </w:rPr>
              <w:t>an</w:t>
            </w:r>
          </w:p>
        </w:tc>
      </w:tr>
      <w:tr w:rsidR="005773BA" w:rsidRPr="009D356B" w14:paraId="29EB28C5" w14:textId="77777777">
        <w:trPr>
          <w:cantSplit/>
          <w:trHeight w:val="283"/>
        </w:trPr>
        <w:tc>
          <w:tcPr>
            <w:tcW w:w="8030" w:type="dxa"/>
          </w:tcPr>
          <w:p w14:paraId="36A938BB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14F22E69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</w:tr>
      <w:tr w:rsidR="005773BA" w:rsidRPr="009D356B" w14:paraId="5DBB5838" w14:textId="77777777">
        <w:trPr>
          <w:cantSplit/>
          <w:trHeight w:val="283"/>
        </w:trPr>
        <w:tc>
          <w:tcPr>
            <w:tcW w:w="8030" w:type="dxa"/>
          </w:tcPr>
          <w:p w14:paraId="3D87D101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1E69D920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</w:tr>
      <w:tr w:rsidR="005773BA" w:rsidRPr="009D356B" w14:paraId="435D6B43" w14:textId="77777777">
        <w:trPr>
          <w:cantSplit/>
          <w:trHeight w:val="283"/>
        </w:trPr>
        <w:tc>
          <w:tcPr>
            <w:tcW w:w="8030" w:type="dxa"/>
          </w:tcPr>
          <w:p w14:paraId="77345400" w14:textId="77777777" w:rsidR="005773BA" w:rsidRPr="00D20322" w:rsidRDefault="005773BA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2D878747" w14:textId="77777777" w:rsidR="005773BA" w:rsidRPr="00D20322" w:rsidRDefault="005773BA">
            <w:pPr>
              <w:rPr>
                <w:lang w:val="fr-FR"/>
              </w:rPr>
            </w:pPr>
          </w:p>
        </w:tc>
      </w:tr>
    </w:tbl>
    <w:p w14:paraId="71E8B337" w14:textId="77777777" w:rsidR="005773BA" w:rsidRPr="00D20322" w:rsidRDefault="005773BA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3212"/>
        <w:gridCol w:w="1606"/>
      </w:tblGrid>
      <w:tr w:rsidR="005773BA" w14:paraId="626AA75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073048EF" w14:textId="5DF61ADF" w:rsidR="005773BA" w:rsidRDefault="00000000">
            <w:pPr>
              <w:keepNext/>
            </w:pPr>
            <w:r w:rsidRPr="00D20322">
              <w:rPr>
                <w:b/>
                <w:sz w:val="16"/>
                <w:lang w:val="fr-FR"/>
              </w:rPr>
              <w:t xml:space="preserve"> </w:t>
            </w:r>
            <w:r w:rsidR="00A3488E">
              <w:rPr>
                <w:b/>
                <w:sz w:val="16"/>
              </w:rPr>
              <w:t>6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REGIMUL TEHNIC</w:t>
            </w:r>
          </w:p>
        </w:tc>
      </w:tr>
      <w:tr w:rsidR="005773BA" w:rsidRPr="009D356B" w14:paraId="17666E5C" w14:textId="77777777">
        <w:trPr>
          <w:cantSplit/>
        </w:trPr>
        <w:tc>
          <w:tcPr>
            <w:tcW w:w="8030" w:type="dxa"/>
            <w:gridSpan w:val="2"/>
            <w:shd w:val="clear" w:color="auto" w:fill="F4F4F4"/>
          </w:tcPr>
          <w:p w14:paraId="30A3202E" w14:textId="77777777" w:rsidR="005773BA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Prevederea</w:t>
            </w:r>
            <w:proofErr w:type="spellEnd"/>
          </w:p>
        </w:tc>
        <w:tc>
          <w:tcPr>
            <w:tcW w:w="1606" w:type="dxa"/>
            <w:shd w:val="clear" w:color="auto" w:fill="F4F4F4"/>
          </w:tcPr>
          <w:p w14:paraId="7D16618B" w14:textId="77777777" w:rsidR="005773BA" w:rsidRPr="00D20322" w:rsidRDefault="00000000">
            <w:pPr>
              <w:keepNext/>
              <w:rPr>
                <w:lang w:val="fr-FR"/>
              </w:rPr>
            </w:pPr>
            <w:proofErr w:type="spellStart"/>
            <w:r w:rsidRPr="00D20322">
              <w:rPr>
                <w:b/>
                <w:color w:val="0D5F78"/>
                <w:lang w:val="fr-FR"/>
              </w:rPr>
              <w:t>Actul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reglementare</w:t>
            </w:r>
            <w:proofErr w:type="spellEnd"/>
          </w:p>
          <w:p w14:paraId="5EA913B8" w14:textId="77777777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i/>
                <w:color w:val="7A7A7A"/>
                <w:lang w:val="fr-FR"/>
              </w:rPr>
              <w:t xml:space="preserve">RLU · HCL · lege, </w:t>
            </w:r>
            <w:proofErr w:type="gramStart"/>
            <w:r w:rsidRPr="00D20322">
              <w:rPr>
                <w:i/>
                <w:color w:val="7A7A7A"/>
                <w:lang w:val="fr-FR"/>
              </w:rPr>
              <w:t>nr./</w:t>
            </w:r>
            <w:proofErr w:type="gramEnd"/>
            <w:r w:rsidRPr="00D20322">
              <w:rPr>
                <w:i/>
                <w:color w:val="7A7A7A"/>
                <w:lang w:val="fr-FR"/>
              </w:rPr>
              <w:t>an</w:t>
            </w:r>
          </w:p>
        </w:tc>
      </w:tr>
      <w:tr w:rsidR="005773BA" w:rsidRPr="009D356B" w14:paraId="7FEA1E33" w14:textId="77777777">
        <w:trPr>
          <w:cantSplit/>
          <w:trHeight w:val="283"/>
        </w:trPr>
        <w:tc>
          <w:tcPr>
            <w:tcW w:w="8030" w:type="dxa"/>
            <w:gridSpan w:val="2"/>
          </w:tcPr>
          <w:p w14:paraId="4FA48435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7570B559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</w:tr>
      <w:tr w:rsidR="005773BA" w:rsidRPr="009D356B" w14:paraId="2F987B32" w14:textId="77777777">
        <w:trPr>
          <w:cantSplit/>
          <w:trHeight w:val="283"/>
        </w:trPr>
        <w:tc>
          <w:tcPr>
            <w:tcW w:w="8030" w:type="dxa"/>
            <w:gridSpan w:val="2"/>
          </w:tcPr>
          <w:p w14:paraId="539588EE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  <w:tc>
          <w:tcPr>
            <w:tcW w:w="1606" w:type="dxa"/>
          </w:tcPr>
          <w:p w14:paraId="2AB2FCC9" w14:textId="77777777" w:rsidR="005773BA" w:rsidRPr="00D20322" w:rsidRDefault="005773BA">
            <w:pPr>
              <w:keepNext/>
              <w:rPr>
                <w:lang w:val="fr-FR"/>
              </w:rPr>
            </w:pPr>
          </w:p>
        </w:tc>
      </w:tr>
      <w:tr w:rsidR="005773BA" w:rsidRPr="009D356B" w14:paraId="13D349BE" w14:textId="77777777">
        <w:trPr>
          <w:cantSplit/>
          <w:trHeight w:val="283"/>
        </w:trPr>
        <w:tc>
          <w:tcPr>
            <w:tcW w:w="8030" w:type="dxa"/>
            <w:gridSpan w:val="2"/>
          </w:tcPr>
          <w:p w14:paraId="07BAEE48" w14:textId="77777777" w:rsidR="005773BA" w:rsidRPr="00D20322" w:rsidRDefault="005773BA">
            <w:pPr>
              <w:rPr>
                <w:lang w:val="fr-FR"/>
              </w:rPr>
            </w:pPr>
          </w:p>
        </w:tc>
        <w:tc>
          <w:tcPr>
            <w:tcW w:w="1606" w:type="dxa"/>
          </w:tcPr>
          <w:p w14:paraId="2953EDB7" w14:textId="77777777" w:rsidR="005773BA" w:rsidRPr="00D20322" w:rsidRDefault="005773BA">
            <w:pPr>
              <w:rPr>
                <w:lang w:val="fr-FR"/>
              </w:rPr>
            </w:pPr>
          </w:p>
        </w:tc>
      </w:tr>
      <w:tr w:rsidR="00D20322" w:rsidRPr="009D356B" w14:paraId="7949F3CD" w14:textId="77777777" w:rsidTr="00C245EC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8B3156E" w14:textId="3A2C9094" w:rsidR="00D20322" w:rsidRPr="00D20322" w:rsidRDefault="00A3488E" w:rsidP="00C245EC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lastRenderedPageBreak/>
              <w:t>7</w:t>
            </w:r>
            <w:r w:rsidR="00D20322" w:rsidRPr="00D20322">
              <w:rPr>
                <w:b/>
                <w:sz w:val="16"/>
                <w:lang w:val="fr-FR"/>
              </w:rPr>
              <w:t xml:space="preserve">. </w:t>
            </w:r>
            <w:r w:rsidR="00D20322" w:rsidRPr="00D20322">
              <w:rPr>
                <w:b/>
                <w:color w:val="000000"/>
                <w:sz w:val="18"/>
                <w:lang w:val="fr-FR"/>
              </w:rPr>
              <w:t>REGIMUL DE MODIFICARE SAU ACTUALIZARE A DOCUMENTAȚIEI DE URBANISM</w:t>
            </w:r>
          </w:p>
        </w:tc>
      </w:tr>
      <w:tr w:rsidR="00D20322" w14:paraId="7133A069" w14:textId="77777777" w:rsidTr="006711DF">
        <w:trPr>
          <w:cantSplit/>
          <w:trHeight w:val="436"/>
        </w:trPr>
        <w:tc>
          <w:tcPr>
            <w:tcW w:w="9636" w:type="dxa"/>
            <w:gridSpan w:val="3"/>
          </w:tcPr>
          <w:p w14:paraId="56327872" w14:textId="77777777" w:rsidR="00D20322" w:rsidRDefault="00D20322" w:rsidP="00C245EC">
            <w:pPr>
              <w:keepNext/>
              <w:rPr>
                <w:rFonts w:cs="Times New Roman"/>
                <w:sz w:val="16"/>
              </w:rPr>
            </w:pPr>
            <w:proofErr w:type="spellStart"/>
            <w:r w:rsidRPr="00D20322">
              <w:rPr>
                <w:rFonts w:cs="Times New Roman"/>
                <w:sz w:val="16"/>
              </w:rPr>
              <w:t>Obiectivul</w:t>
            </w:r>
            <w:proofErr w:type="spellEnd"/>
            <w:r w:rsidRPr="00D20322">
              <w:rPr>
                <w:rFonts w:cs="Times New Roman"/>
                <w:sz w:val="16"/>
              </w:rPr>
              <w:t xml:space="preserve"> de </w:t>
            </w:r>
            <w:proofErr w:type="spellStart"/>
            <w:r w:rsidRPr="00D20322">
              <w:rPr>
                <w:rFonts w:cs="Times New Roman"/>
                <w:sz w:val="16"/>
              </w:rPr>
              <w:t>investiții</w:t>
            </w:r>
            <w:proofErr w:type="spellEnd"/>
            <w:r>
              <w:rPr>
                <w:rFonts w:cs="Times New Roman"/>
                <w:sz w:val="16"/>
              </w:rPr>
              <w:t>:</w:t>
            </w:r>
          </w:p>
          <w:p w14:paraId="78084B09" w14:textId="0FFDE578" w:rsidR="00D20322" w:rsidRPr="00D20322" w:rsidRDefault="00D20322" w:rsidP="00C245EC">
            <w:pPr>
              <w:keepNext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………………………………………………………………………………………………………………………………………………………</w:t>
            </w:r>
          </w:p>
        </w:tc>
      </w:tr>
      <w:tr w:rsidR="00D20322" w:rsidRPr="009D356B" w14:paraId="555125AD" w14:textId="77777777" w:rsidTr="00C245EC">
        <w:trPr>
          <w:cantSplit/>
        </w:trPr>
        <w:tc>
          <w:tcPr>
            <w:tcW w:w="9636" w:type="dxa"/>
            <w:gridSpan w:val="3"/>
          </w:tcPr>
          <w:p w14:paraId="083E33AD" w14:textId="05345BBB" w:rsidR="00D20322" w:rsidRPr="00D20322" w:rsidRDefault="00D20322" w:rsidP="00C245EC">
            <w:pPr>
              <w:keepNext/>
              <w:rPr>
                <w:rFonts w:ascii="Segoe UI Symbol" w:hAnsi="Segoe UI Symbol" w:cs="Segoe UI Symbol"/>
                <w:sz w:val="16"/>
                <w:lang w:val="fr-FR"/>
              </w:rPr>
            </w:pPr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 w:rsidRPr="00D2032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D20322">
              <w:rPr>
                <w:sz w:val="16"/>
                <w:lang w:val="fr-FR"/>
              </w:rPr>
              <w:t xml:space="preserve"> se </w:t>
            </w:r>
            <w:proofErr w:type="spellStart"/>
            <w:r w:rsidRPr="00D20322">
              <w:rPr>
                <w:sz w:val="16"/>
                <w:lang w:val="fr-FR"/>
              </w:rPr>
              <w:t>poate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realiza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cu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respectarea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docum</w:t>
            </w:r>
            <w:r>
              <w:rPr>
                <w:sz w:val="16"/>
                <w:lang w:val="fr-FR"/>
              </w:rPr>
              <w:t>entației</w:t>
            </w:r>
            <w:proofErr w:type="spellEnd"/>
            <w:r>
              <w:rPr>
                <w:sz w:val="16"/>
                <w:lang w:val="fr-FR"/>
              </w:rPr>
              <w:t xml:space="preserve"> de </w:t>
            </w:r>
            <w:proofErr w:type="spellStart"/>
            <w:r>
              <w:rPr>
                <w:sz w:val="16"/>
                <w:lang w:val="fr-FR"/>
              </w:rPr>
              <w:t>urbanism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</w:p>
        </w:tc>
      </w:tr>
      <w:tr w:rsidR="00D20322" w14:paraId="150F215B" w14:textId="77777777" w:rsidTr="00C245EC">
        <w:trPr>
          <w:cantSplit/>
        </w:trPr>
        <w:tc>
          <w:tcPr>
            <w:tcW w:w="9636" w:type="dxa"/>
            <w:gridSpan w:val="3"/>
          </w:tcPr>
          <w:p w14:paraId="251AED52" w14:textId="5A0E5BA4" w:rsidR="00D20322" w:rsidRDefault="00D20322" w:rsidP="00C245EC">
            <w:pPr>
              <w:keepNext/>
            </w:pPr>
            <w:r w:rsidRPr="00D20322">
              <w:rPr>
                <w:rFonts w:ascii="Segoe UI Symbol" w:hAnsi="Segoe UI Symbol" w:cs="Segoe UI Symbol"/>
                <w:sz w:val="16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</w:rPr>
              <w:t>☐</w:t>
            </w:r>
            <w:r>
              <w:rPr>
                <w:sz w:val="16"/>
              </w:rPr>
              <w:t xml:space="preserve"> se </w:t>
            </w:r>
            <w:proofErr w:type="spellStart"/>
            <w:r>
              <w:rPr>
                <w:sz w:val="16"/>
              </w:rPr>
              <w:t>poate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realiza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condiționat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aprobarea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unui</w:t>
            </w:r>
            <w:proofErr w:type="spellEnd"/>
            <w:r>
              <w:rPr>
                <w:sz w:val="16"/>
              </w:rPr>
              <w:t xml:space="preserve"> PUD (art. 82)</w:t>
            </w:r>
          </w:p>
        </w:tc>
      </w:tr>
      <w:tr w:rsidR="00D20322" w:rsidRPr="009D356B" w14:paraId="338E7415" w14:textId="77777777" w:rsidTr="00ED2565">
        <w:trPr>
          <w:cantSplit/>
          <w:trHeight w:val="436"/>
        </w:trPr>
        <w:tc>
          <w:tcPr>
            <w:tcW w:w="4818" w:type="dxa"/>
          </w:tcPr>
          <w:p w14:paraId="657C8589" w14:textId="16701D66" w:rsidR="00D20322" w:rsidRPr="00D20322" w:rsidRDefault="00D20322" w:rsidP="00C245EC">
            <w:pPr>
              <w:keepNext/>
              <w:rPr>
                <w:lang w:val="fr-FR"/>
              </w:rPr>
            </w:pPr>
            <w:r w:rsidRPr="00D20322">
              <w:rPr>
                <w:rFonts w:ascii="Segoe UI Symbol" w:hAnsi="Segoe UI Symbol" w:cs="Segoe UI Symbol"/>
                <w:sz w:val="16"/>
                <w:lang w:val="fr-FR"/>
              </w:rPr>
              <w:t xml:space="preserve"> ☐</w:t>
            </w:r>
            <w:r w:rsidRPr="00D20322">
              <w:rPr>
                <w:sz w:val="16"/>
                <w:lang w:val="fr-FR"/>
              </w:rPr>
              <w:t xml:space="preserve"> se </w:t>
            </w:r>
            <w:proofErr w:type="spellStart"/>
            <w:r w:rsidRPr="00D20322">
              <w:rPr>
                <w:sz w:val="16"/>
                <w:lang w:val="fr-FR"/>
              </w:rPr>
              <w:t>poate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realiza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condiționat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aprobarea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unui</w:t>
            </w:r>
            <w:proofErr w:type="spellEnd"/>
            <w:r w:rsidRPr="00D20322">
              <w:rPr>
                <w:sz w:val="16"/>
                <w:lang w:val="fr-FR"/>
              </w:rPr>
              <w:t xml:space="preserve"> PUZ (art. 70)</w:t>
            </w:r>
            <w:r>
              <w:rPr>
                <w:sz w:val="16"/>
                <w:lang w:val="fr-FR"/>
              </w:rPr>
              <w:t xml:space="preserve"> :   </w:t>
            </w:r>
          </w:p>
        </w:tc>
        <w:tc>
          <w:tcPr>
            <w:tcW w:w="4818" w:type="dxa"/>
            <w:gridSpan w:val="2"/>
          </w:tcPr>
          <w:p w14:paraId="007F6D3D" w14:textId="4248D5EA" w:rsidR="00D20322" w:rsidRPr="00D20322" w:rsidRDefault="00D20322" w:rsidP="00C245EC">
            <w:pPr>
              <w:keepNext/>
              <w:rPr>
                <w:lang w:val="fr-FR"/>
              </w:rPr>
            </w:pPr>
            <w:r w:rsidRPr="00D2032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cu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aviz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ini</w:t>
            </w:r>
            <w:r w:rsidRPr="00D20322">
              <w:rPr>
                <w:rFonts w:cs="Times New Roman"/>
                <w:sz w:val="16"/>
                <w:lang w:val="fr-FR"/>
              </w:rPr>
              <w:t>ț</w:t>
            </w:r>
            <w:r w:rsidRPr="00D20322">
              <w:rPr>
                <w:sz w:val="16"/>
                <w:lang w:val="fr-FR"/>
              </w:rPr>
              <w:t>iere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emis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arhitectul-</w:t>
            </w:r>
            <w:r w:rsidRPr="00D20322">
              <w:rPr>
                <w:rFonts w:cs="Times New Roman"/>
                <w:sz w:val="16"/>
                <w:lang w:val="fr-FR"/>
              </w:rPr>
              <w:t>ș</w:t>
            </w:r>
            <w:r w:rsidRPr="00D20322">
              <w:rPr>
                <w:sz w:val="16"/>
                <w:lang w:val="fr-FR"/>
              </w:rPr>
              <w:t>ef</w:t>
            </w:r>
            <w:proofErr w:type="spellEnd"/>
            <w:r>
              <w:rPr>
                <w:rFonts w:ascii="Segoe UI Symbol" w:hAnsi="Segoe UI Symbol" w:cs="Segoe UI Symbol"/>
                <w:sz w:val="16"/>
                <w:lang w:val="fr-FR"/>
              </w:rPr>
              <w:t xml:space="preserve">                                                                                            </w:t>
            </w:r>
            <w:r w:rsidRPr="00D2032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fără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aviz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inițiere</w:t>
            </w:r>
            <w:proofErr w:type="spellEnd"/>
          </w:p>
        </w:tc>
      </w:tr>
      <w:tr w:rsidR="00D20322" w:rsidRPr="009D356B" w14:paraId="38801303" w14:textId="77777777" w:rsidTr="00C245EC">
        <w:trPr>
          <w:cantSplit/>
        </w:trPr>
        <w:tc>
          <w:tcPr>
            <w:tcW w:w="9636" w:type="dxa"/>
            <w:gridSpan w:val="3"/>
          </w:tcPr>
          <w:p w14:paraId="06C7C292" w14:textId="53151D43" w:rsidR="00D20322" w:rsidRPr="00D20322" w:rsidRDefault="00D20322" w:rsidP="00C245EC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Pr="00D20322">
              <w:rPr>
                <w:rFonts w:ascii="Segoe UI Symbol" w:hAnsi="Segoe UI Symbol" w:cs="Segoe UI Symbol"/>
                <w:sz w:val="16"/>
                <w:lang w:val="fr-FR"/>
              </w:rPr>
              <w:t>☐</w:t>
            </w:r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obiectivul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investi</w:t>
            </w:r>
            <w:r w:rsidRPr="00D20322">
              <w:rPr>
                <w:rFonts w:cs="Times New Roman"/>
                <w:sz w:val="16"/>
                <w:lang w:val="fr-FR"/>
              </w:rPr>
              <w:t>ț</w:t>
            </w:r>
            <w:r w:rsidRPr="00D20322">
              <w:rPr>
                <w:sz w:val="16"/>
                <w:lang w:val="fr-FR"/>
              </w:rPr>
              <w:t>ii</w:t>
            </w:r>
            <w:proofErr w:type="spellEnd"/>
            <w:r w:rsidRPr="00D20322">
              <w:rPr>
                <w:sz w:val="16"/>
                <w:lang w:val="fr-FR"/>
              </w:rPr>
              <w:t xml:space="preserve"> NU se </w:t>
            </w:r>
            <w:proofErr w:type="spellStart"/>
            <w:r w:rsidRPr="00D20322">
              <w:rPr>
                <w:sz w:val="16"/>
                <w:lang w:val="fr-FR"/>
              </w:rPr>
              <w:t>poate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realiza</w:t>
            </w:r>
            <w:proofErr w:type="spellEnd"/>
            <w:r w:rsidRPr="00D20322">
              <w:rPr>
                <w:sz w:val="16"/>
                <w:lang w:val="fr-FR"/>
              </w:rPr>
              <w:t xml:space="preserve">, </w:t>
            </w:r>
            <w:proofErr w:type="spellStart"/>
            <w:r w:rsidRPr="00D20322">
              <w:rPr>
                <w:rFonts w:cs="Times New Roman"/>
                <w:sz w:val="16"/>
                <w:lang w:val="fr-FR"/>
              </w:rPr>
              <w:t>î</w:t>
            </w:r>
            <w:r w:rsidRPr="00D20322">
              <w:rPr>
                <w:sz w:val="16"/>
                <w:lang w:val="fr-FR"/>
              </w:rPr>
              <w:t>ntruc</w:t>
            </w:r>
            <w:r w:rsidRPr="00D20322">
              <w:rPr>
                <w:rFonts w:cs="Times New Roman"/>
                <w:sz w:val="16"/>
                <w:lang w:val="fr-FR"/>
              </w:rPr>
              <w:t>â</w:t>
            </w:r>
            <w:r w:rsidRPr="00D20322">
              <w:rPr>
                <w:sz w:val="16"/>
                <w:lang w:val="fr-FR"/>
              </w:rPr>
              <w:t>t</w:t>
            </w:r>
            <w:proofErr w:type="spellEnd"/>
            <w:r>
              <w:rPr>
                <w:sz w:val="16"/>
                <w:lang w:val="fr-FR"/>
              </w:rPr>
              <w:t> :</w:t>
            </w:r>
          </w:p>
        </w:tc>
      </w:tr>
      <w:tr w:rsidR="00D20322" w:rsidRPr="009D356B" w14:paraId="68B37058" w14:textId="77777777" w:rsidTr="00C245EC">
        <w:trPr>
          <w:cantSplit/>
        </w:trPr>
        <w:tc>
          <w:tcPr>
            <w:tcW w:w="9636" w:type="dxa"/>
            <w:gridSpan w:val="3"/>
          </w:tcPr>
          <w:p w14:paraId="246627DE" w14:textId="77777777" w:rsidR="00D20322" w:rsidRPr="00D20322" w:rsidRDefault="00D20322" w:rsidP="00C245EC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7E1437F3" w14:textId="77777777" w:rsidR="00D20322" w:rsidRPr="00D20322" w:rsidRDefault="00D20322" w:rsidP="00C245EC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D20322" w:rsidRPr="009D356B" w14:paraId="10420399" w14:textId="77777777" w:rsidTr="00C245EC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01330C57" w14:textId="77777777" w:rsidR="00D20322" w:rsidRDefault="00D20322" w:rsidP="00C245EC">
            <w:pPr>
              <w:spacing w:line="228" w:lineRule="auto"/>
              <w:rPr>
                <w:lang w:val="fr-FR"/>
              </w:rPr>
            </w:pPr>
            <w:r w:rsidRPr="00D20322">
              <w:rPr>
                <w:lang w:val="fr-FR"/>
              </w:rPr>
              <w:t xml:space="preserve">La </w:t>
            </w:r>
            <w:proofErr w:type="spellStart"/>
            <w:r w:rsidRPr="00D20322">
              <w:rPr>
                <w:lang w:val="fr-FR"/>
              </w:rPr>
              <w:t>condiționare</w:t>
            </w:r>
            <w:proofErr w:type="spellEnd"/>
            <w:r w:rsidRPr="00D20322">
              <w:rPr>
                <w:lang w:val="fr-FR"/>
              </w:rPr>
              <w:t xml:space="preserve">, </w:t>
            </w:r>
            <w:proofErr w:type="spellStart"/>
            <w:r w:rsidRPr="00D20322">
              <w:rPr>
                <w:lang w:val="fr-FR"/>
              </w:rPr>
              <w:t>procedura</w:t>
            </w:r>
            <w:proofErr w:type="spellEnd"/>
            <w:r w:rsidRPr="00D20322">
              <w:rPr>
                <w:lang w:val="fr-FR"/>
              </w:rPr>
              <w:t xml:space="preserve"> de </w:t>
            </w:r>
            <w:proofErr w:type="spellStart"/>
            <w:r w:rsidRPr="00D20322">
              <w:rPr>
                <w:lang w:val="fr-FR"/>
              </w:rPr>
              <w:t>autorizare</w:t>
            </w:r>
            <w:proofErr w:type="spellEnd"/>
            <w:r w:rsidRPr="00D20322">
              <w:rPr>
                <w:lang w:val="fr-FR"/>
              </w:rPr>
              <w:t xml:space="preserve"> se </w:t>
            </w:r>
            <w:proofErr w:type="spellStart"/>
            <w:r w:rsidRPr="00D20322">
              <w:rPr>
                <w:lang w:val="fr-FR"/>
              </w:rPr>
              <w:t>suspendă</w:t>
            </w:r>
            <w:proofErr w:type="spell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până</w:t>
            </w:r>
            <w:proofErr w:type="spellEnd"/>
            <w:r w:rsidRPr="00D20322">
              <w:rPr>
                <w:lang w:val="fr-FR"/>
              </w:rPr>
              <w:t xml:space="preserve"> la </w:t>
            </w:r>
            <w:proofErr w:type="spellStart"/>
            <w:r w:rsidRPr="00D20322">
              <w:rPr>
                <w:lang w:val="fr-FR"/>
              </w:rPr>
              <w:t>aprobarea</w:t>
            </w:r>
            <w:proofErr w:type="spell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documentației</w:t>
            </w:r>
            <w:proofErr w:type="spellEnd"/>
            <w:r w:rsidRPr="00D20322">
              <w:rPr>
                <w:lang w:val="fr-FR"/>
              </w:rPr>
              <w:t xml:space="preserve"> de </w:t>
            </w:r>
            <w:proofErr w:type="spellStart"/>
            <w:proofErr w:type="gramStart"/>
            <w:r w:rsidRPr="00D20322">
              <w:rPr>
                <w:lang w:val="fr-FR"/>
              </w:rPr>
              <w:t>urbanism</w:t>
            </w:r>
            <w:proofErr w:type="spellEnd"/>
            <w:r w:rsidRPr="00D20322">
              <w:rPr>
                <w:lang w:val="fr-FR"/>
              </w:rPr>
              <w:t>;</w:t>
            </w:r>
            <w:proofErr w:type="gram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valabilitatea</w:t>
            </w:r>
            <w:proofErr w:type="spell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certificatului</w:t>
            </w:r>
            <w:proofErr w:type="spellEnd"/>
            <w:r w:rsidRPr="00D20322">
              <w:rPr>
                <w:lang w:val="fr-FR"/>
              </w:rPr>
              <w:t xml:space="preserve"> se </w:t>
            </w:r>
            <w:proofErr w:type="spellStart"/>
            <w:r w:rsidRPr="00D20322">
              <w:rPr>
                <w:lang w:val="fr-FR"/>
              </w:rPr>
              <w:t>prelungește</w:t>
            </w:r>
            <w:proofErr w:type="spell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cu</w:t>
            </w:r>
            <w:proofErr w:type="spellEnd"/>
            <w:r w:rsidRPr="00D20322">
              <w:rPr>
                <w:lang w:val="fr-FR"/>
              </w:rPr>
              <w:t xml:space="preserve"> 12 </w:t>
            </w:r>
            <w:proofErr w:type="spellStart"/>
            <w:r w:rsidRPr="00D20322">
              <w:rPr>
                <w:lang w:val="fr-FR"/>
              </w:rPr>
              <w:t>luni</w:t>
            </w:r>
            <w:proofErr w:type="spell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după</w:t>
            </w:r>
            <w:proofErr w:type="spellEnd"/>
            <w:r w:rsidRPr="00D20322">
              <w:rPr>
                <w:lang w:val="fr-FR"/>
              </w:rPr>
              <w:t xml:space="preserve"> </w:t>
            </w:r>
            <w:proofErr w:type="spellStart"/>
            <w:r w:rsidRPr="00D20322">
              <w:rPr>
                <w:lang w:val="fr-FR"/>
              </w:rPr>
              <w:t>aprobare</w:t>
            </w:r>
            <w:proofErr w:type="spellEnd"/>
            <w:r w:rsidRPr="00D20322">
              <w:rPr>
                <w:lang w:val="fr-FR"/>
              </w:rPr>
              <w:t>.</w:t>
            </w:r>
          </w:p>
          <w:p w14:paraId="46E9BE9A" w14:textId="40C551D0" w:rsidR="0008118F" w:rsidRPr="0008118F" w:rsidRDefault="0008118F" w:rsidP="00C245EC">
            <w:pPr>
              <w:spacing w:line="228" w:lineRule="auto"/>
              <w:rPr>
                <w:lang w:val="fr-FR"/>
              </w:rPr>
            </w:pPr>
            <w:r w:rsidRPr="0008118F">
              <w:rPr>
                <w:lang w:val="fr-FR"/>
              </w:rPr>
              <w:t xml:space="preserve">La </w:t>
            </w:r>
            <w:proofErr w:type="spellStart"/>
            <w:r w:rsidRPr="0008118F">
              <w:rPr>
                <w:lang w:val="fr-FR"/>
              </w:rPr>
              <w:t>condiționarea</w:t>
            </w:r>
            <w:proofErr w:type="spellEnd"/>
            <w:r w:rsidRPr="0008118F">
              <w:rPr>
                <w:lang w:val="fr-FR"/>
              </w:rPr>
              <w:t xml:space="preserve"> </w:t>
            </w:r>
            <w:proofErr w:type="spellStart"/>
            <w:r w:rsidRPr="0008118F">
              <w:rPr>
                <w:lang w:val="fr-FR"/>
              </w:rPr>
              <w:t>referitoare</w:t>
            </w:r>
            <w:proofErr w:type="spellEnd"/>
            <w:r w:rsidRPr="0008118F">
              <w:rPr>
                <w:lang w:val="fr-FR"/>
              </w:rPr>
              <w:t xml:space="preserve"> la </w:t>
            </w:r>
            <w:proofErr w:type="spellStart"/>
            <w:r w:rsidRPr="0008118F">
              <w:rPr>
                <w:lang w:val="fr-FR"/>
              </w:rPr>
              <w:t>aprobarea</w:t>
            </w:r>
            <w:proofErr w:type="spellEnd"/>
            <w:r w:rsidRPr="0008118F">
              <w:rPr>
                <w:lang w:val="fr-FR"/>
              </w:rPr>
              <w:t xml:space="preserve"> PUZ, </w:t>
            </w:r>
            <w:proofErr w:type="spellStart"/>
            <w:r w:rsidRPr="0008118F">
              <w:rPr>
                <w:lang w:val="fr-FR"/>
              </w:rPr>
              <w:t>după</w:t>
            </w:r>
            <w:proofErr w:type="spellEnd"/>
            <w:r w:rsidRPr="0008118F">
              <w:rPr>
                <w:lang w:val="fr-FR"/>
              </w:rPr>
              <w:t xml:space="preserve"> </w:t>
            </w:r>
            <w:proofErr w:type="spellStart"/>
            <w:r w:rsidRPr="0008118F">
              <w:rPr>
                <w:lang w:val="fr-FR"/>
              </w:rPr>
              <w:t>aprobarea</w:t>
            </w:r>
            <w:proofErr w:type="spellEnd"/>
            <w:r w:rsidRPr="0008118F">
              <w:rPr>
                <w:lang w:val="fr-FR"/>
              </w:rPr>
              <w:t xml:space="preserve"> </w:t>
            </w:r>
            <w:proofErr w:type="spellStart"/>
            <w:r w:rsidRPr="0008118F">
              <w:rPr>
                <w:lang w:val="fr-FR"/>
              </w:rPr>
              <w:t>documentație</w:t>
            </w:r>
            <w:r>
              <w:rPr>
                <w:lang w:val="fr-FR"/>
              </w:rPr>
              <w:t>i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urbanism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certificatul</w:t>
            </w:r>
            <w:proofErr w:type="spellEnd"/>
            <w:r>
              <w:rPr>
                <w:lang w:val="fr-FR"/>
              </w:rPr>
              <w:t xml:space="preserve"> de </w:t>
            </w:r>
            <w:proofErr w:type="spellStart"/>
            <w:r>
              <w:rPr>
                <w:lang w:val="fr-FR"/>
              </w:rPr>
              <w:t>urbanism</w:t>
            </w:r>
            <w:proofErr w:type="spellEnd"/>
            <w:r>
              <w:rPr>
                <w:lang w:val="fr-FR"/>
              </w:rPr>
              <w:t xml:space="preserve"> se va </w:t>
            </w:r>
            <w:proofErr w:type="spellStart"/>
            <w:r>
              <w:rPr>
                <w:lang w:val="fr-FR"/>
              </w:rPr>
              <w:t>completa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cu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Formularul</w:t>
            </w:r>
            <w:proofErr w:type="spellEnd"/>
            <w:r>
              <w:rPr>
                <w:lang w:val="fr-FR"/>
              </w:rPr>
              <w:t xml:space="preserve"> F_CU_07_01 - </w:t>
            </w:r>
            <w:proofErr w:type="spellStart"/>
            <w:r>
              <w:rPr>
                <w:lang w:val="fr-FR"/>
              </w:rPr>
              <w:t>Anexa</w:t>
            </w:r>
            <w:proofErr w:type="spellEnd"/>
            <w:r>
              <w:rPr>
                <w:lang w:val="fr-FR"/>
              </w:rPr>
              <w:t xml:space="preserve"> </w:t>
            </w:r>
          </w:p>
        </w:tc>
      </w:tr>
    </w:tbl>
    <w:p w14:paraId="608D52EC" w14:textId="77777777" w:rsidR="00D20322" w:rsidRPr="0008118F" w:rsidRDefault="00D20322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5773BA" w:rsidRPr="009D356B" w14:paraId="0E81EDCF" w14:textId="77777777">
        <w:trPr>
          <w:cantSplit/>
        </w:trPr>
        <w:tc>
          <w:tcPr>
            <w:tcW w:w="9636" w:type="dxa"/>
            <w:shd w:val="clear" w:color="auto" w:fill="F4F4F4"/>
          </w:tcPr>
          <w:p w14:paraId="1D20CDC0" w14:textId="2C68902A" w:rsidR="005773BA" w:rsidRPr="00D20322" w:rsidRDefault="00000000">
            <w:pPr>
              <w:keepNext/>
              <w:rPr>
                <w:lang w:val="fr-FR"/>
              </w:rPr>
            </w:pPr>
            <w:r w:rsidRPr="0008118F">
              <w:rPr>
                <w:b/>
                <w:sz w:val="16"/>
                <w:lang w:val="fr-FR"/>
              </w:rPr>
              <w:t xml:space="preserve"> </w:t>
            </w:r>
            <w:r w:rsidR="00A3488E">
              <w:rPr>
                <w:b/>
                <w:sz w:val="16"/>
                <w:lang w:val="fr-FR"/>
              </w:rPr>
              <w:t>8</w:t>
            </w:r>
            <w:r w:rsidRPr="00D20322">
              <w:rPr>
                <w:b/>
                <w:sz w:val="16"/>
                <w:lang w:val="fr-FR"/>
              </w:rPr>
              <w:t xml:space="preserve">. </w:t>
            </w:r>
            <w:r w:rsidRPr="00D20322">
              <w:rPr>
                <w:b/>
                <w:color w:val="000000"/>
                <w:sz w:val="18"/>
                <w:lang w:val="fr-FR"/>
              </w:rPr>
              <w:t>AVIZE / ACORDURI ÎN VEDEREA APROBĂRII DOCUMENTAȚIEI DE URBANISM — PUD</w:t>
            </w:r>
          </w:p>
        </w:tc>
      </w:tr>
      <w:tr w:rsidR="005773BA" w:rsidRPr="009D356B" w14:paraId="1ABC26DE" w14:textId="77777777">
        <w:trPr>
          <w:cantSplit/>
        </w:trPr>
        <w:tc>
          <w:tcPr>
            <w:tcW w:w="9636" w:type="dxa"/>
            <w:shd w:val="clear" w:color="auto" w:fill="F4F4F4"/>
          </w:tcPr>
          <w:p w14:paraId="298CD460" w14:textId="0EEED161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="00D20322">
              <w:rPr>
                <w:sz w:val="16"/>
                <w:lang w:val="fr-FR"/>
              </w:rPr>
              <w:t>(</w:t>
            </w:r>
            <w:proofErr w:type="gramStart"/>
            <w:r w:rsidRPr="00D20322">
              <w:rPr>
                <w:sz w:val="16"/>
                <w:lang w:val="fr-FR"/>
              </w:rPr>
              <w:t>se</w:t>
            </w:r>
            <w:proofErr w:type="gram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completează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doar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atunci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când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obiectivul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investiții</w:t>
            </w:r>
            <w:proofErr w:type="spellEnd"/>
            <w:r w:rsidRPr="00D20322">
              <w:rPr>
                <w:sz w:val="16"/>
                <w:lang w:val="fr-FR"/>
              </w:rPr>
              <w:t xml:space="preserve"> se </w:t>
            </w:r>
            <w:proofErr w:type="spellStart"/>
            <w:r w:rsidRPr="00D20322">
              <w:rPr>
                <w:sz w:val="16"/>
                <w:lang w:val="fr-FR"/>
              </w:rPr>
              <w:t>poate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realiza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după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aprobarea</w:t>
            </w:r>
            <w:proofErr w:type="spellEnd"/>
            <w:r w:rsidRPr="00D20322">
              <w:rPr>
                <w:sz w:val="16"/>
                <w:lang w:val="fr-FR"/>
              </w:rPr>
              <w:t xml:space="preserve"> PUD</w:t>
            </w:r>
            <w:r w:rsidR="00D20322">
              <w:rPr>
                <w:sz w:val="16"/>
                <w:lang w:val="fr-FR"/>
              </w:rPr>
              <w:t>)</w:t>
            </w:r>
          </w:p>
        </w:tc>
      </w:tr>
      <w:tr w:rsidR="005773BA" w:rsidRPr="009D356B" w14:paraId="0E0EC348" w14:textId="77777777">
        <w:trPr>
          <w:cantSplit/>
        </w:trPr>
        <w:tc>
          <w:tcPr>
            <w:tcW w:w="9636" w:type="dxa"/>
            <w:shd w:val="clear" w:color="auto" w:fill="F4F4F4"/>
          </w:tcPr>
          <w:p w14:paraId="3F2BCAC5" w14:textId="46B5CB3B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="00A3488E">
              <w:rPr>
                <w:sz w:val="16"/>
                <w:lang w:val="fr-FR"/>
              </w:rPr>
              <w:t>8</w:t>
            </w:r>
            <w:r w:rsidRPr="00D20322">
              <w:rPr>
                <w:sz w:val="16"/>
                <w:lang w:val="fr-FR"/>
              </w:rPr>
              <w:t xml:space="preserve">.1 · </w:t>
            </w:r>
            <w:proofErr w:type="spellStart"/>
            <w:r w:rsidRPr="00D20322">
              <w:rPr>
                <w:sz w:val="16"/>
                <w:lang w:val="fr-FR"/>
              </w:rPr>
              <w:t>altele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decât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cele</w:t>
            </w:r>
            <w:proofErr w:type="spellEnd"/>
            <w:r w:rsidRPr="00D20322">
              <w:rPr>
                <w:sz w:val="16"/>
                <w:lang w:val="fr-FR"/>
              </w:rPr>
              <w:t xml:space="preserve"> care se pot </w:t>
            </w:r>
            <w:proofErr w:type="spellStart"/>
            <w:r w:rsidRPr="00D20322">
              <w:rPr>
                <w:sz w:val="16"/>
                <w:lang w:val="fr-FR"/>
              </w:rPr>
              <w:t>obține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prin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Comisia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r w:rsidR="00D20322">
              <w:rPr>
                <w:sz w:val="16"/>
                <w:lang w:val="fr-FR"/>
              </w:rPr>
              <w:t>A</w:t>
            </w:r>
            <w:r w:rsidRPr="00D20322">
              <w:rPr>
                <w:sz w:val="16"/>
                <w:lang w:val="fr-FR"/>
              </w:rPr>
              <w:t xml:space="preserve">cord </w:t>
            </w:r>
            <w:proofErr w:type="spellStart"/>
            <w:r w:rsidR="00D20322">
              <w:rPr>
                <w:sz w:val="16"/>
                <w:lang w:val="fr-FR"/>
              </w:rPr>
              <w:t>U</w:t>
            </w:r>
            <w:r w:rsidRPr="00D20322">
              <w:rPr>
                <w:sz w:val="16"/>
                <w:lang w:val="fr-FR"/>
              </w:rPr>
              <w:t>nic</w:t>
            </w:r>
            <w:proofErr w:type="spellEnd"/>
          </w:p>
        </w:tc>
      </w:tr>
      <w:tr w:rsidR="005773BA" w:rsidRPr="009D356B" w14:paraId="3EBC17B3" w14:textId="77777777">
        <w:trPr>
          <w:cantSplit/>
        </w:trPr>
        <w:tc>
          <w:tcPr>
            <w:tcW w:w="9636" w:type="dxa"/>
          </w:tcPr>
          <w:p w14:paraId="67666138" w14:textId="77777777" w:rsidR="005773BA" w:rsidRPr="00D20322" w:rsidRDefault="005773BA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5DAC86CC" w14:textId="77777777" w:rsidR="005773BA" w:rsidRPr="00D20322" w:rsidRDefault="005773BA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5773BA" w:rsidRPr="009D356B" w14:paraId="25B9EAF3" w14:textId="77777777">
        <w:trPr>
          <w:cantSplit/>
        </w:trPr>
        <w:tc>
          <w:tcPr>
            <w:tcW w:w="9636" w:type="dxa"/>
            <w:shd w:val="clear" w:color="auto" w:fill="F4F4F4"/>
          </w:tcPr>
          <w:p w14:paraId="50E614D4" w14:textId="5BB75524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="00A3488E">
              <w:rPr>
                <w:sz w:val="16"/>
                <w:lang w:val="fr-FR"/>
              </w:rPr>
              <w:t>8</w:t>
            </w:r>
            <w:r w:rsidRPr="00D20322">
              <w:rPr>
                <w:sz w:val="16"/>
                <w:lang w:val="fr-FR"/>
              </w:rPr>
              <w:t xml:space="preserve">.2 · </w:t>
            </w:r>
            <w:proofErr w:type="spellStart"/>
            <w:r w:rsidRPr="00D20322">
              <w:rPr>
                <w:sz w:val="16"/>
                <w:lang w:val="fr-FR"/>
              </w:rPr>
              <w:t>prin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Comisia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acord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unic</w:t>
            </w:r>
            <w:proofErr w:type="spellEnd"/>
          </w:p>
        </w:tc>
      </w:tr>
      <w:tr w:rsidR="005773BA" w:rsidRPr="00D20322" w14:paraId="3F5D0604" w14:textId="77777777">
        <w:trPr>
          <w:cantSplit/>
        </w:trPr>
        <w:tc>
          <w:tcPr>
            <w:tcW w:w="9636" w:type="dxa"/>
          </w:tcPr>
          <w:p w14:paraId="0DF8BB19" w14:textId="77777777" w:rsidR="00D20322" w:rsidRDefault="00000000">
            <w:pPr>
              <w:rPr>
                <w:sz w:val="16"/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☐ </w:t>
            </w:r>
            <w:proofErr w:type="spellStart"/>
            <w:r w:rsidRPr="00D20322">
              <w:rPr>
                <w:b/>
                <w:bCs/>
                <w:sz w:val="16"/>
                <w:lang w:val="fr-FR"/>
              </w:rPr>
              <w:t>acord</w:t>
            </w:r>
            <w:proofErr w:type="spellEnd"/>
            <w:r w:rsidRPr="00D20322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b/>
                <w:bCs/>
                <w:sz w:val="16"/>
                <w:lang w:val="fr-FR"/>
              </w:rPr>
              <w:t>unic</w:t>
            </w:r>
            <w:proofErr w:type="spellEnd"/>
            <w:r w:rsidR="00D20322" w:rsidRPr="00D20322">
              <w:rPr>
                <w:b/>
                <w:bCs/>
                <w:sz w:val="16"/>
                <w:lang w:val="fr-FR"/>
              </w:rPr>
              <w:t xml:space="preserve"> </w:t>
            </w:r>
            <w:r w:rsidR="00D20322">
              <w:rPr>
                <w:sz w:val="16"/>
                <w:lang w:val="fr-FR"/>
              </w:rPr>
              <w:t xml:space="preserve">al </w:t>
            </w:r>
            <w:proofErr w:type="spellStart"/>
            <w:r w:rsidR="00D20322" w:rsidRPr="00D20322">
              <w:rPr>
                <w:sz w:val="16"/>
                <w:lang w:val="fr-FR"/>
              </w:rPr>
              <w:t>Comisia</w:t>
            </w:r>
            <w:proofErr w:type="spellEnd"/>
            <w:r w:rsidR="00D20322"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="00D20322" w:rsidRPr="00D20322">
              <w:rPr>
                <w:sz w:val="16"/>
                <w:lang w:val="fr-FR"/>
              </w:rPr>
              <w:t>acord</w:t>
            </w:r>
            <w:proofErr w:type="spellEnd"/>
            <w:r w:rsidR="00D20322"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="00D20322" w:rsidRPr="00D20322">
              <w:rPr>
                <w:sz w:val="16"/>
                <w:lang w:val="fr-FR"/>
              </w:rPr>
              <w:t>unic</w:t>
            </w:r>
            <w:proofErr w:type="spellEnd"/>
            <w:r w:rsidRPr="00D20322">
              <w:rPr>
                <w:sz w:val="16"/>
                <w:lang w:val="fr-FR"/>
              </w:rPr>
              <w:t xml:space="preserve"> de la </w:t>
            </w:r>
            <w:proofErr w:type="spellStart"/>
            <w:proofErr w:type="gramStart"/>
            <w:r w:rsidRPr="00D20322">
              <w:rPr>
                <w:sz w:val="16"/>
                <w:lang w:val="fr-FR"/>
              </w:rPr>
              <w:t>nivelul</w:t>
            </w:r>
            <w:proofErr w:type="spellEnd"/>
            <w:r w:rsidRPr="00D20322">
              <w:rPr>
                <w:sz w:val="16"/>
                <w:lang w:val="fr-FR"/>
              </w:rPr>
              <w:t>:</w:t>
            </w:r>
            <w:proofErr w:type="gram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județului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municipiului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orașului</w:t>
            </w:r>
            <w:proofErr w:type="spellEnd"/>
            <w:r w:rsidRPr="00D20322">
              <w:rPr>
                <w:sz w:val="16"/>
                <w:lang w:val="fr-FR"/>
              </w:rPr>
              <w:t xml:space="preserve">     </w:t>
            </w:r>
          </w:p>
          <w:p w14:paraId="68772F43" w14:textId="3DC60C7D" w:rsidR="005773BA" w:rsidRPr="00D20322" w:rsidRDefault="00D20322">
            <w:pPr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                                                                                          </w:t>
            </w:r>
            <w:r w:rsidRPr="00D20322">
              <w:rPr>
                <w:sz w:val="16"/>
                <w:lang w:val="fr-FR"/>
              </w:rPr>
              <w:t xml:space="preserve">☐ </w:t>
            </w:r>
            <w:proofErr w:type="spellStart"/>
            <w:r w:rsidRPr="00D20322">
              <w:rPr>
                <w:sz w:val="16"/>
                <w:lang w:val="fr-FR"/>
              </w:rPr>
              <w:t>zonei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metropolitane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consorțiului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administrativ</w:t>
            </w:r>
            <w:proofErr w:type="spellEnd"/>
          </w:p>
        </w:tc>
      </w:tr>
    </w:tbl>
    <w:p w14:paraId="6EBC97C6" w14:textId="77777777" w:rsidR="005773BA" w:rsidRPr="00D20322" w:rsidRDefault="005773BA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260"/>
      </w:tblGrid>
      <w:tr w:rsidR="005773BA" w14:paraId="240A07B9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4177C57" w14:textId="71D63C94" w:rsidR="005773BA" w:rsidRDefault="00000000">
            <w:pPr>
              <w:keepNext/>
            </w:pPr>
            <w:r w:rsidRPr="00D20322">
              <w:rPr>
                <w:b/>
                <w:sz w:val="16"/>
                <w:lang w:val="fr-FR"/>
              </w:rPr>
              <w:t xml:space="preserve"> </w:t>
            </w:r>
            <w:r w:rsidR="00A3488E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AVIZE / ACORDURI ÎN VEDEREA EMITERII AUTORIZAȚIEI</w:t>
            </w:r>
          </w:p>
        </w:tc>
      </w:tr>
      <w:tr w:rsidR="005773BA" w:rsidRPr="009D356B" w14:paraId="6894BBF4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2FD71030" w14:textId="51DF1C40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="00D20322">
              <w:rPr>
                <w:sz w:val="16"/>
                <w:lang w:val="fr-FR"/>
              </w:rPr>
              <w:t>(</w:t>
            </w:r>
            <w:proofErr w:type="gramStart"/>
            <w:r w:rsidRPr="00D20322">
              <w:rPr>
                <w:sz w:val="16"/>
                <w:lang w:val="fr-FR"/>
              </w:rPr>
              <w:t>se</w:t>
            </w:r>
            <w:proofErr w:type="gram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completează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doar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atunci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când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obiectivul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investiții</w:t>
            </w:r>
            <w:proofErr w:type="spellEnd"/>
            <w:r w:rsidRPr="00D20322">
              <w:rPr>
                <w:sz w:val="16"/>
                <w:lang w:val="fr-FR"/>
              </w:rPr>
              <w:t xml:space="preserve"> se </w:t>
            </w:r>
            <w:proofErr w:type="spellStart"/>
            <w:r w:rsidRPr="00D20322">
              <w:rPr>
                <w:sz w:val="16"/>
                <w:lang w:val="fr-FR"/>
              </w:rPr>
              <w:t>poate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realiza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fără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aprobarea</w:t>
            </w:r>
            <w:proofErr w:type="spellEnd"/>
            <w:r w:rsidRPr="00D20322">
              <w:rPr>
                <w:sz w:val="16"/>
                <w:lang w:val="fr-FR"/>
              </w:rPr>
              <w:t xml:space="preserve"> PUZ / PUD</w:t>
            </w:r>
            <w:r w:rsidR="00D20322">
              <w:rPr>
                <w:sz w:val="16"/>
                <w:lang w:val="fr-FR"/>
              </w:rPr>
              <w:t>)</w:t>
            </w:r>
          </w:p>
        </w:tc>
      </w:tr>
      <w:tr w:rsidR="005773BA" w:rsidRPr="009D356B" w14:paraId="46983C53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2CFB7A86" w14:textId="7CA76D9A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="00A3488E">
              <w:rPr>
                <w:sz w:val="16"/>
                <w:lang w:val="fr-FR"/>
              </w:rPr>
              <w:t>9</w:t>
            </w:r>
            <w:r w:rsidRPr="00D20322">
              <w:rPr>
                <w:sz w:val="16"/>
                <w:lang w:val="fr-FR"/>
              </w:rPr>
              <w:t xml:space="preserve">.1 · </w:t>
            </w:r>
            <w:proofErr w:type="spellStart"/>
            <w:r w:rsidRPr="00D20322">
              <w:rPr>
                <w:sz w:val="16"/>
                <w:lang w:val="fr-FR"/>
              </w:rPr>
              <w:t>exclusiv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obținute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r w:rsidR="00D20322">
              <w:rPr>
                <w:sz w:val="16"/>
                <w:lang w:val="fr-FR"/>
              </w:rPr>
              <w:t xml:space="preserve">direct de </w:t>
            </w:r>
            <w:proofErr w:type="spellStart"/>
            <w:r w:rsidR="00D20322">
              <w:rPr>
                <w:sz w:val="16"/>
                <w:lang w:val="fr-FR"/>
              </w:rPr>
              <w:t>către</w:t>
            </w:r>
            <w:proofErr w:type="spellEnd"/>
            <w:r w:rsidR="00D20322">
              <w:rPr>
                <w:sz w:val="16"/>
                <w:lang w:val="fr-FR"/>
              </w:rPr>
              <w:t xml:space="preserve"> </w:t>
            </w:r>
            <w:proofErr w:type="spellStart"/>
            <w:r w:rsidR="00D20322">
              <w:rPr>
                <w:sz w:val="16"/>
                <w:lang w:val="fr-FR"/>
              </w:rPr>
              <w:t>solicitant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</w:p>
        </w:tc>
      </w:tr>
      <w:tr w:rsidR="005773BA" w:rsidRPr="009D356B" w14:paraId="47D53C6C" w14:textId="77777777">
        <w:trPr>
          <w:cantSplit/>
        </w:trPr>
        <w:tc>
          <w:tcPr>
            <w:tcW w:w="9636" w:type="dxa"/>
            <w:gridSpan w:val="2"/>
          </w:tcPr>
          <w:p w14:paraId="594F073B" w14:textId="77777777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☐ SEVESO     ☐ </w:t>
            </w:r>
            <w:proofErr w:type="spellStart"/>
            <w:r w:rsidRPr="00D20322">
              <w:rPr>
                <w:sz w:val="16"/>
                <w:lang w:val="fr-FR"/>
              </w:rPr>
              <w:t>poliția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rutieră</w:t>
            </w:r>
            <w:proofErr w:type="spellEnd"/>
            <w:r w:rsidRPr="00D20322">
              <w:rPr>
                <w:sz w:val="16"/>
                <w:lang w:val="fr-FR"/>
              </w:rPr>
              <w:t xml:space="preserve"> / </w:t>
            </w:r>
            <w:proofErr w:type="spellStart"/>
            <w:r w:rsidRPr="00D20322">
              <w:rPr>
                <w:sz w:val="16"/>
                <w:lang w:val="fr-FR"/>
              </w:rPr>
              <w:t>comisia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tehnică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circulație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protecția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sănătății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populației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securitate</w:t>
            </w:r>
            <w:proofErr w:type="spellEnd"/>
            <w:r w:rsidRPr="00D20322">
              <w:rPr>
                <w:sz w:val="16"/>
                <w:lang w:val="fr-FR"/>
              </w:rPr>
              <w:t xml:space="preserve"> la </w:t>
            </w:r>
            <w:proofErr w:type="spellStart"/>
            <w:r w:rsidRPr="00D20322">
              <w:rPr>
                <w:sz w:val="16"/>
                <w:lang w:val="fr-FR"/>
              </w:rPr>
              <w:t>incendiu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protecție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civilă</w:t>
            </w:r>
            <w:proofErr w:type="spellEnd"/>
          </w:p>
        </w:tc>
      </w:tr>
      <w:tr w:rsidR="005773BA" w14:paraId="5C87619D" w14:textId="77777777">
        <w:trPr>
          <w:cantSplit/>
        </w:trPr>
        <w:tc>
          <w:tcPr>
            <w:tcW w:w="9636" w:type="dxa"/>
            <w:gridSpan w:val="2"/>
          </w:tcPr>
          <w:p w14:paraId="5A7BDAD7" w14:textId="77777777" w:rsidR="005773BA" w:rsidRDefault="00000000">
            <w:pPr>
              <w:keepNext/>
            </w:pPr>
            <w:r w:rsidRPr="00D20322">
              <w:rPr>
                <w:sz w:val="16"/>
                <w:lang w:val="fr-FR"/>
              </w:rPr>
              <w:t xml:space="preserve"> </w:t>
            </w: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gospodărirea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apelor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Ministerul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Culturii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serviciile</w:t>
            </w:r>
            <w:proofErr w:type="spellEnd"/>
            <w:r>
              <w:rPr>
                <w:sz w:val="16"/>
              </w:rPr>
              <w:t xml:space="preserve"> deconcentrate     ☐ </w:t>
            </w:r>
            <w:proofErr w:type="spellStart"/>
            <w:r>
              <w:rPr>
                <w:sz w:val="16"/>
              </w:rPr>
              <w:t>autoritatea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domeniul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transporturilor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interes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național</w:t>
            </w:r>
            <w:proofErr w:type="spellEnd"/>
          </w:p>
        </w:tc>
      </w:tr>
      <w:tr w:rsidR="005773BA" w14:paraId="7F264B63" w14:textId="77777777" w:rsidTr="00D20322">
        <w:trPr>
          <w:cantSplit/>
          <w:trHeight w:val="510"/>
        </w:trPr>
        <w:tc>
          <w:tcPr>
            <w:tcW w:w="2376" w:type="dxa"/>
          </w:tcPr>
          <w:p w14:paraId="50B8B95F" w14:textId="1ED6E629" w:rsidR="005773BA" w:rsidRDefault="00D20322">
            <w:pPr>
              <w:keepNext/>
            </w:pPr>
            <w:r>
              <w:rPr>
                <w:rFonts w:ascii="Segoe UI Symbol" w:hAnsi="Segoe UI Symbol" w:cs="Segoe UI Symbol"/>
                <w:sz w:val="16"/>
              </w:rPr>
              <w:t xml:space="preserve"> ☐</w:t>
            </w:r>
            <w:r>
              <w:rPr>
                <w:sz w:val="16"/>
              </w:rPr>
              <w:t xml:space="preserve"> </w:t>
            </w:r>
            <w:proofErr w:type="spellStart"/>
            <w:r>
              <w:t>instituțiilor</w:t>
            </w:r>
            <w:proofErr w:type="spellEnd"/>
            <w:r>
              <w:t xml:space="preserve"> din SNAOPSN</w:t>
            </w:r>
          </w:p>
        </w:tc>
        <w:tc>
          <w:tcPr>
            <w:tcW w:w="7260" w:type="dxa"/>
          </w:tcPr>
          <w:p w14:paraId="59AC5C95" w14:textId="77777777" w:rsidR="005773BA" w:rsidRDefault="00000000">
            <w:pPr>
              <w:keepNext/>
            </w:pPr>
            <w:r>
              <w:rPr>
                <w:b/>
                <w:color w:val="0D5F78"/>
              </w:rPr>
              <w:t xml:space="preserve">se </w:t>
            </w:r>
            <w:proofErr w:type="spellStart"/>
            <w:r>
              <w:rPr>
                <w:b/>
                <w:color w:val="0D5F78"/>
              </w:rPr>
              <w:t>indică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instituțiile</w:t>
            </w:r>
            <w:proofErr w:type="spellEnd"/>
          </w:p>
          <w:p w14:paraId="4468AF9F" w14:textId="77777777" w:rsidR="005773BA" w:rsidRDefault="005773BA">
            <w:pPr>
              <w:keepNext/>
            </w:pPr>
          </w:p>
        </w:tc>
      </w:tr>
      <w:tr w:rsidR="00D20322" w:rsidRPr="00D20322" w14:paraId="320D16CD" w14:textId="77777777">
        <w:trPr>
          <w:cantSplit/>
        </w:trPr>
        <w:tc>
          <w:tcPr>
            <w:tcW w:w="9636" w:type="dxa"/>
            <w:gridSpan w:val="2"/>
          </w:tcPr>
          <w:p w14:paraId="5BB7B7A5" w14:textId="69FB24DB" w:rsidR="00D20322" w:rsidRPr="00D20322" w:rsidRDefault="00D20322">
            <w:pPr>
              <w:keepNext/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Alte </w:t>
            </w:r>
            <w:proofErr w:type="spellStart"/>
            <w:r>
              <w:rPr>
                <w:sz w:val="16"/>
                <w:lang w:val="fr-FR"/>
              </w:rPr>
              <w:t>avize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gramStart"/>
            <w:r>
              <w:rPr>
                <w:sz w:val="16"/>
                <w:lang w:val="fr-FR"/>
              </w:rPr>
              <w:t> :…</w:t>
            </w:r>
            <w:proofErr w:type="gramEnd"/>
            <w:r>
              <w:rPr>
                <w:sz w:val="16"/>
                <w:lang w:val="fr-FR"/>
              </w:rPr>
              <w:t>……………………………………………………………………………………………………………………………………………</w:t>
            </w:r>
          </w:p>
        </w:tc>
      </w:tr>
      <w:tr w:rsidR="005773BA" w:rsidRPr="009D356B" w14:paraId="0645ABA0" w14:textId="77777777">
        <w:trPr>
          <w:cantSplit/>
        </w:trPr>
        <w:tc>
          <w:tcPr>
            <w:tcW w:w="9636" w:type="dxa"/>
            <w:gridSpan w:val="2"/>
          </w:tcPr>
          <w:p w14:paraId="7B2712FE" w14:textId="77777777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☐ </w:t>
            </w:r>
            <w:proofErr w:type="spellStart"/>
            <w:r w:rsidRPr="00D20322">
              <w:rPr>
                <w:sz w:val="16"/>
                <w:lang w:val="fr-FR"/>
              </w:rPr>
              <w:t>punctul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Pr="00D20322">
              <w:rPr>
                <w:sz w:val="16"/>
                <w:lang w:val="fr-FR"/>
              </w:rPr>
              <w:t>vedere</w:t>
            </w:r>
            <w:proofErr w:type="spellEnd"/>
            <w:r w:rsidRPr="00D20322">
              <w:rPr>
                <w:sz w:val="16"/>
                <w:lang w:val="fr-FR"/>
              </w:rPr>
              <w:t xml:space="preserve"> / </w:t>
            </w:r>
            <w:proofErr w:type="spellStart"/>
            <w:r w:rsidRPr="00D20322">
              <w:rPr>
                <w:sz w:val="16"/>
                <w:lang w:val="fr-FR"/>
              </w:rPr>
              <w:t>actul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administrativ</w:t>
            </w:r>
            <w:proofErr w:type="spellEnd"/>
            <w:r w:rsidRPr="00D20322">
              <w:rPr>
                <w:sz w:val="16"/>
                <w:lang w:val="fr-FR"/>
              </w:rPr>
              <w:t xml:space="preserve"> al </w:t>
            </w:r>
            <w:proofErr w:type="spellStart"/>
            <w:r w:rsidRPr="00D20322">
              <w:rPr>
                <w:sz w:val="16"/>
                <w:lang w:val="fr-FR"/>
              </w:rPr>
              <w:t>autorității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pentru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protecția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mediului</w:t>
            </w:r>
            <w:proofErr w:type="spellEnd"/>
          </w:p>
          <w:p w14:paraId="25108832" w14:textId="77777777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☐ </w:t>
            </w:r>
            <w:proofErr w:type="spellStart"/>
            <w:r w:rsidRPr="00D20322">
              <w:rPr>
                <w:sz w:val="16"/>
                <w:lang w:val="fr-FR"/>
              </w:rPr>
              <w:t>acordul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vecinilor</w:t>
            </w:r>
            <w:proofErr w:type="spellEnd"/>
            <w:r w:rsidRPr="00D20322">
              <w:rPr>
                <w:sz w:val="16"/>
                <w:lang w:val="fr-FR"/>
              </w:rPr>
              <w:t xml:space="preserve">, </w:t>
            </w:r>
            <w:proofErr w:type="spellStart"/>
            <w:r w:rsidRPr="00D20322">
              <w:rPr>
                <w:sz w:val="16"/>
                <w:lang w:val="fr-FR"/>
              </w:rPr>
              <w:t>dacă</w:t>
            </w:r>
            <w:proofErr w:type="spellEnd"/>
            <w:r w:rsidRPr="00D20322">
              <w:rPr>
                <w:sz w:val="16"/>
                <w:lang w:val="fr-FR"/>
              </w:rPr>
              <w:t xml:space="preserve"> este </w:t>
            </w:r>
            <w:proofErr w:type="spellStart"/>
            <w:r w:rsidRPr="00D20322">
              <w:rPr>
                <w:sz w:val="16"/>
                <w:lang w:val="fr-FR"/>
              </w:rPr>
              <w:t>cazul</w:t>
            </w:r>
            <w:proofErr w:type="spellEnd"/>
          </w:p>
        </w:tc>
      </w:tr>
      <w:tr w:rsidR="005773BA" w:rsidRPr="009D356B" w14:paraId="3B1C6E5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39F65B61" w14:textId="1FC00061" w:rsidR="005773BA" w:rsidRPr="00D20322" w:rsidRDefault="00000000">
            <w:pPr>
              <w:keepNext/>
              <w:rPr>
                <w:lang w:val="fr-FR"/>
              </w:rPr>
            </w:pPr>
            <w:r w:rsidRPr="00D20322">
              <w:rPr>
                <w:sz w:val="16"/>
                <w:lang w:val="fr-FR"/>
              </w:rPr>
              <w:t xml:space="preserve"> </w:t>
            </w:r>
            <w:r w:rsidR="00A3488E">
              <w:rPr>
                <w:sz w:val="16"/>
                <w:lang w:val="fr-FR"/>
              </w:rPr>
              <w:t>9</w:t>
            </w:r>
            <w:r w:rsidRPr="00D20322">
              <w:rPr>
                <w:sz w:val="16"/>
                <w:lang w:val="fr-FR"/>
              </w:rPr>
              <w:t xml:space="preserve">.2 · </w:t>
            </w:r>
            <w:proofErr w:type="spellStart"/>
            <w:r w:rsidR="00D20322">
              <w:rPr>
                <w:sz w:val="16"/>
                <w:lang w:val="fr-FR"/>
              </w:rPr>
              <w:t>obținute</w:t>
            </w:r>
            <w:proofErr w:type="spellEnd"/>
            <w:r w:rsid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prin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Comisia</w:t>
            </w:r>
            <w:proofErr w:type="spellEnd"/>
            <w:r w:rsidRPr="00D20322">
              <w:rPr>
                <w:sz w:val="16"/>
                <w:lang w:val="fr-FR"/>
              </w:rPr>
              <w:t xml:space="preserve"> de </w:t>
            </w:r>
            <w:r w:rsidR="00D20322">
              <w:rPr>
                <w:sz w:val="16"/>
                <w:lang w:val="fr-FR"/>
              </w:rPr>
              <w:t>A</w:t>
            </w:r>
            <w:r w:rsidRPr="00D20322">
              <w:rPr>
                <w:sz w:val="16"/>
                <w:lang w:val="fr-FR"/>
              </w:rPr>
              <w:t xml:space="preserve">cord </w:t>
            </w:r>
            <w:proofErr w:type="spellStart"/>
            <w:r w:rsidR="00D20322">
              <w:rPr>
                <w:sz w:val="16"/>
                <w:lang w:val="fr-FR"/>
              </w:rPr>
              <w:t>U</w:t>
            </w:r>
            <w:r w:rsidRPr="00D20322">
              <w:rPr>
                <w:sz w:val="16"/>
                <w:lang w:val="fr-FR"/>
              </w:rPr>
              <w:t>nic</w:t>
            </w:r>
            <w:proofErr w:type="spellEnd"/>
            <w:r w:rsidRPr="00D20322">
              <w:rPr>
                <w:sz w:val="16"/>
                <w:lang w:val="fr-FR"/>
              </w:rPr>
              <w:t xml:space="preserve"> SAU </w:t>
            </w:r>
            <w:proofErr w:type="spellStart"/>
            <w:r w:rsidRPr="00D20322">
              <w:rPr>
                <w:sz w:val="16"/>
                <w:lang w:val="fr-FR"/>
              </w:rPr>
              <w:t>obținute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r w:rsidR="00D20322">
              <w:rPr>
                <w:sz w:val="16"/>
                <w:lang w:val="fr-FR"/>
              </w:rPr>
              <w:t>direct</w:t>
            </w:r>
            <w:r w:rsidRPr="00D20322">
              <w:rPr>
                <w:sz w:val="16"/>
                <w:lang w:val="fr-FR"/>
              </w:rPr>
              <w:t xml:space="preserve">, la </w:t>
            </w:r>
            <w:proofErr w:type="spellStart"/>
            <w:r w:rsidRPr="00D20322">
              <w:rPr>
                <w:sz w:val="16"/>
                <w:lang w:val="fr-FR"/>
              </w:rPr>
              <w:t>alegerea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solicitantului</w:t>
            </w:r>
            <w:proofErr w:type="spellEnd"/>
          </w:p>
        </w:tc>
      </w:tr>
      <w:tr w:rsidR="005773BA" w:rsidRPr="00D20322" w14:paraId="368E340B" w14:textId="77777777">
        <w:trPr>
          <w:cantSplit/>
        </w:trPr>
        <w:tc>
          <w:tcPr>
            <w:tcW w:w="9636" w:type="dxa"/>
            <w:gridSpan w:val="2"/>
          </w:tcPr>
          <w:p w14:paraId="6F2EE806" w14:textId="77777777" w:rsidR="00D20322" w:rsidRDefault="00000000">
            <w:pPr>
              <w:keepNext/>
              <w:rPr>
                <w:sz w:val="16"/>
                <w:lang w:val="fr-FR"/>
              </w:rPr>
            </w:pPr>
            <w:r w:rsidRPr="00D20322">
              <w:rPr>
                <w:b/>
                <w:bCs/>
                <w:sz w:val="16"/>
                <w:lang w:val="fr-FR"/>
              </w:rPr>
              <w:t xml:space="preserve"> ☐ </w:t>
            </w:r>
            <w:proofErr w:type="spellStart"/>
            <w:r w:rsidRPr="00D20322">
              <w:rPr>
                <w:b/>
                <w:bCs/>
                <w:sz w:val="16"/>
                <w:lang w:val="fr-FR"/>
              </w:rPr>
              <w:t>acord</w:t>
            </w:r>
            <w:proofErr w:type="spellEnd"/>
            <w:r w:rsidRPr="00D20322">
              <w:rPr>
                <w:b/>
                <w:bCs/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b/>
                <w:bCs/>
                <w:sz w:val="16"/>
                <w:lang w:val="fr-FR"/>
              </w:rPr>
              <w:t>unic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r w:rsidR="00D20322">
              <w:rPr>
                <w:sz w:val="16"/>
                <w:lang w:val="fr-FR"/>
              </w:rPr>
              <w:t xml:space="preserve">al </w:t>
            </w:r>
            <w:proofErr w:type="spellStart"/>
            <w:r w:rsidR="00D20322" w:rsidRPr="00D20322">
              <w:rPr>
                <w:sz w:val="16"/>
                <w:lang w:val="fr-FR"/>
              </w:rPr>
              <w:t>Comisi</w:t>
            </w:r>
            <w:r w:rsidR="00D20322">
              <w:rPr>
                <w:sz w:val="16"/>
                <w:lang w:val="fr-FR"/>
              </w:rPr>
              <w:t>ei</w:t>
            </w:r>
            <w:proofErr w:type="spellEnd"/>
            <w:r w:rsidR="00D20322" w:rsidRPr="00D20322">
              <w:rPr>
                <w:sz w:val="16"/>
                <w:lang w:val="fr-FR"/>
              </w:rPr>
              <w:t xml:space="preserve"> de </w:t>
            </w:r>
            <w:proofErr w:type="spellStart"/>
            <w:r w:rsidR="00D20322" w:rsidRPr="00D20322">
              <w:rPr>
                <w:sz w:val="16"/>
                <w:lang w:val="fr-FR"/>
              </w:rPr>
              <w:t>acord</w:t>
            </w:r>
            <w:proofErr w:type="spellEnd"/>
            <w:r w:rsidR="00D20322"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="00D20322" w:rsidRPr="00D20322">
              <w:rPr>
                <w:sz w:val="16"/>
                <w:lang w:val="fr-FR"/>
              </w:rPr>
              <w:t>unic</w:t>
            </w:r>
            <w:proofErr w:type="spellEnd"/>
            <w:r w:rsidR="00D20322" w:rsidRPr="00D20322">
              <w:rPr>
                <w:sz w:val="16"/>
                <w:lang w:val="fr-FR"/>
              </w:rPr>
              <w:t xml:space="preserve"> de la </w:t>
            </w:r>
            <w:proofErr w:type="spellStart"/>
            <w:proofErr w:type="gramStart"/>
            <w:r w:rsidR="00D20322" w:rsidRPr="00D20322">
              <w:rPr>
                <w:sz w:val="16"/>
                <w:lang w:val="fr-FR"/>
              </w:rPr>
              <w:t>nivelul</w:t>
            </w:r>
            <w:proofErr w:type="spellEnd"/>
            <w:r w:rsidRPr="00D20322">
              <w:rPr>
                <w:sz w:val="16"/>
                <w:lang w:val="fr-FR"/>
              </w:rPr>
              <w:t>:</w:t>
            </w:r>
            <w:proofErr w:type="gram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județului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municipiului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orașului</w:t>
            </w:r>
            <w:proofErr w:type="spellEnd"/>
            <w:r w:rsidRPr="00D20322">
              <w:rPr>
                <w:sz w:val="16"/>
                <w:lang w:val="fr-FR"/>
              </w:rPr>
              <w:t xml:space="preserve">     ☐ </w:t>
            </w:r>
            <w:proofErr w:type="spellStart"/>
            <w:r w:rsidRPr="00D20322">
              <w:rPr>
                <w:sz w:val="16"/>
                <w:lang w:val="fr-FR"/>
              </w:rPr>
              <w:t>zonei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metropolitane</w:t>
            </w:r>
            <w:proofErr w:type="spellEnd"/>
            <w:r w:rsidRPr="00D20322">
              <w:rPr>
                <w:sz w:val="16"/>
                <w:lang w:val="fr-FR"/>
              </w:rPr>
              <w:t xml:space="preserve">     </w:t>
            </w:r>
          </w:p>
          <w:p w14:paraId="4CC18167" w14:textId="5DCDBC58" w:rsidR="005773BA" w:rsidRPr="00D20322" w:rsidRDefault="00D20322">
            <w:pPr>
              <w:keepNext/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                                                                                           </w:t>
            </w:r>
            <w:r w:rsidRPr="00D20322">
              <w:rPr>
                <w:sz w:val="16"/>
                <w:lang w:val="fr-FR"/>
              </w:rPr>
              <w:t xml:space="preserve">☐ </w:t>
            </w:r>
            <w:proofErr w:type="spellStart"/>
            <w:r w:rsidRPr="00D20322">
              <w:rPr>
                <w:sz w:val="16"/>
                <w:lang w:val="fr-FR"/>
              </w:rPr>
              <w:t>consorțiului</w:t>
            </w:r>
            <w:proofErr w:type="spellEnd"/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 w:rsidRPr="00D20322">
              <w:rPr>
                <w:sz w:val="16"/>
                <w:lang w:val="fr-FR"/>
              </w:rPr>
              <w:t>administrativ</w:t>
            </w:r>
            <w:proofErr w:type="spellEnd"/>
          </w:p>
        </w:tc>
      </w:tr>
      <w:tr w:rsidR="005773BA" w14:paraId="35896C94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86F6BDB" w14:textId="063ECCB2" w:rsidR="005773BA" w:rsidRDefault="00000000">
            <w:pPr>
              <w:keepNext/>
            </w:pPr>
            <w:r w:rsidRPr="00D20322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sau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D20322">
              <w:rPr>
                <w:sz w:val="16"/>
              </w:rPr>
              <w:t>avize</w:t>
            </w:r>
            <w:proofErr w:type="spellEnd"/>
            <w:r w:rsidR="00D20322">
              <w:rPr>
                <w:sz w:val="16"/>
              </w:rPr>
              <w:t xml:space="preserve"> </w:t>
            </w:r>
            <w:proofErr w:type="spellStart"/>
            <w:r w:rsidR="00D20322">
              <w:rPr>
                <w:sz w:val="16"/>
              </w:rPr>
              <w:t>obținute</w:t>
            </w:r>
            <w:proofErr w:type="spellEnd"/>
            <w:r w:rsidR="00D20322">
              <w:rPr>
                <w:sz w:val="16"/>
              </w:rPr>
              <w:t xml:space="preserve"> direct</w:t>
            </w:r>
            <w:r>
              <w:rPr>
                <w:sz w:val="16"/>
              </w:rPr>
              <w:t>:</w:t>
            </w:r>
          </w:p>
        </w:tc>
      </w:tr>
      <w:tr w:rsidR="005773BA" w14:paraId="38A0E47A" w14:textId="77777777">
        <w:trPr>
          <w:cantSplit/>
        </w:trPr>
        <w:tc>
          <w:tcPr>
            <w:tcW w:w="9636" w:type="dxa"/>
            <w:gridSpan w:val="2"/>
          </w:tcPr>
          <w:p w14:paraId="74173032" w14:textId="77777777" w:rsidR="005773BA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alimentare</w:t>
            </w:r>
            <w:proofErr w:type="spellEnd"/>
            <w:r>
              <w:rPr>
                <w:sz w:val="16"/>
              </w:rPr>
              <w:t xml:space="preserve"> cu </w:t>
            </w:r>
            <w:proofErr w:type="spellStart"/>
            <w:r>
              <w:rPr>
                <w:sz w:val="16"/>
              </w:rPr>
              <w:t>apă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canalizare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energie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electrică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energie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termică</w:t>
            </w:r>
            <w:proofErr w:type="spellEnd"/>
            <w:r>
              <w:rPr>
                <w:sz w:val="16"/>
              </w:rPr>
              <w:t xml:space="preserve">     ☐ gaze </w:t>
            </w:r>
            <w:proofErr w:type="spellStart"/>
            <w:r>
              <w:rPr>
                <w:sz w:val="16"/>
              </w:rPr>
              <w:t>naturale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telefonizare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salubritate</w:t>
            </w:r>
            <w:proofErr w:type="spellEnd"/>
            <w:r>
              <w:rPr>
                <w:sz w:val="16"/>
              </w:rPr>
              <w:t xml:space="preserve">     ☐ transport urban</w:t>
            </w:r>
          </w:p>
        </w:tc>
      </w:tr>
      <w:tr w:rsidR="005773BA" w14:paraId="6E0160FB" w14:textId="77777777">
        <w:trPr>
          <w:cantSplit/>
        </w:trPr>
        <w:tc>
          <w:tcPr>
            <w:tcW w:w="9636" w:type="dxa"/>
            <w:gridSpan w:val="2"/>
          </w:tcPr>
          <w:p w14:paraId="0F69EEF8" w14:textId="39CBEB96" w:rsidR="005773BA" w:rsidRDefault="00D20322">
            <w:pPr>
              <w:pBdr>
                <w:bottom w:val="dotted" w:sz="6" w:space="0" w:color="999999"/>
              </w:pBdr>
              <w:spacing w:after="80"/>
            </w:pPr>
            <w:r>
              <w:t xml:space="preserve">Alte </w:t>
            </w:r>
            <w:proofErr w:type="spellStart"/>
            <w:r>
              <w:t>avize</w:t>
            </w:r>
            <w:proofErr w:type="spellEnd"/>
            <w:r>
              <w:t>:</w:t>
            </w:r>
          </w:p>
        </w:tc>
      </w:tr>
    </w:tbl>
    <w:p w14:paraId="45F26290" w14:textId="77777777" w:rsidR="005773BA" w:rsidRDefault="005773BA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5773BA" w14:paraId="0D32E19F" w14:textId="77777777">
        <w:trPr>
          <w:cantSplit/>
        </w:trPr>
        <w:tc>
          <w:tcPr>
            <w:tcW w:w="9636" w:type="dxa"/>
            <w:shd w:val="clear" w:color="auto" w:fill="F4F4F4"/>
          </w:tcPr>
          <w:p w14:paraId="7EBBFF02" w14:textId="2C102F6D" w:rsidR="005773BA" w:rsidRDefault="00000000">
            <w:pPr>
              <w:keepNext/>
            </w:pPr>
            <w:r>
              <w:rPr>
                <w:b/>
                <w:sz w:val="16"/>
              </w:rPr>
              <w:t xml:space="preserve"> </w:t>
            </w:r>
            <w:r w:rsidR="00A3488E">
              <w:rPr>
                <w:b/>
                <w:sz w:val="16"/>
              </w:rPr>
              <w:t>10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STUDII DE SPECIALITATE</w:t>
            </w:r>
          </w:p>
        </w:tc>
      </w:tr>
      <w:tr w:rsidR="005773BA" w14:paraId="56D804AB" w14:textId="77777777">
        <w:trPr>
          <w:cantSplit/>
        </w:trPr>
        <w:tc>
          <w:tcPr>
            <w:tcW w:w="9636" w:type="dxa"/>
          </w:tcPr>
          <w:p w14:paraId="740647D5" w14:textId="77777777" w:rsidR="005773BA" w:rsidRDefault="005773BA">
            <w:pPr>
              <w:pBdr>
                <w:bottom w:val="dotted" w:sz="6" w:space="0" w:color="999999"/>
              </w:pBdr>
              <w:spacing w:after="80"/>
            </w:pPr>
          </w:p>
          <w:p w14:paraId="2FFEA3A0" w14:textId="77777777" w:rsidR="005773BA" w:rsidRDefault="005773BA">
            <w:pPr>
              <w:pBdr>
                <w:bottom w:val="dotted" w:sz="6" w:space="0" w:color="999999"/>
              </w:pBdr>
              <w:spacing w:after="80"/>
            </w:pPr>
          </w:p>
        </w:tc>
      </w:tr>
    </w:tbl>
    <w:p w14:paraId="38380244" w14:textId="77777777" w:rsidR="005773BA" w:rsidRDefault="005773BA">
      <w:pPr>
        <w:spacing w:line="168" w:lineRule="auto"/>
      </w:pPr>
    </w:p>
    <w:p w14:paraId="59F2290D" w14:textId="77777777" w:rsidR="005773BA" w:rsidRPr="00D20322" w:rsidRDefault="005773BA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5773BA" w14:paraId="24D1FDB4" w14:textId="77777777">
        <w:trPr>
          <w:cantSplit/>
        </w:trPr>
        <w:tc>
          <w:tcPr>
            <w:tcW w:w="9636" w:type="dxa"/>
            <w:shd w:val="clear" w:color="auto" w:fill="F4F4F4"/>
          </w:tcPr>
          <w:p w14:paraId="3A1DD06F" w14:textId="6647924A" w:rsidR="005773BA" w:rsidRDefault="00000000">
            <w:pPr>
              <w:keepNext/>
            </w:pPr>
            <w:r w:rsidRPr="00D20322">
              <w:rPr>
                <w:b/>
                <w:sz w:val="16"/>
                <w:lang w:val="fr-FR"/>
              </w:rPr>
              <w:t xml:space="preserve"> </w:t>
            </w:r>
            <w:r w:rsidR="00D20322">
              <w:rPr>
                <w:b/>
                <w:sz w:val="16"/>
              </w:rPr>
              <w:t>1</w:t>
            </w:r>
            <w:r w:rsidR="00A3488E">
              <w:rPr>
                <w:b/>
                <w:sz w:val="16"/>
              </w:rPr>
              <w:t>1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ANEXE</w:t>
            </w:r>
          </w:p>
        </w:tc>
      </w:tr>
      <w:tr w:rsidR="005773BA" w14:paraId="29DDD14A" w14:textId="77777777">
        <w:trPr>
          <w:cantSplit/>
        </w:trPr>
        <w:tc>
          <w:tcPr>
            <w:tcW w:w="9636" w:type="dxa"/>
          </w:tcPr>
          <w:p w14:paraId="26FEB1E4" w14:textId="77777777" w:rsidR="005773BA" w:rsidRDefault="00000000">
            <w:r>
              <w:rPr>
                <w:sz w:val="16"/>
              </w:rPr>
              <w:t xml:space="preserve">☐ extras din </w:t>
            </w:r>
            <w:proofErr w:type="spellStart"/>
            <w:r>
              <w:rPr>
                <w:sz w:val="16"/>
              </w:rPr>
              <w:t>sistemul</w:t>
            </w:r>
            <w:proofErr w:type="spellEnd"/>
            <w:r>
              <w:rPr>
                <w:sz w:val="16"/>
              </w:rPr>
              <w:t xml:space="preserve"> GIS cu </w:t>
            </w:r>
            <w:proofErr w:type="spellStart"/>
            <w:r>
              <w:rPr>
                <w:sz w:val="16"/>
              </w:rPr>
              <w:t>rețelele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edilitare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</w:p>
          <w:p w14:paraId="13FB46F5" w14:textId="77777777" w:rsidR="005773BA" w:rsidRDefault="00000000">
            <w:r>
              <w:rPr>
                <w:sz w:val="16"/>
              </w:rPr>
              <w:t xml:space="preserve">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documentația</w:t>
            </w:r>
            <w:proofErr w:type="spellEnd"/>
            <w:r>
              <w:rPr>
                <w:sz w:val="16"/>
              </w:rPr>
              <w:t xml:space="preserve"> de urbanism </w:t>
            </w:r>
            <w:proofErr w:type="spellStart"/>
            <w:r>
              <w:rPr>
                <w:sz w:val="16"/>
              </w:rPr>
              <w:t>aplicabilă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după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</w:t>
            </w:r>
            <w:proofErr w:type="spellEnd"/>
          </w:p>
        </w:tc>
      </w:tr>
    </w:tbl>
    <w:p w14:paraId="3DB2C4C5" w14:textId="77777777" w:rsidR="005773BA" w:rsidRDefault="005773BA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5773BA" w14:paraId="6D657A89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0E339EF3" w14:textId="15030B09" w:rsidR="005773BA" w:rsidRDefault="00000000">
            <w:pPr>
              <w:keepNext/>
            </w:pPr>
            <w:r>
              <w:rPr>
                <w:b/>
                <w:sz w:val="16"/>
              </w:rPr>
              <w:t xml:space="preserve"> 1</w:t>
            </w:r>
            <w:r w:rsidR="00A3488E"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VALABILITATE</w:t>
            </w:r>
          </w:p>
        </w:tc>
      </w:tr>
      <w:tr w:rsidR="005773BA" w14:paraId="78B73A76" w14:textId="77777777">
        <w:trPr>
          <w:cantSplit/>
          <w:trHeight w:val="510"/>
        </w:trPr>
        <w:tc>
          <w:tcPr>
            <w:tcW w:w="4015" w:type="dxa"/>
          </w:tcPr>
          <w:p w14:paraId="691AC4B1" w14:textId="77777777" w:rsidR="005773BA" w:rsidRPr="00D20322" w:rsidRDefault="00000000">
            <w:pPr>
              <w:rPr>
                <w:lang w:val="fr-FR"/>
              </w:rPr>
            </w:pPr>
            <w:proofErr w:type="spellStart"/>
            <w:r w:rsidRPr="00D20322">
              <w:rPr>
                <w:b/>
                <w:color w:val="0D5F78"/>
                <w:lang w:val="fr-FR"/>
              </w:rPr>
              <w:t>Prezentul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certificat de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urbanism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are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valabilitate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de (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luni</w:t>
            </w:r>
            <w:proofErr w:type="spellEnd"/>
            <w:r w:rsidRPr="00D20322">
              <w:rPr>
                <w:b/>
                <w:color w:val="0D5F78"/>
                <w:lang w:val="fr-FR"/>
              </w:rPr>
              <w:t>)</w:t>
            </w:r>
          </w:p>
          <w:p w14:paraId="42F89BEF" w14:textId="77777777" w:rsidR="005773BA" w:rsidRPr="00D20322" w:rsidRDefault="005773BA">
            <w:pPr>
              <w:rPr>
                <w:lang w:val="fr-FR"/>
              </w:rPr>
            </w:pPr>
          </w:p>
        </w:tc>
        <w:tc>
          <w:tcPr>
            <w:tcW w:w="5621" w:type="dxa"/>
          </w:tcPr>
          <w:p w14:paraId="5682ED4D" w14:textId="77777777" w:rsidR="005773BA" w:rsidRPr="00D20322" w:rsidRDefault="00000000">
            <w:pPr>
              <w:rPr>
                <w:lang w:val="fr-FR"/>
              </w:rPr>
            </w:pPr>
            <w:proofErr w:type="spellStart"/>
            <w:r w:rsidRPr="00D20322">
              <w:rPr>
                <w:b/>
                <w:color w:val="0D5F78"/>
                <w:lang w:val="fr-FR"/>
              </w:rPr>
              <w:t>Prelungit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de la data /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până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la data</w:t>
            </w:r>
          </w:p>
          <w:p w14:paraId="77D675C4" w14:textId="77777777" w:rsidR="005773BA" w:rsidRDefault="00000000">
            <w:r>
              <w:rPr>
                <w:i/>
                <w:color w:val="7A7A7A"/>
              </w:rPr>
              <w:t xml:space="preserve">o </w:t>
            </w:r>
            <w:proofErr w:type="spellStart"/>
            <w:r>
              <w:rPr>
                <w:i/>
                <w:color w:val="7A7A7A"/>
              </w:rPr>
              <w:t>singură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dată</w:t>
            </w:r>
            <w:proofErr w:type="spellEnd"/>
          </w:p>
          <w:p w14:paraId="7970D563" w14:textId="77777777" w:rsidR="005773BA" w:rsidRDefault="005773BA"/>
        </w:tc>
      </w:tr>
    </w:tbl>
    <w:p w14:paraId="284AB8AE" w14:textId="77777777" w:rsidR="005773BA" w:rsidRDefault="005773BA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2409"/>
        <w:gridCol w:w="803"/>
        <w:gridCol w:w="3212"/>
      </w:tblGrid>
      <w:tr w:rsidR="005773BA" w14:paraId="50B2FA1F" w14:textId="77777777">
        <w:trPr>
          <w:cantSplit/>
        </w:trPr>
        <w:tc>
          <w:tcPr>
            <w:tcW w:w="9636" w:type="dxa"/>
            <w:gridSpan w:val="5"/>
            <w:shd w:val="clear" w:color="auto" w:fill="F4F4F4"/>
          </w:tcPr>
          <w:p w14:paraId="559BAFC5" w14:textId="797FE531" w:rsidR="005773BA" w:rsidRDefault="00000000">
            <w:pPr>
              <w:keepNext/>
            </w:pPr>
            <w:r>
              <w:rPr>
                <w:b/>
                <w:sz w:val="16"/>
              </w:rPr>
              <w:t xml:space="preserve"> 1</w:t>
            </w:r>
            <w:r w:rsidR="00A3488E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SEMNĂTURILE</w:t>
            </w:r>
          </w:p>
        </w:tc>
      </w:tr>
      <w:tr w:rsidR="005773BA" w14:paraId="1ED014FC" w14:textId="77777777">
        <w:trPr>
          <w:cantSplit/>
          <w:trHeight w:val="680"/>
        </w:trPr>
        <w:tc>
          <w:tcPr>
            <w:tcW w:w="3212" w:type="dxa"/>
            <w:gridSpan w:val="2"/>
          </w:tcPr>
          <w:p w14:paraId="7D326421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b/>
                <w:color w:val="0D5F78"/>
              </w:rPr>
              <w:t>Conducătorul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autorității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emitente</w:t>
            </w:r>
            <w:proofErr w:type="spellEnd"/>
          </w:p>
          <w:p w14:paraId="11384346" w14:textId="77777777" w:rsidR="005773BA" w:rsidRDefault="005773BA">
            <w:pPr>
              <w:keepNext/>
              <w:spacing w:after="200"/>
            </w:pPr>
          </w:p>
          <w:p w14:paraId="36797C84" w14:textId="77777777" w:rsidR="005773BA" w:rsidRDefault="005773BA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6DAAB49C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funcția</w:t>
            </w:r>
            <w:proofErr w:type="spellEnd"/>
            <w:r>
              <w:rPr>
                <w:i/>
                <w:color w:val="595959"/>
              </w:rPr>
              <w:t xml:space="preserve">, </w:t>
            </w:r>
            <w:proofErr w:type="spellStart"/>
            <w:r>
              <w:rPr>
                <w:i/>
                <w:color w:val="595959"/>
              </w:rPr>
              <w:t>numele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și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semnătura</w:t>
            </w:r>
            <w:proofErr w:type="spellEnd"/>
          </w:p>
        </w:tc>
        <w:tc>
          <w:tcPr>
            <w:tcW w:w="3212" w:type="dxa"/>
            <w:gridSpan w:val="2"/>
          </w:tcPr>
          <w:p w14:paraId="48DFAAA6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b/>
                <w:color w:val="0D5F78"/>
              </w:rPr>
              <w:t>Secretar</w:t>
            </w:r>
            <w:proofErr w:type="spellEnd"/>
            <w:r>
              <w:rPr>
                <w:b/>
                <w:color w:val="0D5F78"/>
              </w:rPr>
              <w:t xml:space="preserve"> general</w:t>
            </w:r>
          </w:p>
          <w:p w14:paraId="47A28463" w14:textId="77777777" w:rsidR="005773BA" w:rsidRDefault="005773BA">
            <w:pPr>
              <w:keepNext/>
              <w:spacing w:after="200"/>
            </w:pPr>
          </w:p>
          <w:p w14:paraId="40BD9AE3" w14:textId="77777777" w:rsidR="005773BA" w:rsidRDefault="005773BA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44EBD6E6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numele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și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semnătura</w:t>
            </w:r>
            <w:proofErr w:type="spellEnd"/>
          </w:p>
        </w:tc>
        <w:tc>
          <w:tcPr>
            <w:tcW w:w="3212" w:type="dxa"/>
          </w:tcPr>
          <w:p w14:paraId="26A006A1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b/>
                <w:color w:val="0D5F78"/>
              </w:rPr>
              <w:t>Arhitect-șef</w:t>
            </w:r>
            <w:proofErr w:type="spellEnd"/>
          </w:p>
          <w:p w14:paraId="642B167E" w14:textId="77777777" w:rsidR="005773BA" w:rsidRDefault="005773BA">
            <w:pPr>
              <w:keepNext/>
              <w:spacing w:after="200"/>
            </w:pPr>
          </w:p>
          <w:p w14:paraId="640ACEF7" w14:textId="77777777" w:rsidR="005773BA" w:rsidRDefault="005773BA">
            <w:pPr>
              <w:keepNext/>
              <w:pBdr>
                <w:bottom w:val="dotted" w:sz="6" w:space="0" w:color="999999"/>
              </w:pBdr>
              <w:jc w:val="center"/>
            </w:pPr>
          </w:p>
          <w:p w14:paraId="0DB2C8DA" w14:textId="77777777" w:rsidR="005773BA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numele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și</w:t>
            </w:r>
            <w:proofErr w:type="spellEnd"/>
            <w:r>
              <w:rPr>
                <w:i/>
                <w:color w:val="595959"/>
              </w:rPr>
              <w:t xml:space="preserve"> </w:t>
            </w:r>
            <w:proofErr w:type="spellStart"/>
            <w:r>
              <w:rPr>
                <w:i/>
                <w:color w:val="595959"/>
              </w:rPr>
              <w:t>semnătura</w:t>
            </w:r>
            <w:proofErr w:type="spellEnd"/>
          </w:p>
        </w:tc>
      </w:tr>
      <w:tr w:rsidR="005773BA" w:rsidRPr="009D356B" w14:paraId="2E342A63" w14:textId="77777777">
        <w:trPr>
          <w:cantSplit/>
          <w:trHeight w:val="510"/>
        </w:trPr>
        <w:tc>
          <w:tcPr>
            <w:tcW w:w="2409" w:type="dxa"/>
          </w:tcPr>
          <w:p w14:paraId="2FC1CD75" w14:textId="77777777" w:rsidR="005773BA" w:rsidRDefault="00000000">
            <w:proofErr w:type="spellStart"/>
            <w:r>
              <w:rPr>
                <w:b/>
                <w:color w:val="0D5F78"/>
              </w:rPr>
              <w:t>Achitat</w:t>
            </w:r>
            <w:proofErr w:type="spellEnd"/>
            <w:r>
              <w:rPr>
                <w:b/>
                <w:color w:val="0D5F78"/>
              </w:rPr>
              <w:t xml:space="preserve"> taxa de (lei)</w:t>
            </w:r>
          </w:p>
          <w:p w14:paraId="38F3C70A" w14:textId="77777777" w:rsidR="005773BA" w:rsidRDefault="005773BA"/>
        </w:tc>
        <w:tc>
          <w:tcPr>
            <w:tcW w:w="3212" w:type="dxa"/>
            <w:gridSpan w:val="2"/>
          </w:tcPr>
          <w:p w14:paraId="7B2793AF" w14:textId="77777777" w:rsidR="005773BA" w:rsidRDefault="00000000">
            <w:proofErr w:type="spellStart"/>
            <w:r>
              <w:rPr>
                <w:b/>
                <w:color w:val="0D5F78"/>
              </w:rPr>
              <w:t>Chitanța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3859A499" w14:textId="77777777" w:rsidR="005773BA" w:rsidRDefault="005773BA"/>
        </w:tc>
        <w:tc>
          <w:tcPr>
            <w:tcW w:w="4015" w:type="dxa"/>
            <w:gridSpan w:val="2"/>
          </w:tcPr>
          <w:p w14:paraId="620C5D84" w14:textId="77777777" w:rsidR="005773BA" w:rsidRPr="00D20322" w:rsidRDefault="00000000">
            <w:pPr>
              <w:rPr>
                <w:lang w:val="fr-FR"/>
              </w:rPr>
            </w:pPr>
            <w:r w:rsidRPr="00D20322">
              <w:rPr>
                <w:b/>
                <w:color w:val="0D5F78"/>
                <w:lang w:val="fr-FR"/>
              </w:rPr>
              <w:t xml:space="preserve">Transmis </w:t>
            </w:r>
            <w:proofErr w:type="spellStart"/>
            <w:r w:rsidRPr="00D20322">
              <w:rPr>
                <w:b/>
                <w:color w:val="0D5F78"/>
                <w:lang w:val="fr-FR"/>
              </w:rPr>
              <w:t>solicitantului</w:t>
            </w:r>
            <w:proofErr w:type="spellEnd"/>
            <w:r w:rsidRPr="00D20322">
              <w:rPr>
                <w:b/>
                <w:color w:val="0D5F78"/>
                <w:lang w:val="fr-FR"/>
              </w:rPr>
              <w:t xml:space="preserve"> la data</w:t>
            </w:r>
          </w:p>
          <w:p w14:paraId="0F6C8C4A" w14:textId="77777777" w:rsidR="005773BA" w:rsidRPr="00D20322" w:rsidRDefault="00000000">
            <w:pPr>
              <w:rPr>
                <w:lang w:val="fr-FR"/>
              </w:rPr>
            </w:pPr>
            <w:proofErr w:type="gramStart"/>
            <w:r w:rsidRPr="00D20322">
              <w:rPr>
                <w:i/>
                <w:color w:val="7A7A7A"/>
                <w:lang w:val="fr-FR"/>
              </w:rPr>
              <w:t>direct</w:t>
            </w:r>
            <w:proofErr w:type="gramEnd"/>
            <w:r w:rsidRPr="00D20322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D20322">
              <w:rPr>
                <w:i/>
                <w:color w:val="7A7A7A"/>
                <w:lang w:val="fr-FR"/>
              </w:rPr>
              <w:t>prin</w:t>
            </w:r>
            <w:proofErr w:type="spellEnd"/>
            <w:r w:rsidRPr="00D20322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D20322">
              <w:rPr>
                <w:i/>
                <w:color w:val="7A7A7A"/>
                <w:lang w:val="fr-FR"/>
              </w:rPr>
              <w:t>poștă</w:t>
            </w:r>
            <w:proofErr w:type="spellEnd"/>
            <w:r w:rsidRPr="00D20322">
              <w:rPr>
                <w:i/>
                <w:color w:val="7A7A7A"/>
                <w:lang w:val="fr-FR"/>
              </w:rPr>
              <w:t xml:space="preserve"> / digital</w:t>
            </w:r>
          </w:p>
          <w:p w14:paraId="524EA59C" w14:textId="77777777" w:rsidR="005773BA" w:rsidRPr="00D20322" w:rsidRDefault="005773BA">
            <w:pPr>
              <w:rPr>
                <w:lang w:val="fr-FR"/>
              </w:rPr>
            </w:pPr>
          </w:p>
        </w:tc>
      </w:tr>
    </w:tbl>
    <w:p w14:paraId="224AF434" w14:textId="77777777" w:rsidR="005773BA" w:rsidRPr="00D20322" w:rsidRDefault="005773BA">
      <w:pPr>
        <w:spacing w:line="168" w:lineRule="auto"/>
        <w:rPr>
          <w:lang w:val="fr-FR"/>
        </w:rPr>
      </w:pPr>
    </w:p>
    <w:sectPr w:rsidR="005773BA" w:rsidRPr="00D20322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E25D4" w14:textId="77777777" w:rsidR="009413CF" w:rsidRDefault="009413CF">
      <w:r>
        <w:separator/>
      </w:r>
    </w:p>
  </w:endnote>
  <w:endnote w:type="continuationSeparator" w:id="0">
    <w:p w14:paraId="186341BE" w14:textId="77777777" w:rsidR="009413CF" w:rsidRDefault="0094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8656F" w14:textId="77777777" w:rsidR="005773BA" w:rsidRDefault="00000000">
    <w:pPr>
      <w:pStyle w:val="Subsol"/>
      <w:tabs>
        <w:tab w:val="right" w:pos="9639"/>
      </w:tabs>
    </w:pPr>
    <w:r>
      <w:rPr>
        <w:color w:val="595959"/>
      </w:rPr>
      <w:t xml:space="preserve">F_CU_07_0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D20322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D20322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1CA8" w14:textId="77777777" w:rsidR="009413CF" w:rsidRDefault="009413CF">
      <w:r>
        <w:separator/>
      </w:r>
    </w:p>
  </w:footnote>
  <w:footnote w:type="continuationSeparator" w:id="0">
    <w:p w14:paraId="77A2C2E0" w14:textId="77777777" w:rsidR="009413CF" w:rsidRDefault="00941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8220085">
    <w:abstractNumId w:val="8"/>
  </w:num>
  <w:num w:numId="2" w16cid:durableId="1124423399">
    <w:abstractNumId w:val="6"/>
  </w:num>
  <w:num w:numId="3" w16cid:durableId="825710300">
    <w:abstractNumId w:val="5"/>
  </w:num>
  <w:num w:numId="4" w16cid:durableId="1832670244">
    <w:abstractNumId w:val="4"/>
  </w:num>
  <w:num w:numId="5" w16cid:durableId="1478645800">
    <w:abstractNumId w:val="7"/>
  </w:num>
  <w:num w:numId="6" w16cid:durableId="1893616835">
    <w:abstractNumId w:val="3"/>
  </w:num>
  <w:num w:numId="7" w16cid:durableId="1905524756">
    <w:abstractNumId w:val="2"/>
  </w:num>
  <w:num w:numId="8" w16cid:durableId="1266889730">
    <w:abstractNumId w:val="1"/>
  </w:num>
  <w:num w:numId="9" w16cid:durableId="82439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0073"/>
    <w:rsid w:val="00034616"/>
    <w:rsid w:val="0006063C"/>
    <w:rsid w:val="0008118F"/>
    <w:rsid w:val="0015074B"/>
    <w:rsid w:val="00221184"/>
    <w:rsid w:val="0029639D"/>
    <w:rsid w:val="00326F90"/>
    <w:rsid w:val="003C71B3"/>
    <w:rsid w:val="004D46A7"/>
    <w:rsid w:val="005773BA"/>
    <w:rsid w:val="005D059C"/>
    <w:rsid w:val="006C103E"/>
    <w:rsid w:val="009413CF"/>
    <w:rsid w:val="009D356B"/>
    <w:rsid w:val="00A3488E"/>
    <w:rsid w:val="00AA1D8D"/>
    <w:rsid w:val="00AC6516"/>
    <w:rsid w:val="00B13273"/>
    <w:rsid w:val="00B47730"/>
    <w:rsid w:val="00CB0664"/>
    <w:rsid w:val="00D20322"/>
    <w:rsid w:val="00D42FC9"/>
    <w:rsid w:val="00F47EC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569ABA"/>
  <w14:defaultImageDpi w14:val="300"/>
  <w15:docId w15:val="{5F3DEF22-94E4-44E9-A21D-CE78EE564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Adelina Nae</cp:lastModifiedBy>
  <cp:revision>10</cp:revision>
  <dcterms:created xsi:type="dcterms:W3CDTF">2013-12-23T23:15:00Z</dcterms:created>
  <dcterms:modified xsi:type="dcterms:W3CDTF">2026-08-24T14:45:00Z</dcterms:modified>
  <cp:category/>
</cp:coreProperties>
</file>