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2409"/>
        <w:gridCol w:w="2409"/>
        <w:gridCol w:w="3212"/>
      </w:tblGrid>
      <w:tr w:rsidR="00C675B0" w14:paraId="2A17677D" w14:textId="77777777">
        <w:trPr>
          <w:cantSplit/>
          <w:trHeight w:val="510"/>
        </w:trPr>
        <w:tc>
          <w:tcPr>
            <w:tcW w:w="1606" w:type="dxa"/>
            <w:vMerge w:val="restart"/>
            <w:vAlign w:val="center"/>
          </w:tcPr>
          <w:p w14:paraId="4454CE32" w14:textId="77777777" w:rsidR="00C675B0" w:rsidRDefault="00000000">
            <w:pPr>
              <w:keepNext/>
              <w:jc w:val="center"/>
            </w:pPr>
            <w:r>
              <w:rPr>
                <w:i/>
                <w:color w:val="595959"/>
              </w:rPr>
              <w:t>siglă / stemă</w:t>
            </w:r>
          </w:p>
        </w:tc>
        <w:tc>
          <w:tcPr>
            <w:tcW w:w="8030" w:type="dxa"/>
            <w:gridSpan w:val="3"/>
          </w:tcPr>
          <w:p w14:paraId="0477302E" w14:textId="77777777" w:rsidR="00C675B0" w:rsidRDefault="00000000">
            <w:pPr>
              <w:keepNext/>
            </w:pPr>
            <w:r>
              <w:rPr>
                <w:b/>
                <w:color w:val="0D5F78"/>
              </w:rPr>
              <w:t>Județul</w:t>
            </w:r>
          </w:p>
          <w:p w14:paraId="6B800A48" w14:textId="77777777" w:rsidR="00C675B0" w:rsidRDefault="00C675B0">
            <w:pPr>
              <w:keepNext/>
            </w:pPr>
          </w:p>
        </w:tc>
      </w:tr>
      <w:tr w:rsidR="00C675B0" w14:paraId="1B4EBB3B" w14:textId="77777777">
        <w:trPr>
          <w:cantSplit/>
          <w:trHeight w:val="510"/>
        </w:trPr>
        <w:tc>
          <w:tcPr>
            <w:tcW w:w="1606" w:type="dxa"/>
            <w:vMerge/>
          </w:tcPr>
          <w:p w14:paraId="5EE9FFA6" w14:textId="77777777" w:rsidR="00C675B0" w:rsidRDefault="00C675B0"/>
        </w:tc>
        <w:tc>
          <w:tcPr>
            <w:tcW w:w="8030" w:type="dxa"/>
            <w:gridSpan w:val="3"/>
          </w:tcPr>
          <w:p w14:paraId="520169F5" w14:textId="77777777" w:rsidR="00C675B0" w:rsidRDefault="00000000">
            <w:pPr>
              <w:keepNext/>
            </w:pPr>
            <w:r>
              <w:rPr>
                <w:b/>
                <w:color w:val="0D5F78"/>
              </w:rPr>
              <w:t>Autoritatea administrației publice</w:t>
            </w:r>
          </w:p>
          <w:p w14:paraId="1B4AB000" w14:textId="77777777" w:rsidR="00C675B0" w:rsidRDefault="00C675B0">
            <w:pPr>
              <w:keepNext/>
            </w:pPr>
          </w:p>
        </w:tc>
      </w:tr>
      <w:tr w:rsidR="00C675B0" w14:paraId="153F5D0A" w14:textId="77777777">
        <w:trPr>
          <w:cantSplit/>
          <w:trHeight w:val="510"/>
        </w:trPr>
        <w:tc>
          <w:tcPr>
            <w:tcW w:w="1606" w:type="dxa"/>
            <w:vMerge/>
          </w:tcPr>
          <w:p w14:paraId="367187FF" w14:textId="77777777" w:rsidR="00C675B0" w:rsidRDefault="00C675B0"/>
        </w:tc>
        <w:tc>
          <w:tcPr>
            <w:tcW w:w="2409" w:type="dxa"/>
          </w:tcPr>
          <w:p w14:paraId="3C7B1901" w14:textId="77777777" w:rsidR="00C675B0" w:rsidRPr="00E74472" w:rsidRDefault="00000000">
            <w:pPr>
              <w:keepNext/>
              <w:rPr>
                <w:lang w:val="fr-FR"/>
              </w:rPr>
            </w:pPr>
            <w:r w:rsidRPr="00E74472">
              <w:rPr>
                <w:b/>
                <w:color w:val="0D5F78"/>
                <w:lang w:val="fr-FR"/>
              </w:rPr>
              <w:t>Cod de identificare fiscală (CIF)</w:t>
            </w:r>
          </w:p>
          <w:p w14:paraId="597B0D42" w14:textId="77777777" w:rsidR="00C675B0" w:rsidRPr="00E74472" w:rsidRDefault="00C675B0">
            <w:pPr>
              <w:keepNext/>
              <w:rPr>
                <w:lang w:val="fr-FR"/>
              </w:rPr>
            </w:pPr>
          </w:p>
        </w:tc>
        <w:tc>
          <w:tcPr>
            <w:tcW w:w="5621" w:type="dxa"/>
            <w:gridSpan w:val="2"/>
          </w:tcPr>
          <w:p w14:paraId="60B88B45" w14:textId="77777777" w:rsidR="00C675B0" w:rsidRDefault="00000000">
            <w:pPr>
              <w:keepNext/>
            </w:pPr>
            <w:r>
              <w:rPr>
                <w:b/>
                <w:color w:val="0D5F78"/>
              </w:rPr>
              <w:t>Adresa oficială</w:t>
            </w:r>
          </w:p>
          <w:p w14:paraId="22C3BE4B" w14:textId="77777777" w:rsidR="00C675B0" w:rsidRDefault="00000000">
            <w:pPr>
              <w:keepNext/>
            </w:pPr>
            <w:r>
              <w:rPr>
                <w:i/>
                <w:color w:val="7A7A7A"/>
              </w:rPr>
              <w:t>sediul · telefon · e-mail</w:t>
            </w:r>
          </w:p>
          <w:p w14:paraId="4A68101F" w14:textId="77777777" w:rsidR="00C675B0" w:rsidRDefault="00C675B0">
            <w:pPr>
              <w:keepNext/>
            </w:pPr>
          </w:p>
        </w:tc>
      </w:tr>
      <w:tr w:rsidR="00C675B0" w14:paraId="6CDC7E83" w14:textId="77777777">
        <w:trPr>
          <w:cantSplit/>
          <w:trHeight w:val="510"/>
        </w:trPr>
        <w:tc>
          <w:tcPr>
            <w:tcW w:w="1606" w:type="dxa"/>
            <w:vMerge/>
          </w:tcPr>
          <w:p w14:paraId="3AE11210" w14:textId="77777777" w:rsidR="00C675B0" w:rsidRDefault="00C675B0"/>
        </w:tc>
        <w:tc>
          <w:tcPr>
            <w:tcW w:w="4818" w:type="dxa"/>
            <w:gridSpan w:val="2"/>
          </w:tcPr>
          <w:p w14:paraId="677EC9F3" w14:textId="77777777" w:rsidR="00C675B0" w:rsidRDefault="00000000">
            <w:r>
              <w:rPr>
                <w:b/>
                <w:color w:val="0D5F78"/>
              </w:rPr>
              <w:t>Nr. înregistrare</w:t>
            </w:r>
          </w:p>
          <w:p w14:paraId="06165CD4" w14:textId="77777777" w:rsidR="00C675B0" w:rsidRDefault="00C675B0"/>
        </w:tc>
        <w:tc>
          <w:tcPr>
            <w:tcW w:w="3212" w:type="dxa"/>
          </w:tcPr>
          <w:p w14:paraId="22F3D38F" w14:textId="77777777" w:rsidR="00C675B0" w:rsidRDefault="00000000">
            <w:r>
              <w:rPr>
                <w:b/>
                <w:color w:val="0D5F78"/>
              </w:rPr>
              <w:t>Data</w:t>
            </w:r>
          </w:p>
          <w:p w14:paraId="7F07E4AB" w14:textId="77777777" w:rsidR="00C675B0" w:rsidRDefault="00C675B0"/>
        </w:tc>
      </w:tr>
    </w:tbl>
    <w:p w14:paraId="61EE544F" w14:textId="77777777" w:rsidR="00C675B0" w:rsidRDefault="00C675B0">
      <w:pPr>
        <w:spacing w:line="168" w:lineRule="auto"/>
      </w:pPr>
    </w:p>
    <w:p w14:paraId="0F254A1F" w14:textId="44D42C9B" w:rsidR="00C675B0" w:rsidRDefault="00000000">
      <w:pPr>
        <w:spacing w:before="140" w:after="40"/>
        <w:jc w:val="center"/>
      </w:pPr>
      <w:r>
        <w:rPr>
          <w:b/>
          <w:sz w:val="34"/>
        </w:rPr>
        <w:t>ANEXĂ DE COMPLETARE</w:t>
      </w:r>
    </w:p>
    <w:p w14:paraId="24993E90" w14:textId="77777777" w:rsidR="00C675B0" w:rsidRPr="00E74472" w:rsidRDefault="00000000">
      <w:pPr>
        <w:spacing w:after="120"/>
        <w:jc w:val="center"/>
        <w:rPr>
          <w:lang w:val="fr-FR"/>
        </w:rPr>
      </w:pPr>
      <w:r w:rsidRPr="00E74472">
        <w:rPr>
          <w:sz w:val="19"/>
          <w:lang w:val="fr-FR"/>
        </w:rPr>
        <w:t>a Certificatului de urbanism nr. …… din ……,</w:t>
      </w:r>
    </w:p>
    <w:p w14:paraId="2601CFBD" w14:textId="281EF74A" w:rsidR="00C675B0" w:rsidRPr="000F1A79" w:rsidRDefault="00000000">
      <w:pPr>
        <w:spacing w:after="120"/>
        <w:jc w:val="center"/>
      </w:pPr>
      <w:r w:rsidRPr="000F1A79">
        <w:rPr>
          <w:sz w:val="19"/>
        </w:rPr>
        <w:t>în temeiul</w:t>
      </w:r>
      <w:r w:rsidR="000F1A79" w:rsidRPr="000F1A79">
        <w:rPr>
          <w:sz w:val="19"/>
        </w:rPr>
        <w:t xml:space="preserve"> art. 249 alin.(3) din Legea nr.169/2026 pri</w:t>
      </w:r>
      <w:r w:rsidR="000F1A79">
        <w:rPr>
          <w:sz w:val="19"/>
        </w:rPr>
        <w:t>vind Codul amenajării teritoriului, urbanismului și constrcțiilor</w:t>
      </w:r>
    </w:p>
    <w:p w14:paraId="2E8B4CB2" w14:textId="77777777" w:rsidR="00C675B0" w:rsidRPr="000F1A79" w:rsidRDefault="00C675B0">
      <w:pPr>
        <w:spacing w:after="60" w:line="168" w:lineRule="auto"/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5621"/>
        <w:gridCol w:w="4015"/>
      </w:tblGrid>
      <w:tr w:rsidR="00C675B0" w14:paraId="683A35D1" w14:textId="77777777">
        <w:trPr>
          <w:cantSplit/>
        </w:trPr>
        <w:tc>
          <w:tcPr>
            <w:tcW w:w="9636" w:type="dxa"/>
            <w:gridSpan w:val="2"/>
            <w:shd w:val="clear" w:color="auto" w:fill="F4F4F4"/>
          </w:tcPr>
          <w:p w14:paraId="310A03A2" w14:textId="77777777" w:rsidR="00C675B0" w:rsidRDefault="00000000">
            <w:pPr>
              <w:keepNext/>
            </w:pPr>
            <w:r w:rsidRPr="000F1A79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1. </w:t>
            </w:r>
            <w:r>
              <w:rPr>
                <w:b/>
                <w:color w:val="000000"/>
                <w:sz w:val="18"/>
              </w:rPr>
              <w:t>TEMEIUL</w:t>
            </w:r>
          </w:p>
        </w:tc>
      </w:tr>
      <w:tr w:rsidR="00C675B0" w14:paraId="5578F735" w14:textId="77777777">
        <w:trPr>
          <w:cantSplit/>
          <w:trHeight w:val="510"/>
        </w:trPr>
        <w:tc>
          <w:tcPr>
            <w:tcW w:w="5621" w:type="dxa"/>
          </w:tcPr>
          <w:p w14:paraId="1C2F7635" w14:textId="77777777" w:rsidR="00C675B0" w:rsidRPr="00E74472" w:rsidRDefault="00000000">
            <w:pPr>
              <w:rPr>
                <w:lang w:val="fr-FR"/>
              </w:rPr>
            </w:pPr>
            <w:r w:rsidRPr="00E74472">
              <w:rPr>
                <w:b/>
                <w:color w:val="0D5F78"/>
                <w:lang w:val="fr-FR"/>
              </w:rPr>
              <w:t>Documentația de urbanism — nr. / faza PUZ</w:t>
            </w:r>
          </w:p>
          <w:p w14:paraId="63D69C94" w14:textId="77777777" w:rsidR="00C675B0" w:rsidRPr="00E74472" w:rsidRDefault="00C675B0">
            <w:pPr>
              <w:rPr>
                <w:lang w:val="fr-FR"/>
              </w:rPr>
            </w:pPr>
          </w:p>
        </w:tc>
        <w:tc>
          <w:tcPr>
            <w:tcW w:w="4015" w:type="dxa"/>
          </w:tcPr>
          <w:p w14:paraId="3B41C4FD" w14:textId="77777777" w:rsidR="00C675B0" w:rsidRDefault="00000000">
            <w:r>
              <w:rPr>
                <w:b/>
                <w:color w:val="0D5F78"/>
              </w:rPr>
              <w:t>Aprobată prin hotărârea CJ / CL nr. / data</w:t>
            </w:r>
          </w:p>
          <w:p w14:paraId="652EF4FA" w14:textId="77777777" w:rsidR="00C675B0" w:rsidRDefault="00C675B0"/>
        </w:tc>
      </w:tr>
    </w:tbl>
    <w:p w14:paraId="1CB084AC" w14:textId="77777777" w:rsidR="00C675B0" w:rsidRDefault="00C675B0">
      <w:pPr>
        <w:spacing w:line="168" w:lineRule="auto"/>
      </w:pPr>
    </w:p>
    <w:p w14:paraId="041BB1CD" w14:textId="77777777" w:rsidR="00C675B0" w:rsidRDefault="00000000">
      <w:pPr>
        <w:spacing w:before="140" w:after="40"/>
        <w:jc w:val="center"/>
      </w:pPr>
      <w:r>
        <w:rPr>
          <w:b/>
          <w:sz w:val="34"/>
        </w:rPr>
        <w:t>SE CERTIFICĂ</w:t>
      </w:r>
    </w:p>
    <w:p w14:paraId="3580A638" w14:textId="33AEEA4E" w:rsidR="00C675B0" w:rsidRDefault="00000000">
      <w:pPr>
        <w:spacing w:after="120"/>
        <w:jc w:val="center"/>
      </w:pPr>
      <w:r>
        <w:rPr>
          <w:sz w:val="19"/>
        </w:rPr>
        <w:t>modificarea regimurilor</w:t>
      </w:r>
      <w:r w:rsidR="00E74472">
        <w:rPr>
          <w:sz w:val="19"/>
        </w:rPr>
        <w:t xml:space="preserve"> juridic / economic / tehnic, astfel</w:t>
      </w:r>
      <w:r>
        <w:rPr>
          <w:sz w:val="19"/>
        </w:rPr>
        <w:t>:</w:t>
      </w:r>
    </w:p>
    <w:p w14:paraId="23757448" w14:textId="77777777" w:rsidR="00C675B0" w:rsidRDefault="00C675B0">
      <w:pPr>
        <w:spacing w:after="60" w:line="168" w:lineRule="auto"/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C675B0" w14:paraId="0DF15DA8" w14:textId="77777777">
        <w:trPr>
          <w:cantSplit/>
        </w:trPr>
        <w:tc>
          <w:tcPr>
            <w:tcW w:w="9636" w:type="dxa"/>
            <w:shd w:val="clear" w:color="auto" w:fill="F4F4F4"/>
          </w:tcPr>
          <w:p w14:paraId="6BFAC200" w14:textId="77777777" w:rsidR="00C675B0" w:rsidRDefault="00000000">
            <w:pPr>
              <w:keepNext/>
            </w:pPr>
            <w:r>
              <w:rPr>
                <w:b/>
                <w:sz w:val="16"/>
              </w:rPr>
              <w:t xml:space="preserve"> 2. </w:t>
            </w:r>
            <w:r>
              <w:rPr>
                <w:b/>
                <w:color w:val="000000"/>
                <w:sz w:val="18"/>
              </w:rPr>
              <w:t>REGIMUL JURIDIC</w:t>
            </w:r>
          </w:p>
        </w:tc>
      </w:tr>
      <w:tr w:rsidR="00C675B0" w14:paraId="1461D7B7" w14:textId="77777777">
        <w:trPr>
          <w:cantSplit/>
        </w:trPr>
        <w:tc>
          <w:tcPr>
            <w:tcW w:w="9636" w:type="dxa"/>
          </w:tcPr>
          <w:p w14:paraId="7FA2BFFB" w14:textId="77777777" w:rsidR="00C675B0" w:rsidRDefault="00C675B0">
            <w:pPr>
              <w:pBdr>
                <w:bottom w:val="dotted" w:sz="6" w:space="0" w:color="999999"/>
              </w:pBdr>
              <w:spacing w:after="80"/>
            </w:pPr>
          </w:p>
          <w:p w14:paraId="21AC0B1A" w14:textId="77777777" w:rsidR="00C675B0" w:rsidRDefault="00C675B0">
            <w:pPr>
              <w:pBdr>
                <w:bottom w:val="dotted" w:sz="6" w:space="0" w:color="999999"/>
              </w:pBdr>
              <w:spacing w:after="80"/>
            </w:pPr>
          </w:p>
          <w:p w14:paraId="6032B54B" w14:textId="77777777" w:rsidR="00C675B0" w:rsidRDefault="00C675B0">
            <w:pPr>
              <w:pBdr>
                <w:bottom w:val="dotted" w:sz="6" w:space="0" w:color="999999"/>
              </w:pBdr>
              <w:spacing w:after="80"/>
            </w:pPr>
          </w:p>
        </w:tc>
      </w:tr>
    </w:tbl>
    <w:p w14:paraId="089D3650" w14:textId="77777777" w:rsidR="00C675B0" w:rsidRDefault="00C675B0">
      <w:pPr>
        <w:spacing w:line="168" w:lineRule="auto"/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8030"/>
        <w:gridCol w:w="1606"/>
      </w:tblGrid>
      <w:tr w:rsidR="00C675B0" w14:paraId="3E8C1304" w14:textId="77777777">
        <w:trPr>
          <w:cantSplit/>
        </w:trPr>
        <w:tc>
          <w:tcPr>
            <w:tcW w:w="9636" w:type="dxa"/>
            <w:gridSpan w:val="2"/>
            <w:shd w:val="clear" w:color="auto" w:fill="F4F4F4"/>
          </w:tcPr>
          <w:p w14:paraId="123962B2" w14:textId="77777777" w:rsidR="00C675B0" w:rsidRDefault="00000000">
            <w:pPr>
              <w:keepNext/>
            </w:pPr>
            <w:r>
              <w:rPr>
                <w:b/>
                <w:sz w:val="16"/>
              </w:rPr>
              <w:t xml:space="preserve"> 3. </w:t>
            </w:r>
            <w:r>
              <w:rPr>
                <w:b/>
                <w:color w:val="000000"/>
                <w:sz w:val="18"/>
              </w:rPr>
              <w:t>REGIMUL ECONOMIC</w:t>
            </w:r>
          </w:p>
        </w:tc>
      </w:tr>
      <w:tr w:rsidR="00C675B0" w:rsidRPr="00E74472" w14:paraId="51575098" w14:textId="77777777">
        <w:trPr>
          <w:cantSplit/>
        </w:trPr>
        <w:tc>
          <w:tcPr>
            <w:tcW w:w="8030" w:type="dxa"/>
            <w:shd w:val="clear" w:color="auto" w:fill="F4F4F4"/>
          </w:tcPr>
          <w:p w14:paraId="1EC25DD1" w14:textId="77777777" w:rsidR="00C675B0" w:rsidRDefault="00000000">
            <w:pPr>
              <w:keepNext/>
            </w:pPr>
            <w:r>
              <w:rPr>
                <w:b/>
                <w:color w:val="0D5F78"/>
              </w:rPr>
              <w:t>Prevederea</w:t>
            </w:r>
          </w:p>
        </w:tc>
        <w:tc>
          <w:tcPr>
            <w:tcW w:w="1606" w:type="dxa"/>
            <w:shd w:val="clear" w:color="auto" w:fill="F4F4F4"/>
          </w:tcPr>
          <w:p w14:paraId="2195DAD8" w14:textId="77777777" w:rsidR="00C675B0" w:rsidRPr="00E74472" w:rsidRDefault="00000000">
            <w:pPr>
              <w:keepNext/>
              <w:rPr>
                <w:lang w:val="fr-FR"/>
              </w:rPr>
            </w:pPr>
            <w:r w:rsidRPr="00E74472">
              <w:rPr>
                <w:b/>
                <w:color w:val="0D5F78"/>
                <w:lang w:val="fr-FR"/>
              </w:rPr>
              <w:t>Actul de reglementare</w:t>
            </w:r>
          </w:p>
          <w:p w14:paraId="0CF941A0" w14:textId="77777777" w:rsidR="00C675B0" w:rsidRPr="00E74472" w:rsidRDefault="00000000">
            <w:pPr>
              <w:keepNext/>
              <w:rPr>
                <w:lang w:val="fr-FR"/>
              </w:rPr>
            </w:pPr>
            <w:r w:rsidRPr="00E74472">
              <w:rPr>
                <w:i/>
                <w:color w:val="7A7A7A"/>
                <w:lang w:val="fr-FR"/>
              </w:rPr>
              <w:t>RLU · HCL · lege, nr./an</w:t>
            </w:r>
          </w:p>
        </w:tc>
      </w:tr>
      <w:tr w:rsidR="00C675B0" w:rsidRPr="00E74472" w14:paraId="5BF110D4" w14:textId="77777777">
        <w:trPr>
          <w:cantSplit/>
          <w:trHeight w:val="283"/>
        </w:trPr>
        <w:tc>
          <w:tcPr>
            <w:tcW w:w="8030" w:type="dxa"/>
          </w:tcPr>
          <w:p w14:paraId="1DBBBD46" w14:textId="77777777" w:rsidR="00C675B0" w:rsidRPr="00E74472" w:rsidRDefault="00C675B0">
            <w:pPr>
              <w:keepNext/>
              <w:rPr>
                <w:lang w:val="fr-FR"/>
              </w:rPr>
            </w:pPr>
          </w:p>
        </w:tc>
        <w:tc>
          <w:tcPr>
            <w:tcW w:w="1606" w:type="dxa"/>
          </w:tcPr>
          <w:p w14:paraId="4658E90A" w14:textId="77777777" w:rsidR="00C675B0" w:rsidRPr="00E74472" w:rsidRDefault="00C675B0">
            <w:pPr>
              <w:keepNext/>
              <w:rPr>
                <w:lang w:val="fr-FR"/>
              </w:rPr>
            </w:pPr>
          </w:p>
        </w:tc>
      </w:tr>
      <w:tr w:rsidR="00C675B0" w:rsidRPr="00E74472" w14:paraId="7A747DA3" w14:textId="77777777">
        <w:trPr>
          <w:cantSplit/>
          <w:trHeight w:val="283"/>
        </w:trPr>
        <w:tc>
          <w:tcPr>
            <w:tcW w:w="8030" w:type="dxa"/>
          </w:tcPr>
          <w:p w14:paraId="4A1F79F2" w14:textId="77777777" w:rsidR="00C675B0" w:rsidRPr="00E74472" w:rsidRDefault="00C675B0">
            <w:pPr>
              <w:keepNext/>
              <w:rPr>
                <w:lang w:val="fr-FR"/>
              </w:rPr>
            </w:pPr>
          </w:p>
        </w:tc>
        <w:tc>
          <w:tcPr>
            <w:tcW w:w="1606" w:type="dxa"/>
          </w:tcPr>
          <w:p w14:paraId="34960617" w14:textId="77777777" w:rsidR="00C675B0" w:rsidRPr="00E74472" w:rsidRDefault="00C675B0">
            <w:pPr>
              <w:keepNext/>
              <w:rPr>
                <w:lang w:val="fr-FR"/>
              </w:rPr>
            </w:pPr>
          </w:p>
        </w:tc>
      </w:tr>
      <w:tr w:rsidR="00C675B0" w:rsidRPr="00E74472" w14:paraId="60D717E7" w14:textId="77777777">
        <w:trPr>
          <w:cantSplit/>
          <w:trHeight w:val="283"/>
        </w:trPr>
        <w:tc>
          <w:tcPr>
            <w:tcW w:w="8030" w:type="dxa"/>
          </w:tcPr>
          <w:p w14:paraId="6204DBE3" w14:textId="77777777" w:rsidR="00C675B0" w:rsidRPr="00E74472" w:rsidRDefault="00C675B0">
            <w:pPr>
              <w:rPr>
                <w:lang w:val="fr-FR"/>
              </w:rPr>
            </w:pPr>
          </w:p>
        </w:tc>
        <w:tc>
          <w:tcPr>
            <w:tcW w:w="1606" w:type="dxa"/>
          </w:tcPr>
          <w:p w14:paraId="6F746F19" w14:textId="77777777" w:rsidR="00C675B0" w:rsidRPr="00E74472" w:rsidRDefault="00C675B0">
            <w:pPr>
              <w:rPr>
                <w:lang w:val="fr-FR"/>
              </w:rPr>
            </w:pPr>
          </w:p>
        </w:tc>
      </w:tr>
    </w:tbl>
    <w:p w14:paraId="36BCE2A5" w14:textId="77777777" w:rsidR="00C675B0" w:rsidRPr="00E74472" w:rsidRDefault="00C675B0">
      <w:pPr>
        <w:spacing w:line="168" w:lineRule="auto"/>
        <w:rPr>
          <w:lang w:val="fr-FR"/>
        </w:rPr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8030"/>
        <w:gridCol w:w="1606"/>
      </w:tblGrid>
      <w:tr w:rsidR="00C675B0" w14:paraId="12BCF205" w14:textId="77777777">
        <w:trPr>
          <w:cantSplit/>
        </w:trPr>
        <w:tc>
          <w:tcPr>
            <w:tcW w:w="9636" w:type="dxa"/>
            <w:gridSpan w:val="2"/>
            <w:shd w:val="clear" w:color="auto" w:fill="F4F4F4"/>
          </w:tcPr>
          <w:p w14:paraId="074F92BC" w14:textId="77777777" w:rsidR="00C675B0" w:rsidRDefault="00000000">
            <w:pPr>
              <w:keepNext/>
            </w:pPr>
            <w:r w:rsidRPr="00E74472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4. </w:t>
            </w:r>
            <w:r>
              <w:rPr>
                <w:b/>
                <w:color w:val="000000"/>
                <w:sz w:val="18"/>
              </w:rPr>
              <w:t>REGIMUL TEHNIC</w:t>
            </w:r>
          </w:p>
        </w:tc>
      </w:tr>
      <w:tr w:rsidR="00C675B0" w:rsidRPr="00E74472" w14:paraId="737D3DCE" w14:textId="77777777">
        <w:trPr>
          <w:cantSplit/>
        </w:trPr>
        <w:tc>
          <w:tcPr>
            <w:tcW w:w="8030" w:type="dxa"/>
            <w:shd w:val="clear" w:color="auto" w:fill="F4F4F4"/>
          </w:tcPr>
          <w:p w14:paraId="759D545F" w14:textId="77777777" w:rsidR="00C675B0" w:rsidRDefault="00000000">
            <w:pPr>
              <w:keepNext/>
            </w:pPr>
            <w:r>
              <w:rPr>
                <w:b/>
                <w:color w:val="0D5F78"/>
              </w:rPr>
              <w:t>Prevederea</w:t>
            </w:r>
          </w:p>
        </w:tc>
        <w:tc>
          <w:tcPr>
            <w:tcW w:w="1606" w:type="dxa"/>
            <w:shd w:val="clear" w:color="auto" w:fill="F4F4F4"/>
          </w:tcPr>
          <w:p w14:paraId="2FBAC74F" w14:textId="77777777" w:rsidR="00C675B0" w:rsidRPr="00E74472" w:rsidRDefault="00000000">
            <w:pPr>
              <w:keepNext/>
              <w:rPr>
                <w:lang w:val="fr-FR"/>
              </w:rPr>
            </w:pPr>
            <w:r w:rsidRPr="00E74472">
              <w:rPr>
                <w:b/>
                <w:color w:val="0D5F78"/>
                <w:lang w:val="fr-FR"/>
              </w:rPr>
              <w:t>Actul de reglementare</w:t>
            </w:r>
          </w:p>
          <w:p w14:paraId="2B7CF2D9" w14:textId="77777777" w:rsidR="00C675B0" w:rsidRPr="00E74472" w:rsidRDefault="00000000">
            <w:pPr>
              <w:keepNext/>
              <w:rPr>
                <w:lang w:val="fr-FR"/>
              </w:rPr>
            </w:pPr>
            <w:r w:rsidRPr="00E74472">
              <w:rPr>
                <w:i/>
                <w:color w:val="7A7A7A"/>
                <w:lang w:val="fr-FR"/>
              </w:rPr>
              <w:t>RLU · HCL · lege, nr./an</w:t>
            </w:r>
          </w:p>
        </w:tc>
      </w:tr>
      <w:tr w:rsidR="00C675B0" w:rsidRPr="00E74472" w14:paraId="0FF3796F" w14:textId="77777777">
        <w:trPr>
          <w:cantSplit/>
          <w:trHeight w:val="283"/>
        </w:trPr>
        <w:tc>
          <w:tcPr>
            <w:tcW w:w="8030" w:type="dxa"/>
          </w:tcPr>
          <w:p w14:paraId="26B8F2E9" w14:textId="77777777" w:rsidR="00C675B0" w:rsidRPr="00E74472" w:rsidRDefault="00C675B0">
            <w:pPr>
              <w:keepNext/>
              <w:rPr>
                <w:lang w:val="fr-FR"/>
              </w:rPr>
            </w:pPr>
          </w:p>
        </w:tc>
        <w:tc>
          <w:tcPr>
            <w:tcW w:w="1606" w:type="dxa"/>
          </w:tcPr>
          <w:p w14:paraId="204B9DDA" w14:textId="77777777" w:rsidR="00C675B0" w:rsidRPr="00E74472" w:rsidRDefault="00C675B0">
            <w:pPr>
              <w:keepNext/>
              <w:rPr>
                <w:lang w:val="fr-FR"/>
              </w:rPr>
            </w:pPr>
          </w:p>
        </w:tc>
      </w:tr>
      <w:tr w:rsidR="00C675B0" w:rsidRPr="00E74472" w14:paraId="5F56E203" w14:textId="77777777">
        <w:trPr>
          <w:cantSplit/>
          <w:trHeight w:val="283"/>
        </w:trPr>
        <w:tc>
          <w:tcPr>
            <w:tcW w:w="8030" w:type="dxa"/>
          </w:tcPr>
          <w:p w14:paraId="0A864482" w14:textId="77777777" w:rsidR="00C675B0" w:rsidRPr="00E74472" w:rsidRDefault="00C675B0">
            <w:pPr>
              <w:keepNext/>
              <w:rPr>
                <w:lang w:val="fr-FR"/>
              </w:rPr>
            </w:pPr>
          </w:p>
        </w:tc>
        <w:tc>
          <w:tcPr>
            <w:tcW w:w="1606" w:type="dxa"/>
          </w:tcPr>
          <w:p w14:paraId="5BFEF702" w14:textId="77777777" w:rsidR="00C675B0" w:rsidRPr="00E74472" w:rsidRDefault="00C675B0">
            <w:pPr>
              <w:keepNext/>
              <w:rPr>
                <w:lang w:val="fr-FR"/>
              </w:rPr>
            </w:pPr>
          </w:p>
        </w:tc>
      </w:tr>
      <w:tr w:rsidR="00C675B0" w:rsidRPr="00E74472" w14:paraId="5D65CCA6" w14:textId="77777777">
        <w:trPr>
          <w:cantSplit/>
          <w:trHeight w:val="283"/>
        </w:trPr>
        <w:tc>
          <w:tcPr>
            <w:tcW w:w="8030" w:type="dxa"/>
          </w:tcPr>
          <w:p w14:paraId="23298893" w14:textId="77777777" w:rsidR="00C675B0" w:rsidRPr="00E74472" w:rsidRDefault="00C675B0">
            <w:pPr>
              <w:rPr>
                <w:lang w:val="fr-FR"/>
              </w:rPr>
            </w:pPr>
          </w:p>
        </w:tc>
        <w:tc>
          <w:tcPr>
            <w:tcW w:w="1606" w:type="dxa"/>
          </w:tcPr>
          <w:p w14:paraId="0B693012" w14:textId="77777777" w:rsidR="00C675B0" w:rsidRPr="00E74472" w:rsidRDefault="00C675B0">
            <w:pPr>
              <w:rPr>
                <w:lang w:val="fr-FR"/>
              </w:rPr>
            </w:pPr>
          </w:p>
        </w:tc>
      </w:tr>
    </w:tbl>
    <w:p w14:paraId="2568D94B" w14:textId="77777777" w:rsidR="00C675B0" w:rsidRPr="00E74472" w:rsidRDefault="00C675B0">
      <w:pPr>
        <w:spacing w:line="168" w:lineRule="auto"/>
        <w:rPr>
          <w:lang w:val="fr-FR"/>
        </w:rPr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7260"/>
      </w:tblGrid>
      <w:tr w:rsidR="00C675B0" w:rsidRPr="00E74472" w14:paraId="31666055" w14:textId="77777777">
        <w:trPr>
          <w:cantSplit/>
        </w:trPr>
        <w:tc>
          <w:tcPr>
            <w:tcW w:w="9636" w:type="dxa"/>
            <w:gridSpan w:val="2"/>
            <w:shd w:val="clear" w:color="auto" w:fill="F4F4F4"/>
          </w:tcPr>
          <w:p w14:paraId="4264D5AF" w14:textId="77777777" w:rsidR="00C675B0" w:rsidRPr="00E74472" w:rsidRDefault="00000000">
            <w:pPr>
              <w:keepNext/>
              <w:rPr>
                <w:lang w:val="fr-FR"/>
              </w:rPr>
            </w:pPr>
            <w:r w:rsidRPr="00E74472">
              <w:rPr>
                <w:b/>
                <w:sz w:val="16"/>
                <w:lang w:val="fr-FR"/>
              </w:rPr>
              <w:t xml:space="preserve"> 5. </w:t>
            </w:r>
            <w:r w:rsidRPr="00E74472">
              <w:rPr>
                <w:b/>
                <w:color w:val="000000"/>
                <w:sz w:val="18"/>
                <w:lang w:val="fr-FR"/>
              </w:rPr>
              <w:t>AVIZE / ACORDURI ÎN VEDEREA EMITERII AUTORIZAȚIEI DE CONSTRUIRE / DESFIINȚARE</w:t>
            </w:r>
          </w:p>
        </w:tc>
      </w:tr>
      <w:tr w:rsidR="00C675B0" w:rsidRPr="00E74472" w14:paraId="3E975B67" w14:textId="77777777">
        <w:trPr>
          <w:cantSplit/>
        </w:trPr>
        <w:tc>
          <w:tcPr>
            <w:tcW w:w="9636" w:type="dxa"/>
            <w:gridSpan w:val="2"/>
            <w:shd w:val="clear" w:color="auto" w:fill="F4F4F4"/>
          </w:tcPr>
          <w:p w14:paraId="3F8A7AD7" w14:textId="637789B5" w:rsidR="00C675B0" w:rsidRPr="00E74472" w:rsidRDefault="00000000">
            <w:pPr>
              <w:keepNext/>
              <w:rPr>
                <w:lang w:val="fr-FR"/>
              </w:rPr>
            </w:pPr>
            <w:r w:rsidRPr="00E74472">
              <w:rPr>
                <w:sz w:val="16"/>
                <w:lang w:val="fr-FR"/>
              </w:rPr>
              <w:t xml:space="preserve"> 5.1 · exclusiv obținute </w:t>
            </w:r>
            <w:r w:rsidR="00E74472">
              <w:rPr>
                <w:sz w:val="16"/>
                <w:lang w:val="fr-FR"/>
              </w:rPr>
              <w:t>direct de către solicitant</w:t>
            </w:r>
          </w:p>
        </w:tc>
      </w:tr>
      <w:tr w:rsidR="00C675B0" w:rsidRPr="00E74472" w14:paraId="6FAE8858" w14:textId="77777777">
        <w:trPr>
          <w:cantSplit/>
        </w:trPr>
        <w:tc>
          <w:tcPr>
            <w:tcW w:w="9636" w:type="dxa"/>
            <w:gridSpan w:val="2"/>
          </w:tcPr>
          <w:p w14:paraId="4F9A5B54" w14:textId="77777777" w:rsidR="00C675B0" w:rsidRPr="00E74472" w:rsidRDefault="00000000">
            <w:pPr>
              <w:keepNext/>
              <w:rPr>
                <w:lang w:val="fr-FR"/>
              </w:rPr>
            </w:pPr>
            <w:r w:rsidRPr="00E74472">
              <w:rPr>
                <w:sz w:val="16"/>
                <w:lang w:val="fr-FR"/>
              </w:rPr>
              <w:t xml:space="preserve"> ☐ SEVESO     ☐ poliția rutieră / comisia tehnică de circulație     ☐ protecția sănătății populației     ☐ securitate la incendiu     ☐ protecție civilă</w:t>
            </w:r>
          </w:p>
        </w:tc>
      </w:tr>
      <w:tr w:rsidR="00C675B0" w14:paraId="56C35D5A" w14:textId="77777777">
        <w:trPr>
          <w:cantSplit/>
        </w:trPr>
        <w:tc>
          <w:tcPr>
            <w:tcW w:w="9636" w:type="dxa"/>
            <w:gridSpan w:val="2"/>
          </w:tcPr>
          <w:p w14:paraId="15B18837" w14:textId="77777777" w:rsidR="00C675B0" w:rsidRDefault="00000000">
            <w:pPr>
              <w:keepNext/>
            </w:pPr>
            <w:r w:rsidRPr="00E74472">
              <w:rPr>
                <w:sz w:val="16"/>
                <w:lang w:val="fr-FR"/>
              </w:rPr>
              <w:t xml:space="preserve"> </w:t>
            </w:r>
            <w:r>
              <w:rPr>
                <w:sz w:val="16"/>
              </w:rPr>
              <w:t>☐ gospodărirea apelor     ☐ Ministerul Culturii / serviciile deconcentrate     ☐ autoritatea în domeniul transporturilor de interes național</w:t>
            </w:r>
          </w:p>
        </w:tc>
      </w:tr>
      <w:tr w:rsidR="00C675B0" w14:paraId="489A2968" w14:textId="77777777" w:rsidTr="00E74472">
        <w:trPr>
          <w:cantSplit/>
          <w:trHeight w:val="510"/>
        </w:trPr>
        <w:tc>
          <w:tcPr>
            <w:tcW w:w="2376" w:type="dxa"/>
          </w:tcPr>
          <w:p w14:paraId="1FE12874" w14:textId="58089CAF" w:rsidR="00C675B0" w:rsidRDefault="00E74472">
            <w:pPr>
              <w:keepNext/>
            </w:pPr>
            <w:r>
              <w:rPr>
                <w:rFonts w:ascii="Segoe UI Symbol" w:hAnsi="Segoe UI Symbol" w:cs="Segoe UI Symbol"/>
                <w:sz w:val="16"/>
              </w:rPr>
              <w:t xml:space="preserve"> </w:t>
            </w:r>
            <w:r>
              <w:rPr>
                <w:rFonts w:ascii="Segoe UI Symbol" w:hAnsi="Segoe UI Symbol" w:cs="Segoe UI Symbol"/>
                <w:sz w:val="16"/>
              </w:rPr>
              <w:t>☐</w:t>
            </w:r>
            <w:r>
              <w:rPr>
                <w:rFonts w:ascii="Segoe UI Symbol" w:hAnsi="Segoe UI Symbol" w:cs="Segoe UI Symbol"/>
                <w:sz w:val="16"/>
              </w:rPr>
              <w:t xml:space="preserve"> </w:t>
            </w:r>
            <w:r>
              <w:t>instutiilor din SNAOPSN</w:t>
            </w:r>
          </w:p>
        </w:tc>
        <w:tc>
          <w:tcPr>
            <w:tcW w:w="7260" w:type="dxa"/>
          </w:tcPr>
          <w:p w14:paraId="1BD9AD0E" w14:textId="77777777" w:rsidR="00C675B0" w:rsidRDefault="00000000">
            <w:pPr>
              <w:keepNext/>
            </w:pPr>
            <w:r>
              <w:rPr>
                <w:b/>
                <w:color w:val="0D5F78"/>
              </w:rPr>
              <w:t>se indică instituțiile</w:t>
            </w:r>
          </w:p>
          <w:p w14:paraId="08D0AD6F" w14:textId="77777777" w:rsidR="00C675B0" w:rsidRDefault="00C675B0">
            <w:pPr>
              <w:keepNext/>
            </w:pPr>
          </w:p>
        </w:tc>
      </w:tr>
      <w:tr w:rsidR="00E74472" w14:paraId="7A8D34EF" w14:textId="77777777" w:rsidTr="00E74472">
        <w:trPr>
          <w:cantSplit/>
          <w:trHeight w:val="510"/>
        </w:trPr>
        <w:tc>
          <w:tcPr>
            <w:tcW w:w="2376" w:type="dxa"/>
          </w:tcPr>
          <w:p w14:paraId="7700B46A" w14:textId="79674CD7" w:rsidR="00E74472" w:rsidRDefault="00E74472">
            <w:pPr>
              <w:keepNext/>
              <w:rPr>
                <w:rFonts w:ascii="Segoe UI Symbol" w:hAnsi="Segoe UI Symbol" w:cs="Segoe UI Symbol"/>
                <w:sz w:val="16"/>
              </w:rPr>
            </w:pPr>
            <w:r>
              <w:rPr>
                <w:rFonts w:ascii="Segoe UI Symbol" w:hAnsi="Segoe UI Symbol" w:cs="Segoe UI Symbol"/>
                <w:sz w:val="16"/>
              </w:rPr>
              <w:t>☐</w:t>
            </w:r>
            <w:r>
              <w:rPr>
                <w:rFonts w:ascii="Segoe UI Symbol" w:hAnsi="Segoe UI Symbol" w:cs="Segoe UI Symbol"/>
                <w:sz w:val="16"/>
              </w:rPr>
              <w:t xml:space="preserve"> </w:t>
            </w:r>
            <w:r w:rsidRPr="00E74472">
              <w:rPr>
                <w:rFonts w:cs="Times New Roman"/>
                <w:szCs w:val="15"/>
              </w:rPr>
              <w:t>Alte avize</w:t>
            </w:r>
          </w:p>
        </w:tc>
        <w:tc>
          <w:tcPr>
            <w:tcW w:w="7260" w:type="dxa"/>
          </w:tcPr>
          <w:p w14:paraId="792060FE" w14:textId="77777777" w:rsidR="00E74472" w:rsidRDefault="00E74472" w:rsidP="00E74472">
            <w:pPr>
              <w:keepNext/>
            </w:pPr>
            <w:r>
              <w:rPr>
                <w:b/>
                <w:color w:val="0D5F78"/>
              </w:rPr>
              <w:t>se indică</w:t>
            </w:r>
          </w:p>
          <w:p w14:paraId="71162B6F" w14:textId="77777777" w:rsidR="00E74472" w:rsidRDefault="00E74472">
            <w:pPr>
              <w:keepNext/>
              <w:rPr>
                <w:b/>
                <w:color w:val="0D5F78"/>
              </w:rPr>
            </w:pPr>
          </w:p>
        </w:tc>
      </w:tr>
      <w:tr w:rsidR="00C675B0" w:rsidRPr="00E74472" w14:paraId="7740BF00" w14:textId="77777777">
        <w:trPr>
          <w:cantSplit/>
        </w:trPr>
        <w:tc>
          <w:tcPr>
            <w:tcW w:w="9636" w:type="dxa"/>
            <w:gridSpan w:val="2"/>
          </w:tcPr>
          <w:p w14:paraId="5D334974" w14:textId="77777777" w:rsidR="00C675B0" w:rsidRPr="00E74472" w:rsidRDefault="00000000">
            <w:pPr>
              <w:keepNext/>
              <w:rPr>
                <w:lang w:val="fr-FR"/>
              </w:rPr>
            </w:pPr>
            <w:r w:rsidRPr="00E74472">
              <w:rPr>
                <w:sz w:val="16"/>
                <w:lang w:val="fr-FR"/>
              </w:rPr>
              <w:t>☐ punctul de vedere / actul administrativ al autorității pentru protecția mediului</w:t>
            </w:r>
          </w:p>
          <w:p w14:paraId="1395DCB5" w14:textId="77777777" w:rsidR="00C675B0" w:rsidRPr="00E74472" w:rsidRDefault="00000000">
            <w:pPr>
              <w:keepNext/>
              <w:rPr>
                <w:lang w:val="fr-FR"/>
              </w:rPr>
            </w:pPr>
            <w:r w:rsidRPr="00E74472">
              <w:rPr>
                <w:sz w:val="16"/>
                <w:lang w:val="fr-FR"/>
              </w:rPr>
              <w:t>☐ acordul vecinilor, dacă este cazul</w:t>
            </w:r>
          </w:p>
        </w:tc>
      </w:tr>
      <w:tr w:rsidR="00C675B0" w:rsidRPr="00E74472" w14:paraId="5F8F3BE9" w14:textId="77777777">
        <w:trPr>
          <w:cantSplit/>
        </w:trPr>
        <w:tc>
          <w:tcPr>
            <w:tcW w:w="9636" w:type="dxa"/>
            <w:gridSpan w:val="2"/>
            <w:shd w:val="clear" w:color="auto" w:fill="F4F4F4"/>
          </w:tcPr>
          <w:p w14:paraId="6FEFDA1B" w14:textId="238E53B6" w:rsidR="00C675B0" w:rsidRPr="00E74472" w:rsidRDefault="00000000">
            <w:pPr>
              <w:keepNext/>
              <w:rPr>
                <w:lang w:val="fr-FR"/>
              </w:rPr>
            </w:pPr>
            <w:r w:rsidRPr="00E74472">
              <w:rPr>
                <w:sz w:val="16"/>
                <w:lang w:val="fr-FR"/>
              </w:rPr>
              <w:t xml:space="preserve"> 5.2 · prin Comisia de </w:t>
            </w:r>
            <w:r w:rsidR="00E74472">
              <w:rPr>
                <w:sz w:val="16"/>
                <w:lang w:val="fr-FR"/>
              </w:rPr>
              <w:t>A</w:t>
            </w:r>
            <w:r w:rsidRPr="00E74472">
              <w:rPr>
                <w:sz w:val="16"/>
                <w:lang w:val="fr-FR"/>
              </w:rPr>
              <w:t xml:space="preserve">cord </w:t>
            </w:r>
            <w:r w:rsidR="00E74472">
              <w:rPr>
                <w:sz w:val="16"/>
                <w:lang w:val="fr-FR"/>
              </w:rPr>
              <w:t>U</w:t>
            </w:r>
            <w:r w:rsidRPr="00E74472">
              <w:rPr>
                <w:sz w:val="16"/>
                <w:lang w:val="fr-FR"/>
              </w:rPr>
              <w:t xml:space="preserve">nic SAU obținute </w:t>
            </w:r>
            <w:r w:rsidR="00E74472">
              <w:rPr>
                <w:sz w:val="16"/>
                <w:lang w:val="fr-FR"/>
              </w:rPr>
              <w:t>direct</w:t>
            </w:r>
            <w:r w:rsidRPr="00E74472">
              <w:rPr>
                <w:sz w:val="16"/>
                <w:lang w:val="fr-FR"/>
              </w:rPr>
              <w:t>, la alegerea solicitantului</w:t>
            </w:r>
          </w:p>
        </w:tc>
      </w:tr>
      <w:tr w:rsidR="00C675B0" w:rsidRPr="00E74472" w14:paraId="61A0BF29" w14:textId="77777777">
        <w:trPr>
          <w:cantSplit/>
        </w:trPr>
        <w:tc>
          <w:tcPr>
            <w:tcW w:w="9636" w:type="dxa"/>
            <w:gridSpan w:val="2"/>
          </w:tcPr>
          <w:p w14:paraId="2F7066D4" w14:textId="77777777" w:rsidR="00E74472" w:rsidRDefault="00000000">
            <w:pPr>
              <w:keepNext/>
              <w:rPr>
                <w:sz w:val="16"/>
                <w:lang w:val="fr-FR"/>
              </w:rPr>
            </w:pPr>
            <w:r w:rsidRPr="00E74472">
              <w:rPr>
                <w:b/>
                <w:bCs/>
                <w:sz w:val="16"/>
                <w:lang w:val="fr-FR"/>
              </w:rPr>
              <w:t xml:space="preserve"> ☐ acord unic</w:t>
            </w:r>
            <w:r w:rsidR="00E74472">
              <w:rPr>
                <w:sz w:val="16"/>
                <w:lang w:val="fr-FR"/>
              </w:rPr>
              <w:t xml:space="preserve"> al C</w:t>
            </w:r>
            <w:r w:rsidRPr="00E74472">
              <w:rPr>
                <w:sz w:val="16"/>
                <w:lang w:val="fr-FR"/>
              </w:rPr>
              <w:t>omisi</w:t>
            </w:r>
            <w:r w:rsidR="00E74472">
              <w:rPr>
                <w:sz w:val="16"/>
                <w:lang w:val="fr-FR"/>
              </w:rPr>
              <w:t>ei</w:t>
            </w:r>
            <w:r w:rsidRPr="00E74472">
              <w:rPr>
                <w:sz w:val="16"/>
                <w:lang w:val="fr-FR"/>
              </w:rPr>
              <w:t xml:space="preserve"> </w:t>
            </w:r>
            <w:r w:rsidR="00E74472" w:rsidRPr="00E74472">
              <w:rPr>
                <w:sz w:val="16"/>
                <w:lang w:val="fr-FR"/>
              </w:rPr>
              <w:t xml:space="preserve">de </w:t>
            </w:r>
            <w:r w:rsidR="00E74472">
              <w:rPr>
                <w:sz w:val="16"/>
                <w:lang w:val="fr-FR"/>
              </w:rPr>
              <w:t>A</w:t>
            </w:r>
            <w:r w:rsidR="00E74472" w:rsidRPr="00E74472">
              <w:rPr>
                <w:sz w:val="16"/>
                <w:lang w:val="fr-FR"/>
              </w:rPr>
              <w:t xml:space="preserve">cord </w:t>
            </w:r>
            <w:r w:rsidR="00E74472">
              <w:rPr>
                <w:sz w:val="16"/>
                <w:lang w:val="fr-FR"/>
              </w:rPr>
              <w:t>U</w:t>
            </w:r>
            <w:r w:rsidR="00E74472" w:rsidRPr="00E74472">
              <w:rPr>
                <w:sz w:val="16"/>
                <w:lang w:val="fr-FR"/>
              </w:rPr>
              <w:t xml:space="preserve">nic </w:t>
            </w:r>
            <w:r w:rsidRPr="00E74472">
              <w:rPr>
                <w:sz w:val="16"/>
                <w:lang w:val="fr-FR"/>
              </w:rPr>
              <w:t xml:space="preserve">de la nivelul:     ☐ județului     ☐ municipiului     ☐ orașului     ☐ zonei metropolitane     </w:t>
            </w:r>
          </w:p>
          <w:p w14:paraId="14FA4E76" w14:textId="449D0CCF" w:rsidR="00C675B0" w:rsidRPr="00E74472" w:rsidRDefault="00E74472">
            <w:pPr>
              <w:keepNext/>
              <w:rPr>
                <w:lang w:val="fr-FR"/>
              </w:rPr>
            </w:pPr>
            <w:r>
              <w:rPr>
                <w:sz w:val="16"/>
                <w:lang w:val="fr-FR"/>
              </w:rPr>
              <w:t xml:space="preserve">                                                                                              </w:t>
            </w:r>
            <w:r w:rsidR="00000000" w:rsidRPr="00E74472">
              <w:rPr>
                <w:sz w:val="16"/>
                <w:lang w:val="fr-FR"/>
              </w:rPr>
              <w:t>☐ consorțiului administrativ</w:t>
            </w:r>
          </w:p>
        </w:tc>
      </w:tr>
      <w:tr w:rsidR="00C675B0" w:rsidRPr="00E74472" w14:paraId="19CDE605" w14:textId="77777777">
        <w:trPr>
          <w:cantSplit/>
        </w:trPr>
        <w:tc>
          <w:tcPr>
            <w:tcW w:w="9636" w:type="dxa"/>
            <w:gridSpan w:val="2"/>
            <w:shd w:val="clear" w:color="auto" w:fill="F4F4F4"/>
          </w:tcPr>
          <w:p w14:paraId="6ED26DDF" w14:textId="5DFA529F" w:rsidR="00C675B0" w:rsidRPr="00E74472" w:rsidRDefault="00000000">
            <w:pPr>
              <w:keepNext/>
              <w:rPr>
                <w:lang w:val="fr-FR"/>
              </w:rPr>
            </w:pPr>
            <w:r w:rsidRPr="00E74472">
              <w:rPr>
                <w:sz w:val="16"/>
                <w:lang w:val="fr-FR"/>
              </w:rPr>
              <w:t xml:space="preserve"> sau </w:t>
            </w:r>
            <w:r w:rsidR="00E74472" w:rsidRPr="00E74472">
              <w:rPr>
                <w:sz w:val="16"/>
                <w:lang w:val="fr-FR"/>
              </w:rPr>
              <w:t>avize obținute direct de către solicitant</w:t>
            </w:r>
            <w:r w:rsidRPr="00E74472">
              <w:rPr>
                <w:sz w:val="16"/>
                <w:lang w:val="fr-FR"/>
              </w:rPr>
              <w:t>:</w:t>
            </w:r>
          </w:p>
        </w:tc>
      </w:tr>
      <w:tr w:rsidR="00C675B0" w14:paraId="50E2C51F" w14:textId="77777777">
        <w:trPr>
          <w:cantSplit/>
        </w:trPr>
        <w:tc>
          <w:tcPr>
            <w:tcW w:w="9636" w:type="dxa"/>
            <w:gridSpan w:val="2"/>
          </w:tcPr>
          <w:p w14:paraId="0AFE17C6" w14:textId="77777777" w:rsidR="00C675B0" w:rsidRDefault="00000000">
            <w:pPr>
              <w:keepNext/>
            </w:pPr>
            <w:r w:rsidRPr="00E74472">
              <w:rPr>
                <w:sz w:val="16"/>
                <w:lang w:val="fr-FR"/>
              </w:rPr>
              <w:t xml:space="preserve"> </w:t>
            </w:r>
            <w:r>
              <w:rPr>
                <w:sz w:val="16"/>
              </w:rPr>
              <w:t>☐ alimentare cu apă     ☐ canalizare     ☐ energie electrică     ☐ energie termică     ☐ gaze naturale     ☐ telefonizare     ☐ salubritate     ☐ transport urban</w:t>
            </w:r>
          </w:p>
        </w:tc>
      </w:tr>
      <w:tr w:rsidR="00C675B0" w14:paraId="7064D6E4" w14:textId="77777777">
        <w:trPr>
          <w:cantSplit/>
        </w:trPr>
        <w:tc>
          <w:tcPr>
            <w:tcW w:w="9636" w:type="dxa"/>
            <w:gridSpan w:val="2"/>
          </w:tcPr>
          <w:p w14:paraId="26B106F6" w14:textId="3E185F76" w:rsidR="00C675B0" w:rsidRDefault="00E74472">
            <w:pPr>
              <w:pBdr>
                <w:bottom w:val="dotted" w:sz="6" w:space="0" w:color="999999"/>
              </w:pBdr>
              <w:spacing w:after="80"/>
            </w:pPr>
            <w:r>
              <w:rPr>
                <w:rFonts w:ascii="Segoe UI Symbol" w:hAnsi="Segoe UI Symbol" w:cs="Segoe UI Symbol"/>
                <w:sz w:val="16"/>
              </w:rPr>
              <w:t xml:space="preserve">☐ </w:t>
            </w:r>
            <w:r w:rsidRPr="00E74472">
              <w:rPr>
                <w:rFonts w:cs="Times New Roman"/>
                <w:szCs w:val="15"/>
              </w:rPr>
              <w:t xml:space="preserve">Alte </w:t>
            </w:r>
            <w:r>
              <w:rPr>
                <w:rFonts w:cs="Times New Roman"/>
                <w:szCs w:val="15"/>
              </w:rPr>
              <w:t xml:space="preserve">avize: </w:t>
            </w:r>
          </w:p>
        </w:tc>
      </w:tr>
    </w:tbl>
    <w:p w14:paraId="6794ECA0" w14:textId="77777777" w:rsidR="00C675B0" w:rsidRDefault="00C675B0">
      <w:pPr>
        <w:spacing w:line="168" w:lineRule="auto"/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C675B0" w14:paraId="4BF926C7" w14:textId="77777777">
        <w:trPr>
          <w:cantSplit/>
        </w:trPr>
        <w:tc>
          <w:tcPr>
            <w:tcW w:w="9636" w:type="dxa"/>
            <w:shd w:val="clear" w:color="auto" w:fill="F4F4F4"/>
          </w:tcPr>
          <w:p w14:paraId="5746A372" w14:textId="77777777" w:rsidR="00C675B0" w:rsidRDefault="00000000">
            <w:pPr>
              <w:keepNext/>
            </w:pPr>
            <w:r>
              <w:rPr>
                <w:b/>
                <w:sz w:val="16"/>
              </w:rPr>
              <w:t xml:space="preserve"> 6. </w:t>
            </w:r>
            <w:r>
              <w:rPr>
                <w:b/>
                <w:color w:val="000000"/>
                <w:sz w:val="18"/>
              </w:rPr>
              <w:t>ANEXE</w:t>
            </w:r>
          </w:p>
        </w:tc>
      </w:tr>
      <w:tr w:rsidR="00C675B0" w:rsidRPr="00E74472" w14:paraId="411D7825" w14:textId="77777777">
        <w:trPr>
          <w:cantSplit/>
        </w:trPr>
        <w:tc>
          <w:tcPr>
            <w:tcW w:w="9636" w:type="dxa"/>
          </w:tcPr>
          <w:p w14:paraId="30517C62" w14:textId="77777777" w:rsidR="00C675B0" w:rsidRPr="00E74472" w:rsidRDefault="00000000">
            <w:pPr>
              <w:rPr>
                <w:lang w:val="fr-FR"/>
              </w:rPr>
            </w:pPr>
            <w:r w:rsidRPr="00E74472">
              <w:rPr>
                <w:sz w:val="16"/>
                <w:lang w:val="fr-FR"/>
              </w:rPr>
              <w:t xml:space="preserve"> ☐ hotărârea de aprobare a documentației de urbanism, faza PUZ</w:t>
            </w:r>
          </w:p>
        </w:tc>
      </w:tr>
    </w:tbl>
    <w:p w14:paraId="2296F44B" w14:textId="77777777" w:rsidR="00C675B0" w:rsidRPr="00E74472" w:rsidRDefault="00C675B0">
      <w:pPr>
        <w:spacing w:line="168" w:lineRule="auto"/>
        <w:rPr>
          <w:lang w:val="fr-FR"/>
        </w:rPr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2409"/>
        <w:gridCol w:w="803"/>
        <w:gridCol w:w="2409"/>
        <w:gridCol w:w="803"/>
        <w:gridCol w:w="3212"/>
      </w:tblGrid>
      <w:tr w:rsidR="00C675B0" w14:paraId="2715EF87" w14:textId="77777777">
        <w:trPr>
          <w:cantSplit/>
        </w:trPr>
        <w:tc>
          <w:tcPr>
            <w:tcW w:w="9636" w:type="dxa"/>
            <w:gridSpan w:val="5"/>
            <w:shd w:val="clear" w:color="auto" w:fill="F4F4F4"/>
          </w:tcPr>
          <w:p w14:paraId="1426945A" w14:textId="77777777" w:rsidR="00C675B0" w:rsidRDefault="00000000">
            <w:pPr>
              <w:keepNext/>
            </w:pPr>
            <w:r w:rsidRPr="00E74472">
              <w:rPr>
                <w:b/>
                <w:sz w:val="16"/>
                <w:lang w:val="fr-FR"/>
              </w:rPr>
              <w:lastRenderedPageBreak/>
              <w:t xml:space="preserve"> </w:t>
            </w:r>
            <w:r>
              <w:rPr>
                <w:b/>
                <w:sz w:val="16"/>
              </w:rPr>
              <w:t xml:space="preserve">7. </w:t>
            </w:r>
            <w:r>
              <w:rPr>
                <w:b/>
                <w:color w:val="000000"/>
                <w:sz w:val="18"/>
              </w:rPr>
              <w:t>SEMNĂTURILE</w:t>
            </w:r>
          </w:p>
        </w:tc>
      </w:tr>
      <w:tr w:rsidR="00C675B0" w14:paraId="0065F87F" w14:textId="77777777">
        <w:trPr>
          <w:cantSplit/>
          <w:trHeight w:val="680"/>
        </w:trPr>
        <w:tc>
          <w:tcPr>
            <w:tcW w:w="3212" w:type="dxa"/>
            <w:gridSpan w:val="2"/>
          </w:tcPr>
          <w:p w14:paraId="0F92D5AD" w14:textId="77777777" w:rsidR="00C675B0" w:rsidRDefault="00000000">
            <w:pPr>
              <w:keepNext/>
              <w:jc w:val="center"/>
            </w:pPr>
            <w:r>
              <w:rPr>
                <w:b/>
                <w:color w:val="0D5F78"/>
              </w:rPr>
              <w:t>Conducătorul autorității emitente</w:t>
            </w:r>
          </w:p>
          <w:p w14:paraId="0F1C1A34" w14:textId="77777777" w:rsidR="00C675B0" w:rsidRDefault="00C675B0">
            <w:pPr>
              <w:keepNext/>
              <w:spacing w:after="200"/>
            </w:pPr>
          </w:p>
          <w:p w14:paraId="4425F3E3" w14:textId="77777777" w:rsidR="00C675B0" w:rsidRDefault="00C675B0">
            <w:pPr>
              <w:keepNext/>
              <w:pBdr>
                <w:bottom w:val="dotted" w:sz="6" w:space="0" w:color="999999"/>
              </w:pBdr>
              <w:jc w:val="center"/>
            </w:pPr>
          </w:p>
          <w:p w14:paraId="7F0A31BD" w14:textId="77777777" w:rsidR="00C675B0" w:rsidRDefault="00000000">
            <w:pPr>
              <w:keepNext/>
              <w:jc w:val="center"/>
            </w:pPr>
            <w:r>
              <w:rPr>
                <w:i/>
                <w:color w:val="595959"/>
              </w:rPr>
              <w:t>funcția, numele și semnătura</w:t>
            </w:r>
          </w:p>
        </w:tc>
        <w:tc>
          <w:tcPr>
            <w:tcW w:w="3212" w:type="dxa"/>
            <w:gridSpan w:val="2"/>
          </w:tcPr>
          <w:p w14:paraId="45231D8A" w14:textId="77777777" w:rsidR="00C675B0" w:rsidRDefault="00000000">
            <w:pPr>
              <w:keepNext/>
              <w:jc w:val="center"/>
            </w:pPr>
            <w:r>
              <w:rPr>
                <w:b/>
                <w:color w:val="0D5F78"/>
              </w:rPr>
              <w:t>Secretar general</w:t>
            </w:r>
          </w:p>
          <w:p w14:paraId="6F3116F7" w14:textId="77777777" w:rsidR="00C675B0" w:rsidRDefault="00C675B0">
            <w:pPr>
              <w:keepNext/>
              <w:spacing w:after="200"/>
            </w:pPr>
          </w:p>
          <w:p w14:paraId="494AE7C8" w14:textId="77777777" w:rsidR="00C675B0" w:rsidRDefault="00C675B0">
            <w:pPr>
              <w:keepNext/>
              <w:pBdr>
                <w:bottom w:val="dotted" w:sz="6" w:space="0" w:color="999999"/>
              </w:pBdr>
              <w:jc w:val="center"/>
            </w:pPr>
          </w:p>
          <w:p w14:paraId="59AACCC8" w14:textId="77777777" w:rsidR="00C675B0" w:rsidRDefault="00000000">
            <w:pPr>
              <w:keepNext/>
              <w:jc w:val="center"/>
            </w:pPr>
            <w:r>
              <w:rPr>
                <w:i/>
                <w:color w:val="595959"/>
              </w:rPr>
              <w:t>numele și semnătura</w:t>
            </w:r>
          </w:p>
        </w:tc>
        <w:tc>
          <w:tcPr>
            <w:tcW w:w="3212" w:type="dxa"/>
          </w:tcPr>
          <w:p w14:paraId="087EE86E" w14:textId="77777777" w:rsidR="00C675B0" w:rsidRDefault="00000000">
            <w:pPr>
              <w:keepNext/>
              <w:jc w:val="center"/>
            </w:pPr>
            <w:r>
              <w:rPr>
                <w:b/>
                <w:color w:val="0D5F78"/>
              </w:rPr>
              <w:t>Arhitect-șef</w:t>
            </w:r>
          </w:p>
          <w:p w14:paraId="07A77A4A" w14:textId="77777777" w:rsidR="00C675B0" w:rsidRDefault="00C675B0">
            <w:pPr>
              <w:keepNext/>
              <w:spacing w:after="200"/>
            </w:pPr>
          </w:p>
          <w:p w14:paraId="3F0B1072" w14:textId="77777777" w:rsidR="00C675B0" w:rsidRDefault="00C675B0">
            <w:pPr>
              <w:keepNext/>
              <w:pBdr>
                <w:bottom w:val="dotted" w:sz="6" w:space="0" w:color="999999"/>
              </w:pBdr>
              <w:jc w:val="center"/>
            </w:pPr>
          </w:p>
          <w:p w14:paraId="2682BBA9" w14:textId="77777777" w:rsidR="00C675B0" w:rsidRDefault="00000000">
            <w:pPr>
              <w:keepNext/>
              <w:jc w:val="center"/>
            </w:pPr>
            <w:r>
              <w:rPr>
                <w:i/>
                <w:color w:val="595959"/>
              </w:rPr>
              <w:t>numele și semnătura</w:t>
            </w:r>
          </w:p>
        </w:tc>
      </w:tr>
      <w:tr w:rsidR="00C675B0" w:rsidRPr="00E74472" w14:paraId="40D47065" w14:textId="77777777">
        <w:trPr>
          <w:cantSplit/>
          <w:trHeight w:val="510"/>
        </w:trPr>
        <w:tc>
          <w:tcPr>
            <w:tcW w:w="2409" w:type="dxa"/>
          </w:tcPr>
          <w:p w14:paraId="62FAD928" w14:textId="05E30295" w:rsidR="00C675B0" w:rsidRDefault="00000000">
            <w:r>
              <w:rPr>
                <w:b/>
                <w:color w:val="0D5F78"/>
              </w:rPr>
              <w:t>Achitat taxa de (lei)</w:t>
            </w:r>
          </w:p>
          <w:p w14:paraId="4C69B623" w14:textId="1CD2BD74" w:rsidR="00E74472" w:rsidRDefault="00E74472">
            <w:r>
              <w:rPr>
                <w:i/>
                <w:color w:val="595959"/>
              </w:rPr>
              <w:t>(dacă este cazul)</w:t>
            </w:r>
          </w:p>
        </w:tc>
        <w:tc>
          <w:tcPr>
            <w:tcW w:w="3212" w:type="dxa"/>
            <w:gridSpan w:val="2"/>
          </w:tcPr>
          <w:p w14:paraId="0E7D4671" w14:textId="77777777" w:rsidR="00C675B0" w:rsidRDefault="00000000">
            <w:r>
              <w:rPr>
                <w:b/>
                <w:color w:val="0D5F78"/>
              </w:rPr>
              <w:t>Chitanța nr. / data</w:t>
            </w:r>
          </w:p>
          <w:p w14:paraId="77041BD6" w14:textId="77777777" w:rsidR="00C675B0" w:rsidRDefault="00C675B0"/>
        </w:tc>
        <w:tc>
          <w:tcPr>
            <w:tcW w:w="4015" w:type="dxa"/>
            <w:gridSpan w:val="2"/>
          </w:tcPr>
          <w:p w14:paraId="73ACE92F" w14:textId="77777777" w:rsidR="00C675B0" w:rsidRPr="00E74472" w:rsidRDefault="00000000">
            <w:pPr>
              <w:rPr>
                <w:lang w:val="fr-FR"/>
              </w:rPr>
            </w:pPr>
            <w:r w:rsidRPr="00E74472">
              <w:rPr>
                <w:b/>
                <w:color w:val="0D5F78"/>
                <w:lang w:val="fr-FR"/>
              </w:rPr>
              <w:t>Transmis solicitantului la data</w:t>
            </w:r>
          </w:p>
          <w:p w14:paraId="4B7AA76F" w14:textId="77777777" w:rsidR="00C675B0" w:rsidRPr="00E74472" w:rsidRDefault="00000000">
            <w:pPr>
              <w:rPr>
                <w:lang w:val="fr-FR"/>
              </w:rPr>
            </w:pPr>
            <w:r w:rsidRPr="00E74472">
              <w:rPr>
                <w:i/>
                <w:color w:val="7A7A7A"/>
                <w:lang w:val="fr-FR"/>
              </w:rPr>
              <w:t>direct / prin poștă / digital</w:t>
            </w:r>
          </w:p>
          <w:p w14:paraId="3B7634CD" w14:textId="77777777" w:rsidR="00C675B0" w:rsidRPr="00E74472" w:rsidRDefault="00C675B0">
            <w:pPr>
              <w:rPr>
                <w:lang w:val="fr-FR"/>
              </w:rPr>
            </w:pPr>
          </w:p>
        </w:tc>
      </w:tr>
    </w:tbl>
    <w:p w14:paraId="30E896F4" w14:textId="77777777" w:rsidR="00C675B0" w:rsidRPr="00E74472" w:rsidRDefault="00C675B0">
      <w:pPr>
        <w:spacing w:line="168" w:lineRule="auto"/>
        <w:rPr>
          <w:lang w:val="fr-FR"/>
        </w:rPr>
      </w:pPr>
    </w:p>
    <w:sectPr w:rsidR="00C675B0" w:rsidRPr="00E74472" w:rsidSect="00034616">
      <w:footerReference w:type="default" r:id="rId8"/>
      <w:pgSz w:w="11906" w:h="16838"/>
      <w:pgMar w:top="567" w:right="1134" w:bottom="454" w:left="1134" w:header="720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A0EC17" w14:textId="77777777" w:rsidR="00DD3838" w:rsidRDefault="00DD3838">
      <w:r>
        <w:separator/>
      </w:r>
    </w:p>
  </w:endnote>
  <w:endnote w:type="continuationSeparator" w:id="0">
    <w:p w14:paraId="53417C4A" w14:textId="77777777" w:rsidR="00DD3838" w:rsidRDefault="00DD38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3947C2" w14:textId="77777777" w:rsidR="00C675B0" w:rsidRDefault="00000000">
    <w:pPr>
      <w:pStyle w:val="Subsol"/>
      <w:tabs>
        <w:tab w:val="right" w:pos="9639"/>
      </w:tabs>
    </w:pPr>
    <w:r>
      <w:rPr>
        <w:color w:val="595959"/>
      </w:rPr>
      <w:t>F_CU_07_1 · versiunea 1.0</w:t>
    </w:r>
    <w:r>
      <w:rPr>
        <w:color w:val="595959"/>
      </w:rPr>
      <w:tab/>
      <w:t xml:space="preserve">pagina </w:t>
    </w:r>
    <w:r>
      <w:rPr>
        <w:color w:val="595959"/>
      </w:rPr>
      <w:fldChar w:fldCharType="begin"/>
    </w:r>
    <w:r>
      <w:rPr>
        <w:color w:val="595959"/>
      </w:rPr>
      <w:instrText xml:space="preserve"> PAGE </w:instrText>
    </w:r>
    <w:r w:rsidR="00E74472">
      <w:rPr>
        <w:color w:val="595959"/>
      </w:rPr>
      <w:fldChar w:fldCharType="separate"/>
    </w:r>
    <w:r w:rsidR="00E74472">
      <w:rPr>
        <w:noProof/>
        <w:color w:val="595959"/>
      </w:rPr>
      <w:t>1</w:t>
    </w:r>
    <w:r>
      <w:rPr>
        <w:color w:val="595959"/>
      </w:rPr>
      <w:fldChar w:fldCharType="end"/>
    </w:r>
    <w:r>
      <w:rPr>
        <w:color w:val="595959"/>
      </w:rPr>
      <w:t xml:space="preserve"> din </w:t>
    </w:r>
    <w:r>
      <w:rPr>
        <w:color w:val="595959"/>
      </w:rPr>
      <w:fldChar w:fldCharType="begin"/>
    </w:r>
    <w:r>
      <w:rPr>
        <w:color w:val="595959"/>
      </w:rPr>
      <w:instrText xml:space="preserve"> NUMPAGES </w:instrText>
    </w:r>
    <w:r w:rsidR="00E74472">
      <w:rPr>
        <w:color w:val="595959"/>
      </w:rPr>
      <w:fldChar w:fldCharType="separate"/>
    </w:r>
    <w:r w:rsidR="00E74472">
      <w:rPr>
        <w:noProof/>
        <w:color w:val="595959"/>
      </w:rPr>
      <w:t>2</w:t>
    </w:r>
    <w:r>
      <w:rPr>
        <w:color w:val="595959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6C5840" w14:textId="77777777" w:rsidR="00DD3838" w:rsidRDefault="00DD3838">
      <w:r>
        <w:separator/>
      </w:r>
    </w:p>
  </w:footnote>
  <w:footnote w:type="continuationSeparator" w:id="0">
    <w:p w14:paraId="23110EF6" w14:textId="77777777" w:rsidR="00DD3838" w:rsidRDefault="00DD38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tat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tat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umarcator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umarcator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erota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cumarcator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39021793">
    <w:abstractNumId w:val="8"/>
  </w:num>
  <w:num w:numId="2" w16cid:durableId="1911579829">
    <w:abstractNumId w:val="6"/>
  </w:num>
  <w:num w:numId="3" w16cid:durableId="1167668646">
    <w:abstractNumId w:val="5"/>
  </w:num>
  <w:num w:numId="4" w16cid:durableId="1471944580">
    <w:abstractNumId w:val="4"/>
  </w:num>
  <w:num w:numId="5" w16cid:durableId="411204514">
    <w:abstractNumId w:val="7"/>
  </w:num>
  <w:num w:numId="6" w16cid:durableId="1945110446">
    <w:abstractNumId w:val="3"/>
  </w:num>
  <w:num w:numId="7" w16cid:durableId="600601424">
    <w:abstractNumId w:val="2"/>
  </w:num>
  <w:num w:numId="8" w16cid:durableId="1134056061">
    <w:abstractNumId w:val="1"/>
  </w:num>
  <w:num w:numId="9" w16cid:durableId="5799449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84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F1A79"/>
    <w:rsid w:val="0015074B"/>
    <w:rsid w:val="001904BC"/>
    <w:rsid w:val="0029639D"/>
    <w:rsid w:val="00326F90"/>
    <w:rsid w:val="006C103E"/>
    <w:rsid w:val="00AA1D8D"/>
    <w:rsid w:val="00B47730"/>
    <w:rsid w:val="00C675B0"/>
    <w:rsid w:val="00CB0664"/>
    <w:rsid w:val="00DD3838"/>
    <w:rsid w:val="00E7447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B918BD"/>
  <w14:defaultImageDpi w14:val="300"/>
  <w15:docId w15:val="{5F3DEF22-94E4-44E9-A21D-CE78EE564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Times New Roman" w:hAnsi="Times New Roman"/>
      <w:sz w:val="15"/>
    </w:rPr>
  </w:style>
  <w:style w:type="paragraph" w:styleId="Titlu1">
    <w:name w:val="heading 1"/>
    <w:basedOn w:val="Normal"/>
    <w:next w:val="Normal"/>
    <w:link w:val="Titlu1Caracte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u3">
    <w:name w:val="heading 3"/>
    <w:basedOn w:val="Normal"/>
    <w:next w:val="Normal"/>
    <w:link w:val="Titlu3Caracte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E618BF"/>
  </w:style>
  <w:style w:type="paragraph" w:styleId="Subsol">
    <w:name w:val="footer"/>
    <w:basedOn w:val="Normal"/>
    <w:link w:val="SubsolCaracte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E618BF"/>
  </w:style>
  <w:style w:type="paragraph" w:styleId="Frspaiere">
    <w:name w:val="No Spacing"/>
    <w:uiPriority w:val="1"/>
    <w:qFormat/>
    <w:rsid w:val="00FC693F"/>
    <w:pPr>
      <w:spacing w:after="0" w:line="240" w:lineRule="auto"/>
    </w:pPr>
  </w:style>
  <w:style w:type="character" w:customStyle="1" w:styleId="Titlu1Caracter">
    <w:name w:val="Titlu 1 Caracter"/>
    <w:basedOn w:val="Fontdeparagrafimplicit"/>
    <w:link w:val="Titlu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lu2Caracter">
    <w:name w:val="Titlu 2 Caracter"/>
    <w:basedOn w:val="Fontdeparagrafimplicit"/>
    <w:link w:val="Titlu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lu3Caracter">
    <w:name w:val="Titlu 3 Caracter"/>
    <w:basedOn w:val="Fontdeparagrafimplicit"/>
    <w:link w:val="Titlu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u">
    <w:name w:val="Title"/>
    <w:basedOn w:val="Normal"/>
    <w:next w:val="Normal"/>
    <w:link w:val="TitluCaracte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uCaracter">
    <w:name w:val="Titlu Caracter"/>
    <w:basedOn w:val="Fontdeparagrafimplicit"/>
    <w:link w:val="Titl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uCaracter">
    <w:name w:val="Subtitlu Caracter"/>
    <w:basedOn w:val="Fontdeparagrafimplicit"/>
    <w:link w:val="Subtitl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text">
    <w:name w:val="Body Text"/>
    <w:basedOn w:val="Normal"/>
    <w:link w:val="CorptextCaracter"/>
    <w:uiPriority w:val="99"/>
    <w:unhideWhenUsed/>
    <w:rsid w:val="00AA1D8D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uiPriority w:val="99"/>
    <w:rsid w:val="00AA1D8D"/>
  </w:style>
  <w:style w:type="paragraph" w:styleId="Corptext2">
    <w:name w:val="Body Text 2"/>
    <w:basedOn w:val="Normal"/>
    <w:link w:val="Corptext2Caracter"/>
    <w:uiPriority w:val="99"/>
    <w:unhideWhenUsed/>
    <w:rsid w:val="00AA1D8D"/>
    <w:pPr>
      <w:spacing w:after="120" w:line="480" w:lineRule="auto"/>
    </w:pPr>
  </w:style>
  <w:style w:type="character" w:customStyle="1" w:styleId="Corptext2Caracter">
    <w:name w:val="Corp text 2 Caracter"/>
    <w:basedOn w:val="Fontdeparagrafimplicit"/>
    <w:link w:val="Corptext2"/>
    <w:uiPriority w:val="99"/>
    <w:rsid w:val="00AA1D8D"/>
  </w:style>
  <w:style w:type="paragraph" w:styleId="Corptext3">
    <w:name w:val="Body Text 3"/>
    <w:basedOn w:val="Normal"/>
    <w:link w:val="Corptext3Caracte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text3Caracter">
    <w:name w:val="Corp text 3 Caracter"/>
    <w:basedOn w:val="Fontdeparagrafimplicit"/>
    <w:link w:val="Corp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cumarcator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umarcator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umarcator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erotat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numerotat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numerotat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ar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ar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ar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macrocomand">
    <w:name w:val="macro"/>
    <w:link w:val="TextmacrocomandCaracte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crocomandCaracter">
    <w:name w:val="Text macrocomandă Caracter"/>
    <w:basedOn w:val="Fontdeparagrafimplicit"/>
    <w:link w:val="Textmacrocomand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aracter"/>
    <w:uiPriority w:val="29"/>
    <w:qFormat/>
    <w:rsid w:val="00FC693F"/>
    <w:rPr>
      <w:i/>
      <w:iCs/>
      <w:color w:val="000000" w:themeColor="text1"/>
    </w:rPr>
  </w:style>
  <w:style w:type="character" w:customStyle="1" w:styleId="CitatCaracter">
    <w:name w:val="Citat Caracter"/>
    <w:basedOn w:val="Fontdeparagrafimplicit"/>
    <w:link w:val="Citat"/>
    <w:uiPriority w:val="29"/>
    <w:rsid w:val="00FC693F"/>
    <w:rPr>
      <w:i/>
      <w:iCs/>
      <w:color w:val="000000" w:themeColor="text1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Robust">
    <w:name w:val="Strong"/>
    <w:basedOn w:val="Fontdeparagrafimplicit"/>
    <w:uiPriority w:val="22"/>
    <w:qFormat/>
    <w:rsid w:val="00FC693F"/>
    <w:rPr>
      <w:b/>
      <w:bCs/>
    </w:rPr>
  </w:style>
  <w:style w:type="character" w:styleId="Accentuat">
    <w:name w:val="Emphasis"/>
    <w:basedOn w:val="Fontdeparagrafimplicit"/>
    <w:uiPriority w:val="20"/>
    <w:qFormat/>
    <w:rsid w:val="00FC693F"/>
    <w:rPr>
      <w:i/>
      <w:iCs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FC693F"/>
    <w:rPr>
      <w:b/>
      <w:bCs/>
      <w:i/>
      <w:iCs/>
      <w:color w:val="4F81BD" w:themeColor="accent1"/>
    </w:rPr>
  </w:style>
  <w:style w:type="character" w:styleId="Accentuaresubtil">
    <w:name w:val="Subtle Emphasis"/>
    <w:basedOn w:val="Fontdeparagrafimplicit"/>
    <w:uiPriority w:val="19"/>
    <w:qFormat/>
    <w:rsid w:val="00FC693F"/>
    <w:rPr>
      <w:i/>
      <w:iCs/>
      <w:color w:val="808080" w:themeColor="text1" w:themeTint="7F"/>
    </w:rPr>
  </w:style>
  <w:style w:type="character" w:styleId="Accentuareintens">
    <w:name w:val="Intense Emphasis"/>
    <w:basedOn w:val="Fontdeparagrafimplicit"/>
    <w:uiPriority w:val="21"/>
    <w:qFormat/>
    <w:rsid w:val="00FC693F"/>
    <w:rPr>
      <w:b/>
      <w:bCs/>
      <w:i/>
      <w:iCs/>
      <w:color w:val="4F81BD" w:themeColor="accent1"/>
    </w:rPr>
  </w:style>
  <w:style w:type="character" w:styleId="Referiresubtil">
    <w:name w:val="Subtle Reference"/>
    <w:basedOn w:val="Fontdeparagrafimplicit"/>
    <w:uiPriority w:val="31"/>
    <w:qFormat/>
    <w:rsid w:val="00FC693F"/>
    <w:rPr>
      <w:smallCaps/>
      <w:color w:val="C0504D" w:themeColor="accent2"/>
      <w:u w:val="single"/>
    </w:rPr>
  </w:style>
  <w:style w:type="character" w:styleId="Referireintens">
    <w:name w:val="Intense Reference"/>
    <w:basedOn w:val="Fontdeparagrafimplici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lulcrii">
    <w:name w:val="Book Title"/>
    <w:basedOn w:val="Fontdeparagrafimplicit"/>
    <w:uiPriority w:val="33"/>
    <w:qFormat/>
    <w:rsid w:val="00FC693F"/>
    <w:rPr>
      <w:b/>
      <w:bCs/>
      <w:smallCaps/>
      <w:spacing w:val="5"/>
    </w:rPr>
  </w:style>
  <w:style w:type="paragraph" w:styleId="Titlucuprins">
    <w:name w:val="TOC Heading"/>
    <w:basedOn w:val="Titlu1"/>
    <w:next w:val="Normal"/>
    <w:uiPriority w:val="39"/>
    <w:semiHidden/>
    <w:unhideWhenUsed/>
    <w:qFormat/>
    <w:rsid w:val="00FC693F"/>
    <w:pPr>
      <w:outlineLvl w:val="9"/>
    </w:pPr>
  </w:style>
  <w:style w:type="table" w:styleId="Tabelgril">
    <w:name w:val="Table Grid"/>
    <w:basedOn w:val="Tabel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Umbriredeculoaredeschis">
    <w:name w:val="Light Shading"/>
    <w:basedOn w:val="Tabel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Umbriredeculoaredeschis-Accentuare1">
    <w:name w:val="Light Shading Accent 1"/>
    <w:basedOn w:val="Tabel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Umbriredeculoaredeschis-Accentuare2">
    <w:name w:val="Light Shading Accent 2"/>
    <w:basedOn w:val="Tabel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Umbriredeculoaredeschis-Accentuare3">
    <w:name w:val="Light Shading Accent 3"/>
    <w:basedOn w:val="Tabel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Umbriredeculoaredeschis-Accentuare4">
    <w:name w:val="Light Shading Accent 4"/>
    <w:basedOn w:val="Tabel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Umbriredeculoaredeschis-Accentuare5">
    <w:name w:val="Light Shading Accent 5"/>
    <w:basedOn w:val="Tabel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Umbriredeculoaredeschis-Accentuare6">
    <w:name w:val="Light Shading Accent 6"/>
    <w:basedOn w:val="Tabel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deculoaredeschis">
    <w:name w:val="Light List"/>
    <w:basedOn w:val="Tabel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deculoaredeschis-Accentuare1">
    <w:name w:val="Light List Accent 1"/>
    <w:basedOn w:val="Tabel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deculoaredeschis-Accentuare2">
    <w:name w:val="Light List Accent 2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deculoaredeschis-Accentuare3">
    <w:name w:val="Light List Accent 3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deculoaredeschis-Accentuare4">
    <w:name w:val="Light List Accent 4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deculoaredeschis-Accentuare5">
    <w:name w:val="Light List Accent 5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deculoaredeschis-Accentuare6">
    <w:name w:val="Light List Accent 6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deculoaredeschis">
    <w:name w:val="Light Grid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deculoaredeschis-Accentuare1">
    <w:name w:val="Light Grid Accent 1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deculoaredeschis-Accentuare2">
    <w:name w:val="Light Grid Accent 2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deculoaredeschis-Accentuare3">
    <w:name w:val="Light Grid Accent 3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deculoaredeschis-Accentuare4">
    <w:name w:val="Light Grid Accent 4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deculoaredeschis-Accentuare5">
    <w:name w:val="Light Grid Accent 5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deculoaredeschis-Accentuare6">
    <w:name w:val="Light Grid Accent 6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Umbriremedie1">
    <w:name w:val="Medium Shading 1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1">
    <w:name w:val="Medium Shading 1 Accent 1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2">
    <w:name w:val="Medium Shading 1 Accent 2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3">
    <w:name w:val="Medium Shading 1 Accent 3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4">
    <w:name w:val="Medium Shading 1 Accent 4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5">
    <w:name w:val="Medium Shading 1 Accent 5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6">
    <w:name w:val="Medium Shading 1 Accent 6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2">
    <w:name w:val="Medium Shading 2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1">
    <w:name w:val="Medium Shading 2 Accent 1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2">
    <w:name w:val="Medium Shading 2 Accent 2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3">
    <w:name w:val="Medium Shading 2 Accent 3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4">
    <w:name w:val="Medium Shading 2 Accent 4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5">
    <w:name w:val="Medium Shading 2 Accent 5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6">
    <w:name w:val="Medium Shading 2 Accent 6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medie1">
    <w:name w:val="Medium List 1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medie1-Accentuare1">
    <w:name w:val="Medium List 1 Accent 1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medie1-Accentuare2">
    <w:name w:val="Medium List 1 Accent 2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medie1-Accentuare3">
    <w:name w:val="Medium List 1 Accent 3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medie1-Accentuare4">
    <w:name w:val="Medium List 1 Accent 4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medie1-Accentuare5">
    <w:name w:val="Medium List 1 Accent 5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medie1-Accentuare6">
    <w:name w:val="Medium List 1 Accent 6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medie2">
    <w:name w:val="Medium List 2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1">
    <w:name w:val="Medium List 2 Accent 1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2">
    <w:name w:val="Medium List 2 Accent 2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3">
    <w:name w:val="Medium List 2 Accent 3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4">
    <w:name w:val="Medium List 2 Accent 4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5">
    <w:name w:val="Medium List 2 Accent 5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6">
    <w:name w:val="Medium List 2 Accent 6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medie1">
    <w:name w:val="Medium Grid 1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medie1-Accentuare1">
    <w:name w:val="Medium Grid 1 Accent 1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medie1-Accentuare2">
    <w:name w:val="Medium Grid 1 Accent 2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medie1-Accentuare3">
    <w:name w:val="Medium Grid 1 Accent 3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medie1-Accentuare4">
    <w:name w:val="Medium Grid 1 Accent 4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medie1-Accentuare5">
    <w:name w:val="Medium Grid 1 Accent 5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medie1-Accentuare6">
    <w:name w:val="Medium Grid 1 Accent 6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medie2">
    <w:name w:val="Medium Grid 2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1">
    <w:name w:val="Medium Grid 2 Accent 1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2">
    <w:name w:val="Medium Grid 2 Accent 2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3">
    <w:name w:val="Medium Grid 2 Accent 3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4">
    <w:name w:val="Medium Grid 2 Accent 4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5">
    <w:name w:val="Medium Grid 2 Accent 5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6">
    <w:name w:val="Medium Grid 2 Accent 6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3">
    <w:name w:val="Medium Grid 3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medie3-Accentuare1">
    <w:name w:val="Medium Grid 3 Accent 1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medie3-Accentuare2">
    <w:name w:val="Medium Grid 3 Accent 2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medie3-Accentuare3">
    <w:name w:val="Medium Grid 3 Accent 3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medie3-Accentuare4">
    <w:name w:val="Medium Grid 3 Accent 4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medie3-Accentuare5">
    <w:name w:val="Medium Grid 3 Accent 5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medie3-Accentuare6">
    <w:name w:val="Medium Grid 3 Accent 6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deculoarenchis">
    <w:name w:val="Dark List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deculoarenchis-Accentuare1">
    <w:name w:val="Dark List Accent 1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deculoarenchis-Accentuare2">
    <w:name w:val="Dark List Accent 2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deculoarenchis-Accentuare3">
    <w:name w:val="Dark List Accent 3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deculoarenchis-Accentuare4">
    <w:name w:val="Dark List Accent 4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deculoarenchis-Accentuare5">
    <w:name w:val="Dark List Accent 5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deculoarenchis-Accentuare6">
    <w:name w:val="Dark List Accent 6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Umbrirecolorat">
    <w:name w:val="Colorful Shading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1">
    <w:name w:val="Colorful Shading Accent 1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2">
    <w:name w:val="Colorful Shading Accent 2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3">
    <w:name w:val="Colorful Shading Accent 3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Umbrirecolorat-Accentuare4">
    <w:name w:val="Colorful Shading Accent 4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5">
    <w:name w:val="Colorful Shading Accent 5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6">
    <w:name w:val="Colorful Shading Accent 6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colorat">
    <w:name w:val="Colorful List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colorat-Accentuare1">
    <w:name w:val="Colorful List Accent 1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colorat-Accentuare2">
    <w:name w:val="Colorful List Accent 2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colorat-Accentuare3">
    <w:name w:val="Colorful List Accent 3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colorat-Accentuare4">
    <w:name w:val="Colorful List Accent 4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colorat-Accentuare5">
    <w:name w:val="Colorful List Accent 5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colorat-Accentuare6">
    <w:name w:val="Colorful List Accent 6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colorat">
    <w:name w:val="Colorful Grid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colorat-Accentuare1">
    <w:name w:val="Colorful Grid Accent 1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colorat-Accentuare2">
    <w:name w:val="Colorful Grid Accent 2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colorat-Accentuare3">
    <w:name w:val="Colorful Grid Accent 3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colorat-Accentuare4">
    <w:name w:val="Colorful Grid Accent 4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colorat-Accentuare5">
    <w:name w:val="Colorful Grid Accent 5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colorat-Accentuare6">
    <w:name w:val="Colorful Grid Accent 6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343</Words>
  <Characters>1957</Characters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2296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terms:created xsi:type="dcterms:W3CDTF">2013-12-23T23:15:00Z</dcterms:created>
  <dcterms:modified xsi:type="dcterms:W3CDTF">2026-08-24T14:31:00Z</dcterms:modified>
  <cp:category/>
</cp:coreProperties>
</file>