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3C7CA3" w14:paraId="40F2F2D4" w14:textId="77777777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5E23EE9E" w14:textId="77777777" w:rsidR="003C7CA3" w:rsidRDefault="003454F7">
            <w:pPr>
              <w:keepNext/>
              <w:jc w:val="center"/>
            </w:pPr>
            <w:r>
              <w:rPr>
                <w:i/>
                <w:color w:val="595959"/>
              </w:rPr>
              <w:t>siglă / stemă</w:t>
            </w:r>
          </w:p>
        </w:tc>
        <w:tc>
          <w:tcPr>
            <w:tcW w:w="8030" w:type="dxa"/>
            <w:gridSpan w:val="3"/>
            <w:shd w:val="clear" w:color="auto" w:fill="F0F0F0"/>
          </w:tcPr>
          <w:p w14:paraId="2386173D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6A3651F4" w14:textId="77777777" w:rsidR="003C7CA3" w:rsidRDefault="003C7CA3">
            <w:pPr>
              <w:keepNext/>
            </w:pPr>
          </w:p>
        </w:tc>
      </w:tr>
      <w:tr w:rsidR="003C7CA3" w14:paraId="037BC8CE" w14:textId="77777777">
        <w:trPr>
          <w:cantSplit/>
          <w:trHeight w:val="510"/>
        </w:trPr>
        <w:tc>
          <w:tcPr>
            <w:tcW w:w="1606" w:type="dxa"/>
            <w:vMerge/>
          </w:tcPr>
          <w:p w14:paraId="435A8C27" w14:textId="77777777" w:rsidR="003C7CA3" w:rsidRDefault="003C7CA3"/>
        </w:tc>
        <w:tc>
          <w:tcPr>
            <w:tcW w:w="8030" w:type="dxa"/>
            <w:gridSpan w:val="3"/>
            <w:shd w:val="clear" w:color="auto" w:fill="F0F0F0"/>
          </w:tcPr>
          <w:p w14:paraId="03BF858B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Autoritatea administrației publice</w:t>
            </w:r>
          </w:p>
          <w:p w14:paraId="6572E303" w14:textId="77777777" w:rsidR="003C7CA3" w:rsidRDefault="003C7CA3">
            <w:pPr>
              <w:keepNext/>
            </w:pPr>
          </w:p>
        </w:tc>
      </w:tr>
      <w:tr w:rsidR="003C7CA3" w14:paraId="78889A14" w14:textId="77777777">
        <w:trPr>
          <w:cantSplit/>
          <w:trHeight w:val="510"/>
        </w:trPr>
        <w:tc>
          <w:tcPr>
            <w:tcW w:w="1606" w:type="dxa"/>
            <w:vMerge/>
          </w:tcPr>
          <w:p w14:paraId="3ED32ABA" w14:textId="77777777" w:rsidR="003C7CA3" w:rsidRDefault="003C7CA3"/>
        </w:tc>
        <w:tc>
          <w:tcPr>
            <w:tcW w:w="2409" w:type="dxa"/>
            <w:shd w:val="clear" w:color="auto" w:fill="F0F0F0"/>
          </w:tcPr>
          <w:p w14:paraId="461AFBA2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b/>
                <w:color w:val="0D5F78"/>
                <w:lang w:val="fr-FR"/>
              </w:rPr>
              <w:t>Cod de identificare fiscală (CIF)</w:t>
            </w:r>
          </w:p>
          <w:p w14:paraId="14345C6E" w14:textId="77777777" w:rsidR="003C7CA3" w:rsidRPr="005B29C5" w:rsidRDefault="003C7CA3">
            <w:pPr>
              <w:keepNext/>
              <w:rPr>
                <w:lang w:val="fr-FR"/>
              </w:rPr>
            </w:pPr>
          </w:p>
        </w:tc>
        <w:tc>
          <w:tcPr>
            <w:tcW w:w="5621" w:type="dxa"/>
            <w:gridSpan w:val="2"/>
            <w:shd w:val="clear" w:color="auto" w:fill="F0F0F0"/>
          </w:tcPr>
          <w:p w14:paraId="37CAB4FD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Adresa oficială</w:t>
            </w:r>
          </w:p>
          <w:p w14:paraId="768E1D42" w14:textId="77777777" w:rsidR="003C7CA3" w:rsidRDefault="003454F7">
            <w:pPr>
              <w:keepNext/>
            </w:pPr>
            <w:r>
              <w:rPr>
                <w:i/>
                <w:color w:val="7A7A7A"/>
              </w:rPr>
              <w:t>sediul · telefon · e-mail</w:t>
            </w:r>
          </w:p>
          <w:p w14:paraId="45055487" w14:textId="77777777" w:rsidR="003C7CA3" w:rsidRDefault="003C7CA3">
            <w:pPr>
              <w:keepNext/>
            </w:pPr>
          </w:p>
        </w:tc>
      </w:tr>
      <w:tr w:rsidR="003C7CA3" w14:paraId="31594787" w14:textId="77777777">
        <w:trPr>
          <w:cantSplit/>
          <w:trHeight w:val="510"/>
        </w:trPr>
        <w:tc>
          <w:tcPr>
            <w:tcW w:w="1606" w:type="dxa"/>
            <w:vMerge/>
          </w:tcPr>
          <w:p w14:paraId="2B8BE5B5" w14:textId="77777777" w:rsidR="003C7CA3" w:rsidRDefault="003C7CA3"/>
        </w:tc>
        <w:tc>
          <w:tcPr>
            <w:tcW w:w="4818" w:type="dxa"/>
            <w:gridSpan w:val="2"/>
            <w:shd w:val="clear" w:color="auto" w:fill="F0F0F0"/>
          </w:tcPr>
          <w:p w14:paraId="30F80EB9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Număr de înregistrare</w:t>
            </w:r>
          </w:p>
          <w:p w14:paraId="37598B00" w14:textId="77777777" w:rsidR="003C7CA3" w:rsidRDefault="003C7CA3">
            <w:pPr>
              <w:keepNext/>
            </w:pPr>
          </w:p>
        </w:tc>
        <w:tc>
          <w:tcPr>
            <w:tcW w:w="3212" w:type="dxa"/>
            <w:shd w:val="clear" w:color="auto" w:fill="F0F0F0"/>
          </w:tcPr>
          <w:p w14:paraId="013656E5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Data</w:t>
            </w:r>
          </w:p>
          <w:p w14:paraId="1CB04524" w14:textId="77777777" w:rsidR="003C7CA3" w:rsidRDefault="003C7CA3">
            <w:pPr>
              <w:keepNext/>
            </w:pPr>
          </w:p>
        </w:tc>
      </w:tr>
      <w:tr w:rsidR="003C7CA3" w:rsidRPr="00F61A70" w14:paraId="7F34B3C7" w14:textId="77777777">
        <w:trPr>
          <w:cantSplit/>
        </w:trPr>
        <w:tc>
          <w:tcPr>
            <w:tcW w:w="9636" w:type="dxa"/>
            <w:gridSpan w:val="4"/>
            <w:shd w:val="clear" w:color="auto" w:fill="F0F0F0"/>
          </w:tcPr>
          <w:p w14:paraId="4919D607" w14:textId="77777777" w:rsidR="003C7CA3" w:rsidRPr="005B29C5" w:rsidRDefault="003454F7">
            <w:pPr>
              <w:rPr>
                <w:lang w:val="fr-FR"/>
              </w:rPr>
            </w:pPr>
            <w:r w:rsidRPr="005B29C5">
              <w:rPr>
                <w:i/>
                <w:color w:val="595959"/>
                <w:lang w:val="fr-FR"/>
              </w:rPr>
              <w:t xml:space="preserve"> </w:t>
            </w:r>
            <w:proofErr w:type="gramStart"/>
            <w:r w:rsidRPr="005B29C5">
              <w:rPr>
                <w:i/>
                <w:color w:val="595959"/>
                <w:lang w:val="fr-FR"/>
              </w:rPr>
              <w:t>se</w:t>
            </w:r>
            <w:proofErr w:type="gramEnd"/>
            <w:r w:rsidRPr="005B29C5">
              <w:rPr>
                <w:i/>
                <w:color w:val="595959"/>
                <w:lang w:val="fr-FR"/>
              </w:rPr>
              <w:t xml:space="preserve"> completează de autoritate — solicitantul nu scrie în această zonă</w:t>
            </w:r>
          </w:p>
        </w:tc>
      </w:tr>
    </w:tbl>
    <w:p w14:paraId="282B6870" w14:textId="77777777" w:rsidR="003C7CA3" w:rsidRPr="001531A5" w:rsidRDefault="003454F7" w:rsidP="00C32AB5">
      <w:pPr>
        <w:spacing w:before="140" w:after="40"/>
        <w:jc w:val="center"/>
        <w:rPr>
          <w:sz w:val="28"/>
          <w:szCs w:val="28"/>
          <w:lang w:val="fr-FR"/>
        </w:rPr>
      </w:pPr>
      <w:r w:rsidRPr="001531A5">
        <w:rPr>
          <w:b/>
          <w:sz w:val="28"/>
          <w:szCs w:val="28"/>
          <w:lang w:val="fr-FR"/>
        </w:rPr>
        <w:t>CERERE</w:t>
      </w:r>
    </w:p>
    <w:p w14:paraId="5B0DC5BF" w14:textId="77777777" w:rsidR="003C7CA3" w:rsidRDefault="003C7CA3">
      <w:pPr>
        <w:spacing w:after="60"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3C7CA3" w14:paraId="472EA448" w14:textId="77777777">
        <w:trPr>
          <w:cantSplit/>
        </w:trPr>
        <w:tc>
          <w:tcPr>
            <w:tcW w:w="9636" w:type="dxa"/>
            <w:shd w:val="clear" w:color="auto" w:fill="F4F4F4"/>
          </w:tcPr>
          <w:p w14:paraId="3A681D09" w14:textId="77777777" w:rsidR="003C7CA3" w:rsidRDefault="003454F7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3C7CA3" w:rsidRPr="00F61A70" w14:paraId="00DF9E39" w14:textId="77777777">
        <w:trPr>
          <w:cantSplit/>
          <w:trHeight w:val="510"/>
        </w:trPr>
        <w:tc>
          <w:tcPr>
            <w:tcW w:w="9636" w:type="dxa"/>
          </w:tcPr>
          <w:p w14:paraId="636138F8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b/>
                <w:color w:val="0D5F78"/>
                <w:lang w:val="fr-FR"/>
              </w:rPr>
              <w:t>Instituția</w:t>
            </w:r>
          </w:p>
          <w:p w14:paraId="23D361A1" w14:textId="77777777" w:rsidR="003C7CA3" w:rsidRPr="005B29C5" w:rsidRDefault="003454F7">
            <w:pPr>
              <w:keepNext/>
              <w:rPr>
                <w:lang w:val="fr-FR"/>
              </w:rPr>
            </w:pPr>
            <w:proofErr w:type="gramStart"/>
            <w:r w:rsidRPr="005B29C5">
              <w:rPr>
                <w:i/>
                <w:color w:val="7A7A7A"/>
                <w:lang w:val="fr-FR"/>
              </w:rPr>
              <w:t>primăria</w:t>
            </w:r>
            <w:proofErr w:type="gramEnd"/>
            <w:r w:rsidRPr="005B29C5">
              <w:rPr>
                <w:i/>
                <w:color w:val="7A7A7A"/>
                <w:lang w:val="fr-FR"/>
              </w:rPr>
              <w:t xml:space="preserve"> municipiului / orașului / comunei · primăria de sector · consiliul județean</w:t>
            </w:r>
          </w:p>
          <w:p w14:paraId="7F5527AA" w14:textId="77777777" w:rsidR="003C7CA3" w:rsidRPr="005B29C5" w:rsidRDefault="003C7CA3">
            <w:pPr>
              <w:keepNext/>
              <w:rPr>
                <w:lang w:val="fr-FR"/>
              </w:rPr>
            </w:pPr>
          </w:p>
        </w:tc>
      </w:tr>
      <w:tr w:rsidR="003C7CA3" w:rsidRPr="00F61A70" w14:paraId="3F0255BC" w14:textId="77777777">
        <w:trPr>
          <w:cantSplit/>
        </w:trPr>
        <w:tc>
          <w:tcPr>
            <w:tcW w:w="9636" w:type="dxa"/>
            <w:shd w:val="clear" w:color="auto" w:fill="F4F4F4"/>
          </w:tcPr>
          <w:p w14:paraId="1DC58EC1" w14:textId="77777777" w:rsidR="003C7CA3" w:rsidRPr="005B29C5" w:rsidRDefault="003454F7">
            <w:pPr>
              <w:spacing w:line="228" w:lineRule="auto"/>
              <w:rPr>
                <w:lang w:val="fr-FR"/>
              </w:rPr>
            </w:pPr>
            <w:r w:rsidRPr="005B29C5">
              <w:rPr>
                <w:lang w:val="fr-FR"/>
              </w:rPr>
              <w:t xml:space="preserve">Cererea va fi transmisă către președintele consiliului județean, </w:t>
            </w:r>
            <w:r w:rsidRPr="005B29C5">
              <w:rPr>
                <w:lang w:val="fr-FR"/>
              </w:rPr>
              <w:t>primarul general, primarul de sector sau primarul municipiului / orașului / comunei, după caz.</w:t>
            </w:r>
          </w:p>
        </w:tc>
      </w:tr>
    </w:tbl>
    <w:p w14:paraId="579FE78C" w14:textId="77777777" w:rsidR="003C7CA3" w:rsidRPr="005B29C5" w:rsidRDefault="003C7CA3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3C7CA3" w14:paraId="30A794B1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C82CAB7" w14:textId="77777777" w:rsidR="003C7CA3" w:rsidRDefault="003454F7">
            <w:pPr>
              <w:keepNext/>
            </w:pPr>
            <w:r w:rsidRPr="005B29C5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3C7CA3" w14:paraId="29428782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28000559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Nume și prenume</w:t>
            </w:r>
          </w:p>
          <w:p w14:paraId="23D9DFE8" w14:textId="77777777" w:rsidR="003C7CA3" w:rsidRDefault="003C7CA3">
            <w:pPr>
              <w:keepNext/>
            </w:pPr>
          </w:p>
        </w:tc>
        <w:tc>
          <w:tcPr>
            <w:tcW w:w="4015" w:type="dxa"/>
            <w:gridSpan w:val="3"/>
          </w:tcPr>
          <w:p w14:paraId="786F8013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68914CF7" w14:textId="77777777" w:rsidR="003C7CA3" w:rsidRDefault="003C7CA3">
            <w:pPr>
              <w:keepNext/>
            </w:pPr>
          </w:p>
        </w:tc>
      </w:tr>
      <w:tr w:rsidR="003C7CA3" w14:paraId="7BDDBA2B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78554FA7" w14:textId="77777777" w:rsidR="003C7CA3" w:rsidRDefault="003454F7">
            <w:pPr>
              <w:keepNext/>
            </w:pPr>
            <w:r>
              <w:rPr>
                <w:sz w:val="16"/>
              </w:rPr>
              <w:t xml:space="preserve"> Act de identitate</w:t>
            </w:r>
          </w:p>
        </w:tc>
      </w:tr>
      <w:tr w:rsidR="003C7CA3" w14:paraId="3BB88CF2" w14:textId="77777777">
        <w:trPr>
          <w:cantSplit/>
          <w:trHeight w:val="510"/>
        </w:trPr>
        <w:tc>
          <w:tcPr>
            <w:tcW w:w="1606" w:type="dxa"/>
          </w:tcPr>
          <w:p w14:paraId="043BF13F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0AA2A77A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1CFF9F88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Numărul</w:t>
            </w:r>
          </w:p>
          <w:p w14:paraId="1597DE54" w14:textId="77777777" w:rsidR="003C7CA3" w:rsidRDefault="003C7CA3">
            <w:pPr>
              <w:keepNext/>
            </w:pPr>
          </w:p>
        </w:tc>
        <w:tc>
          <w:tcPr>
            <w:tcW w:w="4818" w:type="dxa"/>
            <w:gridSpan w:val="5"/>
          </w:tcPr>
          <w:p w14:paraId="7E38FFA6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Eliberat de</w:t>
            </w:r>
          </w:p>
          <w:p w14:paraId="6BB479EA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05B5F488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3072B5E3" w14:textId="77777777" w:rsidR="003C7CA3" w:rsidRDefault="003C7CA3">
            <w:pPr>
              <w:keepNext/>
            </w:pPr>
          </w:p>
        </w:tc>
      </w:tr>
      <w:tr w:rsidR="003C7CA3" w14:paraId="5F34DFE7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320404B2" w14:textId="77777777" w:rsidR="003C7CA3" w:rsidRDefault="003454F7">
            <w:pPr>
              <w:keepNext/>
            </w:pPr>
            <w:r>
              <w:rPr>
                <w:sz w:val="16"/>
              </w:rPr>
              <w:t xml:space="preserve"> Domiciliul</w:t>
            </w:r>
          </w:p>
        </w:tc>
      </w:tr>
      <w:tr w:rsidR="003C7CA3" w14:paraId="5559BD49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0A7E8673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32F8A1FA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4"/>
          </w:tcPr>
          <w:p w14:paraId="076AB024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Municipiul / orașul / comuna</w:t>
            </w:r>
          </w:p>
          <w:p w14:paraId="22F41106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2"/>
          </w:tcPr>
          <w:p w14:paraId="083DD2A6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Satul /</w:t>
            </w:r>
            <w:r>
              <w:rPr>
                <w:b/>
                <w:color w:val="0D5F78"/>
              </w:rPr>
              <w:t xml:space="preserve"> sectorul</w:t>
            </w:r>
          </w:p>
          <w:p w14:paraId="46C6D803" w14:textId="77777777" w:rsidR="003C7CA3" w:rsidRDefault="003C7CA3">
            <w:pPr>
              <w:keepNext/>
            </w:pPr>
          </w:p>
        </w:tc>
      </w:tr>
      <w:tr w:rsidR="003C7CA3" w14:paraId="50FF5E1E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6EBF7D52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4337B0E5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4A8A0FA4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2D86E73D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2B61CEC7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624663EF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4174B824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35C921A2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001C148E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504D30C0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3C541330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0070EDB6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075C075C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Ț</w:t>
            </w:r>
            <w:r>
              <w:rPr>
                <w:b/>
                <w:color w:val="0D5F78"/>
              </w:rPr>
              <w:t>ara</w:t>
            </w:r>
          </w:p>
          <w:p w14:paraId="7092F64A" w14:textId="77777777" w:rsidR="003C7CA3" w:rsidRDefault="003C7CA3">
            <w:pPr>
              <w:keepNext/>
            </w:pPr>
          </w:p>
        </w:tc>
      </w:tr>
      <w:tr w:rsidR="003C7CA3" w14:paraId="49F94177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6FCA966A" w14:textId="77777777" w:rsidR="003C7CA3" w:rsidRDefault="003454F7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3C7CA3" w14:paraId="692FAC07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7A514DDD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Telefon / fax</w:t>
            </w:r>
          </w:p>
          <w:p w14:paraId="1C251D1C" w14:textId="77777777" w:rsidR="003C7CA3" w:rsidRDefault="003C7CA3">
            <w:pPr>
              <w:keepNext/>
            </w:pPr>
          </w:p>
        </w:tc>
        <w:tc>
          <w:tcPr>
            <w:tcW w:w="5621" w:type="dxa"/>
            <w:gridSpan w:val="5"/>
          </w:tcPr>
          <w:p w14:paraId="56DA7E88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E-mail</w:t>
            </w:r>
          </w:p>
          <w:p w14:paraId="17350C90" w14:textId="77777777" w:rsidR="003C7CA3" w:rsidRDefault="003C7CA3">
            <w:pPr>
              <w:keepNext/>
            </w:pPr>
          </w:p>
        </w:tc>
      </w:tr>
      <w:tr w:rsidR="003C7CA3" w14:paraId="201FC873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64E77FD4" w14:textId="77777777" w:rsidR="003C7CA3" w:rsidRDefault="003454F7">
            <w:pPr>
              <w:keepNext/>
            </w:pPr>
            <w:r>
              <w:rPr>
                <w:sz w:val="16"/>
              </w:rPr>
              <w:t xml:space="preserve"> Reprezentare</w:t>
            </w:r>
          </w:p>
        </w:tc>
      </w:tr>
      <w:tr w:rsidR="003C7CA3" w14:paraId="1C66AA69" w14:textId="77777777">
        <w:trPr>
          <w:cantSplit/>
          <w:trHeight w:val="510"/>
        </w:trPr>
        <w:tc>
          <w:tcPr>
            <w:tcW w:w="6424" w:type="dxa"/>
            <w:gridSpan w:val="6"/>
          </w:tcPr>
          <w:p w14:paraId="7E59B4D9" w14:textId="77777777" w:rsidR="003C7CA3" w:rsidRDefault="003454F7">
            <w:r>
              <w:rPr>
                <w:b/>
                <w:color w:val="0D5F78"/>
              </w:rPr>
              <w:t>În calitate de reprezentant al</w:t>
            </w:r>
          </w:p>
          <w:p w14:paraId="527BD733" w14:textId="77777777" w:rsidR="003C7CA3" w:rsidRDefault="003C7CA3"/>
        </w:tc>
        <w:tc>
          <w:tcPr>
            <w:tcW w:w="3212" w:type="dxa"/>
            <w:gridSpan w:val="2"/>
          </w:tcPr>
          <w:p w14:paraId="73FBAECB" w14:textId="77777777" w:rsidR="003C7CA3" w:rsidRDefault="003454F7">
            <w:r>
              <w:rPr>
                <w:b/>
                <w:color w:val="0D5F78"/>
              </w:rPr>
              <w:t>CUI / CIF</w:t>
            </w:r>
          </w:p>
          <w:p w14:paraId="196D97D6" w14:textId="77777777" w:rsidR="003C7CA3" w:rsidRDefault="003C7CA3"/>
        </w:tc>
      </w:tr>
    </w:tbl>
    <w:p w14:paraId="29A4446E" w14:textId="77777777" w:rsidR="003C7CA3" w:rsidRDefault="003C7CA3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3C7CA3" w14:paraId="000CB846" w14:textId="77777777">
        <w:trPr>
          <w:cantSplit/>
        </w:trPr>
        <w:tc>
          <w:tcPr>
            <w:tcW w:w="9636" w:type="dxa"/>
            <w:shd w:val="clear" w:color="auto" w:fill="F4F4F4"/>
          </w:tcPr>
          <w:p w14:paraId="1DE1F1FA" w14:textId="77777777" w:rsidR="003C7CA3" w:rsidRDefault="003454F7">
            <w:pPr>
              <w:keepNext/>
            </w:pPr>
            <w:r>
              <w:rPr>
                <w:b/>
                <w:sz w:val="16"/>
              </w:rPr>
              <w:t xml:space="preserve"> 3. </w:t>
            </w:r>
            <w:r>
              <w:rPr>
                <w:b/>
                <w:color w:val="000000"/>
                <w:sz w:val="18"/>
              </w:rPr>
              <w:t>TITULAR AL</w:t>
            </w:r>
          </w:p>
        </w:tc>
      </w:tr>
      <w:tr w:rsidR="003C7CA3" w14:paraId="1A6AF421" w14:textId="77777777">
        <w:trPr>
          <w:cantSplit/>
        </w:trPr>
        <w:tc>
          <w:tcPr>
            <w:tcW w:w="9636" w:type="dxa"/>
          </w:tcPr>
          <w:p w14:paraId="03060E9B" w14:textId="452CA9AA" w:rsidR="003C7CA3" w:rsidRDefault="003454F7">
            <w:r>
              <w:rPr>
                <w:sz w:val="16"/>
              </w:rPr>
              <w:t xml:space="preserve"> ☐ dreptului de proprietate asupra imobilului     ☐ unui alt drept real corespunzător proprietății publice     ☐ dreptului de creanță     ☐ unui alt drept potrivit art. 248 alin. (2)</w:t>
            </w:r>
            <w:r w:rsidR="00C32AB5">
              <w:rPr>
                <w:sz w:val="16"/>
              </w:rPr>
              <w:t xml:space="preserve"> din Legea nr.169/2026</w:t>
            </w:r>
          </w:p>
        </w:tc>
      </w:tr>
    </w:tbl>
    <w:p w14:paraId="14245061" w14:textId="77777777" w:rsidR="003C7CA3" w:rsidRDefault="003C7CA3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4818"/>
        <w:gridCol w:w="4818"/>
      </w:tblGrid>
      <w:tr w:rsidR="005B29C5" w14:paraId="1087A62F" w14:textId="77777777" w:rsidTr="00303E64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3B2188BE" w14:textId="180A9649" w:rsidR="005B29C5" w:rsidRDefault="005B29C5" w:rsidP="00303E64">
            <w:pPr>
              <w:keepNext/>
            </w:pPr>
            <w:r>
              <w:rPr>
                <w:b/>
                <w:sz w:val="16"/>
              </w:rPr>
              <w:t xml:space="preserve">4. </w:t>
            </w:r>
            <w:r>
              <w:rPr>
                <w:b/>
                <w:color w:val="000000"/>
                <w:sz w:val="18"/>
              </w:rPr>
              <w:t>TITULAR AL</w:t>
            </w:r>
          </w:p>
        </w:tc>
      </w:tr>
      <w:tr w:rsidR="005B29C5" w14:paraId="5D544392" w14:textId="77777777" w:rsidTr="00C47FA7">
        <w:trPr>
          <w:cantSplit/>
        </w:trPr>
        <w:tc>
          <w:tcPr>
            <w:tcW w:w="4818" w:type="dxa"/>
          </w:tcPr>
          <w:p w14:paraId="17241E11" w14:textId="07386F21" w:rsidR="005B29C5" w:rsidRPr="005B29C5" w:rsidRDefault="005B29C5" w:rsidP="005B29C5">
            <w:pPr>
              <w:rPr>
                <w:lang w:val="fr-FR"/>
              </w:rPr>
            </w:pPr>
            <w:r>
              <w:rPr>
                <w:b/>
                <w:color w:val="0D5F78"/>
                <w:lang w:val="fr-FR"/>
              </w:rPr>
              <w:t>C</w:t>
            </w:r>
            <w:r w:rsidRPr="005B29C5">
              <w:rPr>
                <w:b/>
                <w:color w:val="0D5F78"/>
                <w:lang w:val="fr-FR"/>
              </w:rPr>
              <w:t>ertificatului de urbanism nr. / data</w:t>
            </w:r>
          </w:p>
          <w:p w14:paraId="1B8AD45C" w14:textId="77777777" w:rsidR="005B29C5" w:rsidRDefault="005B29C5" w:rsidP="005B29C5"/>
        </w:tc>
        <w:tc>
          <w:tcPr>
            <w:tcW w:w="4818" w:type="dxa"/>
          </w:tcPr>
          <w:p w14:paraId="5FA2231A" w14:textId="77777777" w:rsidR="005B29C5" w:rsidRDefault="005B29C5" w:rsidP="005B29C5">
            <w:r>
              <w:rPr>
                <w:b/>
                <w:color w:val="0D5F78"/>
              </w:rPr>
              <w:t>emis de</w:t>
            </w:r>
          </w:p>
          <w:p w14:paraId="3EFF25A7" w14:textId="79FDE017" w:rsidR="005B29C5" w:rsidRDefault="005B29C5" w:rsidP="005B29C5"/>
        </w:tc>
      </w:tr>
    </w:tbl>
    <w:p w14:paraId="24ABCC7F" w14:textId="77777777" w:rsidR="001531A5" w:rsidRDefault="00C32AB5" w:rsidP="00C32AB5">
      <w:pPr>
        <w:spacing w:before="80" w:after="60"/>
        <w:jc w:val="center"/>
        <w:rPr>
          <w:sz w:val="18"/>
        </w:rPr>
      </w:pPr>
      <w:r>
        <w:rPr>
          <w:sz w:val="18"/>
        </w:rPr>
        <w:t xml:space="preserve">în conformitate cu prevederile Legii nr. 169/2026 privind Codul amenajării teritoriului, urbanismului și construcțiilor, </w:t>
      </w:r>
    </w:p>
    <w:p w14:paraId="1474EB1C" w14:textId="7A9E4436" w:rsidR="00C32AB5" w:rsidRPr="00C32AB5" w:rsidRDefault="00C32AB5" w:rsidP="00C32AB5">
      <w:pPr>
        <w:spacing w:before="80" w:after="60"/>
        <w:jc w:val="center"/>
        <w:rPr>
          <w:sz w:val="18"/>
        </w:rPr>
      </w:pPr>
      <w:r>
        <w:rPr>
          <w:sz w:val="18"/>
        </w:rPr>
        <w:t>solicit emiterea</w:t>
      </w:r>
    </w:p>
    <w:p w14:paraId="025957C7" w14:textId="77777777" w:rsidR="001531A5" w:rsidRDefault="00C32AB5" w:rsidP="00C32AB5">
      <w:pPr>
        <w:spacing w:after="160"/>
        <w:jc w:val="center"/>
        <w:rPr>
          <w:b/>
          <w:sz w:val="20"/>
        </w:rPr>
      </w:pPr>
      <w:r>
        <w:rPr>
          <w:b/>
          <w:sz w:val="20"/>
        </w:rPr>
        <w:t xml:space="preserve">Autorizației de ☐ construire / ☐ desființare </w:t>
      </w:r>
    </w:p>
    <w:p w14:paraId="646C5D13" w14:textId="6DD0E7CB" w:rsidR="00C32AB5" w:rsidRPr="00C32AB5" w:rsidRDefault="00C32AB5" w:rsidP="00C32AB5">
      <w:pPr>
        <w:spacing w:after="160"/>
        <w:jc w:val="center"/>
        <w:rPr>
          <w:b/>
          <w:sz w:val="20"/>
        </w:rPr>
      </w:pPr>
      <w:r>
        <w:rPr>
          <w:b/>
          <w:sz w:val="20"/>
        </w:rPr>
        <w:t>☐ clădiri și amenjări / ☐ lucrări inginerești / ☐ construcții speciale</w:t>
      </w:r>
    </w:p>
    <w:p w14:paraId="76839621" w14:textId="77777777" w:rsidR="00C32AB5" w:rsidRDefault="00C32AB5" w:rsidP="00C32AB5">
      <w:pPr>
        <w:spacing w:after="160"/>
        <w:jc w:val="center"/>
      </w:pPr>
      <w:r>
        <w:rPr>
          <w:sz w:val="20"/>
        </w:rPr>
        <w:t xml:space="preserve">precum și a </w:t>
      </w:r>
      <w:r>
        <w:rPr>
          <w:b/>
          <w:sz w:val="20"/>
        </w:rPr>
        <w:t xml:space="preserve">☐ Autorizației de amenajare </w:t>
      </w:r>
      <w:proofErr w:type="gramStart"/>
      <w:r>
        <w:rPr>
          <w:b/>
          <w:sz w:val="20"/>
        </w:rPr>
        <w:t>a</w:t>
      </w:r>
      <w:proofErr w:type="gramEnd"/>
      <w:r>
        <w:rPr>
          <w:b/>
          <w:sz w:val="20"/>
        </w:rPr>
        <w:t xml:space="preserve"> organizării execuției</w:t>
      </w:r>
      <w:r>
        <w:rPr>
          <w:b/>
          <w:sz w:val="20"/>
        </w:rPr>
        <w:br/>
      </w: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C32AB5" w:rsidRPr="00F61A70" w14:paraId="35B98EF6" w14:textId="77777777" w:rsidTr="00303E64">
        <w:trPr>
          <w:cantSplit/>
        </w:trPr>
        <w:tc>
          <w:tcPr>
            <w:tcW w:w="9636" w:type="dxa"/>
            <w:shd w:val="clear" w:color="auto" w:fill="F4F4F4"/>
          </w:tcPr>
          <w:p w14:paraId="312363D4" w14:textId="2BBF1D99" w:rsidR="00C32AB5" w:rsidRPr="005B29C5" w:rsidRDefault="00C32AB5" w:rsidP="00303E64">
            <w:pPr>
              <w:keepNext/>
              <w:rPr>
                <w:lang w:val="fr-FR"/>
              </w:rPr>
            </w:pPr>
            <w:r>
              <w:rPr>
                <w:b/>
                <w:sz w:val="16"/>
                <w:lang w:val="fr-FR"/>
              </w:rPr>
              <w:t>5</w:t>
            </w:r>
            <w:r w:rsidRPr="005B29C5">
              <w:rPr>
                <w:b/>
                <w:sz w:val="16"/>
                <w:lang w:val="fr-FR"/>
              </w:rPr>
              <w:t xml:space="preserve">. </w:t>
            </w:r>
            <w:r w:rsidRPr="005B29C5">
              <w:rPr>
                <w:b/>
                <w:sz w:val="18"/>
                <w:szCs w:val="18"/>
                <w:lang w:val="fr-FR"/>
              </w:rPr>
              <w:t>ÎN SCOPUL REALIZĂRII</w:t>
            </w:r>
            <w:r w:rsidRPr="005B29C5">
              <w:rPr>
                <w:b/>
                <w:sz w:val="16"/>
                <w:lang w:val="fr-FR"/>
              </w:rPr>
              <w:t xml:space="preserve"> </w:t>
            </w:r>
            <w:proofErr w:type="gramStart"/>
            <w:r w:rsidRPr="005B29C5">
              <w:rPr>
                <w:b/>
                <w:color w:val="000000"/>
                <w:sz w:val="18"/>
                <w:lang w:val="fr-FR"/>
              </w:rPr>
              <w:t>OBIECTIVUL</w:t>
            </w:r>
            <w:r>
              <w:rPr>
                <w:b/>
                <w:color w:val="000000"/>
                <w:sz w:val="18"/>
                <w:lang w:val="fr-FR"/>
              </w:rPr>
              <w:t xml:space="preserve">UI  </w:t>
            </w:r>
            <w:r w:rsidRPr="005B29C5">
              <w:rPr>
                <w:b/>
                <w:color w:val="000000"/>
                <w:sz w:val="18"/>
                <w:lang w:val="fr-FR"/>
              </w:rPr>
              <w:t>/</w:t>
            </w:r>
            <w:proofErr w:type="gramEnd"/>
            <w:r>
              <w:rPr>
                <w:b/>
                <w:color w:val="000000"/>
                <w:sz w:val="18"/>
                <w:lang w:val="fr-FR"/>
              </w:rPr>
              <w:t xml:space="preserve"> </w:t>
            </w:r>
            <w:r w:rsidRPr="005B29C5">
              <w:rPr>
                <w:b/>
                <w:color w:val="000000"/>
                <w:sz w:val="18"/>
                <w:lang w:val="fr-FR"/>
              </w:rPr>
              <w:t>OBIECTULUI  DE INVESTIȚII</w:t>
            </w:r>
          </w:p>
        </w:tc>
      </w:tr>
      <w:tr w:rsidR="00C32AB5" w14:paraId="7C44D6E1" w14:textId="77777777" w:rsidTr="00303E64">
        <w:trPr>
          <w:cantSplit/>
        </w:trPr>
        <w:tc>
          <w:tcPr>
            <w:tcW w:w="9636" w:type="dxa"/>
            <w:shd w:val="clear" w:color="auto" w:fill="F4F4F4"/>
          </w:tcPr>
          <w:p w14:paraId="2AAE5021" w14:textId="56EF46F8" w:rsidR="00C32AB5" w:rsidRDefault="00C32AB5" w:rsidP="00303E64">
            <w:pPr>
              <w:keepNext/>
              <w:spacing w:line="228" w:lineRule="auto"/>
            </w:pPr>
            <w:r>
              <w:t xml:space="preserve">include </w:t>
            </w:r>
            <w:r w:rsidR="001531A5">
              <w:t xml:space="preserve">cel puțin </w:t>
            </w:r>
            <w:r>
              <w:t>funcțiunea principală și secundare</w:t>
            </w:r>
          </w:p>
        </w:tc>
      </w:tr>
      <w:tr w:rsidR="00C32AB5" w14:paraId="5552796F" w14:textId="77777777" w:rsidTr="00303E64">
        <w:trPr>
          <w:cantSplit/>
        </w:trPr>
        <w:tc>
          <w:tcPr>
            <w:tcW w:w="9636" w:type="dxa"/>
          </w:tcPr>
          <w:p w14:paraId="77F46E38" w14:textId="77777777" w:rsidR="00C32AB5" w:rsidRDefault="00C32AB5" w:rsidP="00303E64">
            <w:pPr>
              <w:keepNext/>
              <w:pBdr>
                <w:bottom w:val="dotted" w:sz="6" w:space="0" w:color="999999"/>
              </w:pBdr>
              <w:spacing w:after="80"/>
            </w:pPr>
          </w:p>
          <w:p w14:paraId="77355D8A" w14:textId="77777777" w:rsidR="00C32AB5" w:rsidRDefault="00C32AB5" w:rsidP="00303E64">
            <w:pPr>
              <w:keepNext/>
              <w:pBdr>
                <w:bottom w:val="dotted" w:sz="6" w:space="0" w:color="999999"/>
              </w:pBdr>
              <w:spacing w:after="80"/>
            </w:pPr>
          </w:p>
        </w:tc>
      </w:tr>
    </w:tbl>
    <w:p w14:paraId="2E66493B" w14:textId="40165133" w:rsidR="003C7CA3" w:rsidRDefault="003C7CA3"/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3212"/>
        <w:gridCol w:w="803"/>
        <w:gridCol w:w="803"/>
        <w:gridCol w:w="803"/>
        <w:gridCol w:w="803"/>
        <w:gridCol w:w="1606"/>
        <w:gridCol w:w="1606"/>
      </w:tblGrid>
      <w:tr w:rsidR="003C7CA3" w14:paraId="141F6558" w14:textId="77777777">
        <w:trPr>
          <w:cantSplit/>
        </w:trPr>
        <w:tc>
          <w:tcPr>
            <w:tcW w:w="9636" w:type="dxa"/>
            <w:gridSpan w:val="7"/>
            <w:shd w:val="clear" w:color="auto" w:fill="F4F4F4"/>
          </w:tcPr>
          <w:p w14:paraId="25143AC5" w14:textId="57ECE718" w:rsidR="003C7CA3" w:rsidRDefault="003454F7">
            <w:pPr>
              <w:keepNext/>
            </w:pPr>
            <w:r>
              <w:rPr>
                <w:b/>
                <w:sz w:val="16"/>
              </w:rPr>
              <w:t xml:space="preserve"> </w:t>
            </w:r>
            <w:r w:rsidR="00C32AB5">
              <w:rPr>
                <w:b/>
                <w:sz w:val="16"/>
              </w:rPr>
              <w:t>6</w:t>
            </w:r>
            <w:r>
              <w:rPr>
                <w:b/>
                <w:sz w:val="16"/>
              </w:rPr>
              <w:t xml:space="preserve">. </w:t>
            </w:r>
            <w:r>
              <w:rPr>
                <w:b/>
                <w:color w:val="000000"/>
                <w:sz w:val="18"/>
              </w:rPr>
              <w:t>IMOBIL / IMOBILE</w:t>
            </w:r>
          </w:p>
        </w:tc>
      </w:tr>
      <w:tr w:rsidR="003C7CA3" w:rsidRPr="00F61A70" w14:paraId="238DC723" w14:textId="77777777">
        <w:trPr>
          <w:cantSplit/>
        </w:trPr>
        <w:tc>
          <w:tcPr>
            <w:tcW w:w="9636" w:type="dxa"/>
            <w:gridSpan w:val="7"/>
            <w:shd w:val="clear" w:color="auto" w:fill="F4F4F4"/>
          </w:tcPr>
          <w:p w14:paraId="137FA947" w14:textId="77777777" w:rsidR="003C7CA3" w:rsidRPr="005B29C5" w:rsidRDefault="003454F7">
            <w:pPr>
              <w:keepNext/>
              <w:spacing w:line="228" w:lineRule="auto"/>
              <w:rPr>
                <w:lang w:val="fr-FR"/>
              </w:rPr>
            </w:pPr>
            <w:r w:rsidRPr="005B29C5">
              <w:rPr>
                <w:lang w:val="fr-FR"/>
              </w:rPr>
              <w:t xml:space="preserve">Pentru fiecare imobil </w:t>
            </w:r>
            <w:r w:rsidRPr="005B29C5">
              <w:rPr>
                <w:lang w:val="fr-FR"/>
              </w:rPr>
              <w:t xml:space="preserve">se completează obligatoriu câte o anexă </w:t>
            </w:r>
            <w:proofErr w:type="gramStart"/>
            <w:r w:rsidRPr="005B29C5">
              <w:rPr>
                <w:lang w:val="fr-FR"/>
              </w:rPr>
              <w:t>tehnică;</w:t>
            </w:r>
            <w:proofErr w:type="gramEnd"/>
            <w:r w:rsidRPr="005B29C5">
              <w:rPr>
                <w:lang w:val="fr-FR"/>
              </w:rPr>
              <w:t xml:space="preserve"> celelalte imobile se înscriu în anexa de imobile.</w:t>
            </w:r>
          </w:p>
        </w:tc>
      </w:tr>
      <w:tr w:rsidR="003C7CA3" w14:paraId="2A794A33" w14:textId="77777777">
        <w:trPr>
          <w:cantSplit/>
        </w:trPr>
        <w:tc>
          <w:tcPr>
            <w:tcW w:w="9636" w:type="dxa"/>
            <w:gridSpan w:val="7"/>
            <w:shd w:val="clear" w:color="auto" w:fill="F4F4F4"/>
          </w:tcPr>
          <w:p w14:paraId="111D41FD" w14:textId="77777777" w:rsidR="003C7CA3" w:rsidRDefault="003454F7">
            <w:pPr>
              <w:keepNext/>
            </w:pPr>
            <w:r w:rsidRPr="005B29C5">
              <w:rPr>
                <w:sz w:val="16"/>
                <w:lang w:val="fr-FR"/>
              </w:rPr>
              <w:t xml:space="preserve"> </w:t>
            </w:r>
            <w:r>
              <w:rPr>
                <w:sz w:val="16"/>
              </w:rPr>
              <w:t>Imobil 1</w:t>
            </w:r>
          </w:p>
        </w:tc>
      </w:tr>
      <w:tr w:rsidR="003C7CA3" w14:paraId="29520B4E" w14:textId="77777777">
        <w:trPr>
          <w:cantSplit/>
          <w:trHeight w:val="510"/>
        </w:trPr>
        <w:tc>
          <w:tcPr>
            <w:tcW w:w="3212" w:type="dxa"/>
          </w:tcPr>
          <w:p w14:paraId="0A203E5A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Tip imobil</w:t>
            </w:r>
          </w:p>
          <w:p w14:paraId="1204C28A" w14:textId="77777777" w:rsidR="003C7CA3" w:rsidRDefault="003454F7">
            <w:pPr>
              <w:keepNext/>
            </w:pPr>
            <w:r>
              <w:rPr>
                <w:sz w:val="16"/>
              </w:rPr>
              <w:t>☐</w:t>
            </w:r>
            <w:r>
              <w:rPr>
                <w:sz w:val="16"/>
              </w:rPr>
              <w:t xml:space="preserve"> teren     ☐ construcții</w:t>
            </w:r>
          </w:p>
        </w:tc>
        <w:tc>
          <w:tcPr>
            <w:tcW w:w="3212" w:type="dxa"/>
            <w:gridSpan w:val="4"/>
          </w:tcPr>
          <w:p w14:paraId="5BA7D251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Număr cadastral</w:t>
            </w:r>
          </w:p>
          <w:p w14:paraId="503C5161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2"/>
          </w:tcPr>
          <w:p w14:paraId="350ADBEB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Carte funciară nr.</w:t>
            </w:r>
          </w:p>
          <w:p w14:paraId="7CA38C80" w14:textId="77777777" w:rsidR="003C7CA3" w:rsidRDefault="003C7CA3">
            <w:pPr>
              <w:keepNext/>
            </w:pPr>
          </w:p>
        </w:tc>
      </w:tr>
      <w:tr w:rsidR="003C7CA3" w14:paraId="108AC1B7" w14:textId="77777777">
        <w:trPr>
          <w:cantSplit/>
          <w:trHeight w:val="510"/>
        </w:trPr>
        <w:tc>
          <w:tcPr>
            <w:tcW w:w="3212" w:type="dxa"/>
          </w:tcPr>
          <w:p w14:paraId="4B886C1A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4BA80733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4"/>
          </w:tcPr>
          <w:p w14:paraId="0828FCA2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Municipiul / orașul / comuna</w:t>
            </w:r>
          </w:p>
          <w:p w14:paraId="277082CF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2"/>
          </w:tcPr>
          <w:p w14:paraId="2256FC45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Satul / sectorul</w:t>
            </w:r>
          </w:p>
          <w:p w14:paraId="7E1897F6" w14:textId="77777777" w:rsidR="003C7CA3" w:rsidRDefault="003C7CA3">
            <w:pPr>
              <w:keepNext/>
            </w:pPr>
          </w:p>
        </w:tc>
      </w:tr>
      <w:tr w:rsidR="003C7CA3" w14:paraId="12C6CF62" w14:textId="77777777">
        <w:trPr>
          <w:cantSplit/>
          <w:trHeight w:val="510"/>
        </w:trPr>
        <w:tc>
          <w:tcPr>
            <w:tcW w:w="3212" w:type="dxa"/>
          </w:tcPr>
          <w:p w14:paraId="36363B02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59829809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020F8915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290AAF1D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19ECC621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2B799B42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73460073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5F8C34EF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20D7AA17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0CA4F21A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2EE87656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27107F23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3EEA168A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Ț</w:t>
            </w:r>
            <w:r>
              <w:rPr>
                <w:b/>
                <w:color w:val="0D5F78"/>
              </w:rPr>
              <w:t>ara</w:t>
            </w:r>
          </w:p>
          <w:p w14:paraId="356F8825" w14:textId="77777777" w:rsidR="003C7CA3" w:rsidRDefault="003C7CA3">
            <w:pPr>
              <w:keepNext/>
            </w:pPr>
          </w:p>
        </w:tc>
      </w:tr>
    </w:tbl>
    <w:p w14:paraId="732043C2" w14:textId="77777777" w:rsidR="003C7CA3" w:rsidRDefault="003C7CA3">
      <w:pPr>
        <w:spacing w:line="168" w:lineRule="auto"/>
      </w:pPr>
    </w:p>
    <w:p w14:paraId="317B91B1" w14:textId="77777777" w:rsidR="003C7CA3" w:rsidRDefault="003C7CA3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3212"/>
        <w:gridCol w:w="803"/>
        <w:gridCol w:w="1606"/>
        <w:gridCol w:w="4015"/>
      </w:tblGrid>
      <w:tr w:rsidR="003C7CA3" w:rsidRPr="00F61A70" w14:paraId="11BAE663" w14:textId="77777777">
        <w:trPr>
          <w:cantSplit/>
        </w:trPr>
        <w:tc>
          <w:tcPr>
            <w:tcW w:w="9636" w:type="dxa"/>
            <w:gridSpan w:val="4"/>
            <w:shd w:val="clear" w:color="auto" w:fill="F4F4F4"/>
          </w:tcPr>
          <w:p w14:paraId="6C910006" w14:textId="71DC325D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b/>
                <w:sz w:val="16"/>
                <w:lang w:val="fr-FR"/>
              </w:rPr>
              <w:lastRenderedPageBreak/>
              <w:t xml:space="preserve"> </w:t>
            </w:r>
            <w:r w:rsidR="005B29C5">
              <w:rPr>
                <w:b/>
                <w:sz w:val="16"/>
                <w:lang w:val="fr-FR"/>
              </w:rPr>
              <w:t>7</w:t>
            </w:r>
            <w:r w:rsidRPr="005B29C5">
              <w:rPr>
                <w:b/>
                <w:sz w:val="16"/>
                <w:lang w:val="fr-FR"/>
              </w:rPr>
              <w:t xml:space="preserve">. </w:t>
            </w:r>
            <w:r w:rsidRPr="005B29C5">
              <w:rPr>
                <w:b/>
                <w:color w:val="000000"/>
                <w:sz w:val="18"/>
                <w:lang w:val="fr-FR"/>
              </w:rPr>
              <w:t>PROIECTUL ATAȘAT ȘI ECHIPA DE PROIECTARE</w:t>
            </w:r>
          </w:p>
        </w:tc>
      </w:tr>
      <w:tr w:rsidR="003C7CA3" w:rsidRPr="005B29C5" w14:paraId="0ACAA9B2" w14:textId="77777777">
        <w:trPr>
          <w:cantSplit/>
        </w:trPr>
        <w:tc>
          <w:tcPr>
            <w:tcW w:w="9636" w:type="dxa"/>
            <w:gridSpan w:val="4"/>
          </w:tcPr>
          <w:p w14:paraId="389DB7C6" w14:textId="77777777" w:rsidR="005B29C5" w:rsidRDefault="003454F7">
            <w:pPr>
              <w:keepNext/>
              <w:rPr>
                <w:sz w:val="16"/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 ☐ </w:t>
            </w:r>
            <w:r w:rsidR="005B29C5">
              <w:rPr>
                <w:sz w:val="16"/>
                <w:lang w:val="fr-FR"/>
              </w:rPr>
              <w:t>P</w:t>
            </w:r>
            <w:r w:rsidRPr="005B29C5">
              <w:rPr>
                <w:sz w:val="16"/>
                <w:lang w:val="fr-FR"/>
              </w:rPr>
              <w:t xml:space="preserve">roiect pentru autorizarea construirii     ☐ </w:t>
            </w:r>
            <w:r w:rsidR="005B29C5">
              <w:rPr>
                <w:sz w:val="16"/>
                <w:lang w:val="fr-FR"/>
              </w:rPr>
              <w:t>P</w:t>
            </w:r>
            <w:r w:rsidRPr="005B29C5">
              <w:rPr>
                <w:sz w:val="16"/>
                <w:lang w:val="fr-FR"/>
              </w:rPr>
              <w:t xml:space="preserve">roiect pentru autorizarea desființării     ☐ </w:t>
            </w:r>
            <w:r w:rsidR="005B29C5">
              <w:rPr>
                <w:sz w:val="16"/>
                <w:lang w:val="fr-FR"/>
              </w:rPr>
              <w:t xml:space="preserve">Proiect pentru </w:t>
            </w:r>
            <w:r w:rsidRPr="005B29C5">
              <w:rPr>
                <w:sz w:val="16"/>
                <w:lang w:val="fr-FR"/>
              </w:rPr>
              <w:t xml:space="preserve">intervenții asupra clădirilor existente     </w:t>
            </w:r>
          </w:p>
          <w:p w14:paraId="4A250F59" w14:textId="59DB8F0F" w:rsidR="003C7CA3" w:rsidRPr="005B29C5" w:rsidRDefault="005B29C5">
            <w:pPr>
              <w:keepNext/>
              <w:rPr>
                <w:lang w:val="fr-FR"/>
              </w:rPr>
            </w:pPr>
            <w:r>
              <w:rPr>
                <w:sz w:val="16"/>
                <w:lang w:val="fr-FR"/>
              </w:rPr>
              <w:t xml:space="preserve"> </w:t>
            </w:r>
            <w:r w:rsidRPr="005B29C5">
              <w:rPr>
                <w:sz w:val="16"/>
                <w:lang w:val="fr-FR"/>
              </w:rPr>
              <w:t xml:space="preserve">☐ </w:t>
            </w:r>
            <w:r>
              <w:rPr>
                <w:sz w:val="16"/>
                <w:lang w:val="fr-FR"/>
              </w:rPr>
              <w:t>P</w:t>
            </w:r>
            <w:r w:rsidRPr="005B29C5">
              <w:rPr>
                <w:sz w:val="16"/>
                <w:lang w:val="fr-FR"/>
              </w:rPr>
              <w:t>roiect pentru autorizarea amenajării</w:t>
            </w:r>
          </w:p>
        </w:tc>
      </w:tr>
      <w:tr w:rsidR="003C7CA3" w14:paraId="5974F178" w14:textId="77777777">
        <w:trPr>
          <w:cantSplit/>
          <w:trHeight w:val="510"/>
        </w:trPr>
        <w:tc>
          <w:tcPr>
            <w:tcW w:w="3212" w:type="dxa"/>
          </w:tcPr>
          <w:p w14:paraId="1BDCB568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Nr. / data proiectului</w:t>
            </w:r>
          </w:p>
          <w:p w14:paraId="7D2822E8" w14:textId="77777777" w:rsidR="003C7CA3" w:rsidRDefault="003C7CA3">
            <w:pPr>
              <w:keepNext/>
            </w:pPr>
          </w:p>
        </w:tc>
        <w:tc>
          <w:tcPr>
            <w:tcW w:w="6424" w:type="dxa"/>
            <w:gridSpan w:val="3"/>
          </w:tcPr>
          <w:p w14:paraId="07D00D1B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Elaborator (denumire + sediu)</w:t>
            </w:r>
          </w:p>
          <w:p w14:paraId="53936ACC" w14:textId="77777777" w:rsidR="003C7CA3" w:rsidRDefault="003C7CA3">
            <w:pPr>
              <w:keepNext/>
            </w:pPr>
          </w:p>
        </w:tc>
      </w:tr>
      <w:tr w:rsidR="003C7CA3" w14:paraId="75A87EAB" w14:textId="77777777">
        <w:trPr>
          <w:cantSplit/>
          <w:trHeight w:val="510"/>
        </w:trPr>
        <w:tc>
          <w:tcPr>
            <w:tcW w:w="4015" w:type="dxa"/>
            <w:gridSpan w:val="2"/>
          </w:tcPr>
          <w:p w14:paraId="76606EDE" w14:textId="77777777" w:rsidR="003C7CA3" w:rsidRDefault="003454F7">
            <w:r>
              <w:rPr>
                <w:b/>
                <w:color w:val="0D5F78"/>
              </w:rPr>
              <w:t>Proiectant autor — arhitect / arhitect conductor / arhitect de interior</w:t>
            </w:r>
          </w:p>
          <w:p w14:paraId="6C8A3887" w14:textId="77777777" w:rsidR="003C7CA3" w:rsidRDefault="003C7CA3"/>
        </w:tc>
        <w:tc>
          <w:tcPr>
            <w:tcW w:w="1606" w:type="dxa"/>
          </w:tcPr>
          <w:p w14:paraId="0DA772E1" w14:textId="77777777" w:rsidR="003C7CA3" w:rsidRDefault="003454F7">
            <w:r>
              <w:rPr>
                <w:b/>
                <w:color w:val="0D5F78"/>
              </w:rPr>
              <w:t>Nr. TNA</w:t>
            </w:r>
          </w:p>
          <w:p w14:paraId="6BEEE180" w14:textId="77777777" w:rsidR="003C7CA3" w:rsidRDefault="003C7CA3"/>
        </w:tc>
        <w:tc>
          <w:tcPr>
            <w:tcW w:w="4015" w:type="dxa"/>
          </w:tcPr>
          <w:p w14:paraId="464DDB71" w14:textId="77777777" w:rsidR="003C7CA3" w:rsidRDefault="003454F7">
            <w:r>
              <w:rPr>
                <w:b/>
                <w:color w:val="0D5F78"/>
              </w:rPr>
              <w:t>Ingineri, pe specialități</w:t>
            </w:r>
          </w:p>
          <w:p w14:paraId="33E86647" w14:textId="77777777" w:rsidR="003C7CA3" w:rsidRDefault="003C7CA3"/>
        </w:tc>
      </w:tr>
    </w:tbl>
    <w:p w14:paraId="5C104DE5" w14:textId="77777777" w:rsidR="003C7CA3" w:rsidRDefault="003C7CA3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5621"/>
        <w:gridCol w:w="4015"/>
      </w:tblGrid>
      <w:tr w:rsidR="003C7CA3" w:rsidRPr="00F61A70" w14:paraId="4385328E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78893A0E" w14:textId="7F0A678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b/>
                <w:sz w:val="16"/>
                <w:lang w:val="fr-FR"/>
              </w:rPr>
              <w:t xml:space="preserve"> </w:t>
            </w:r>
            <w:r w:rsidR="005B29C5" w:rsidRPr="005B29C5">
              <w:rPr>
                <w:b/>
                <w:sz w:val="16"/>
                <w:lang w:val="fr-FR"/>
              </w:rPr>
              <w:t>8</w:t>
            </w:r>
            <w:r w:rsidRPr="005B29C5">
              <w:rPr>
                <w:b/>
                <w:sz w:val="16"/>
                <w:lang w:val="fr-FR"/>
              </w:rPr>
              <w:t xml:space="preserve">. </w:t>
            </w:r>
            <w:r w:rsidR="005B29C5" w:rsidRPr="005B29C5">
              <w:rPr>
                <w:b/>
                <w:sz w:val="18"/>
                <w:szCs w:val="18"/>
                <w:lang w:val="fr-FR"/>
              </w:rPr>
              <w:t>CLASA DE CONSECINȚE</w:t>
            </w:r>
            <w:r w:rsidR="005B29C5" w:rsidRPr="005B29C5">
              <w:rPr>
                <w:b/>
                <w:sz w:val="16"/>
                <w:lang w:val="fr-FR"/>
              </w:rPr>
              <w:t xml:space="preserve"> / </w:t>
            </w:r>
            <w:r w:rsidRPr="005B29C5">
              <w:rPr>
                <w:b/>
                <w:color w:val="000000"/>
                <w:sz w:val="18"/>
                <w:lang w:val="fr-FR"/>
              </w:rPr>
              <w:t>VERIFICAREA TEHNICĂ</w:t>
            </w:r>
          </w:p>
        </w:tc>
      </w:tr>
      <w:tr w:rsidR="003C7CA3" w:rsidRPr="00F61A70" w14:paraId="313D4B5F" w14:textId="77777777">
        <w:trPr>
          <w:cantSplit/>
        </w:trPr>
        <w:tc>
          <w:tcPr>
            <w:tcW w:w="9636" w:type="dxa"/>
            <w:gridSpan w:val="2"/>
          </w:tcPr>
          <w:p w14:paraId="67F15B02" w14:textId="77777777" w:rsidR="003C7CA3" w:rsidRPr="003F6F31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 </w:t>
            </w:r>
            <w:r w:rsidRPr="003F6F31">
              <w:rPr>
                <w:sz w:val="16"/>
                <w:lang w:val="fr-FR"/>
              </w:rPr>
              <w:t>☐</w:t>
            </w:r>
            <w:r w:rsidRPr="003F6F31">
              <w:rPr>
                <w:sz w:val="16"/>
                <w:lang w:val="fr-FR"/>
              </w:rPr>
              <w:t xml:space="preserve"> CC 1 / NVP 1   </w:t>
            </w:r>
            <w:r w:rsidRPr="003F6F31">
              <w:rPr>
                <w:sz w:val="16"/>
                <w:lang w:val="fr-FR"/>
              </w:rPr>
              <w:t xml:space="preserve">  ☐ CC 2 / NVP 2     ☐ CC 3 / NVP 3     ☐ CC 4 / NVP 4</w:t>
            </w:r>
          </w:p>
        </w:tc>
      </w:tr>
      <w:tr w:rsidR="003C7CA3" w14:paraId="6C291604" w14:textId="77777777">
        <w:trPr>
          <w:cantSplit/>
          <w:trHeight w:val="510"/>
        </w:trPr>
        <w:tc>
          <w:tcPr>
            <w:tcW w:w="5621" w:type="dxa"/>
          </w:tcPr>
          <w:p w14:paraId="178147B7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rezistență mecanică și stabilitate — nume și prenume verificator / nr. atestat</w:t>
            </w:r>
          </w:p>
          <w:p w14:paraId="55A906E7" w14:textId="77777777" w:rsidR="003C7CA3" w:rsidRDefault="003C7CA3">
            <w:pPr>
              <w:keepNext/>
            </w:pPr>
          </w:p>
        </w:tc>
        <w:tc>
          <w:tcPr>
            <w:tcW w:w="4015" w:type="dxa"/>
          </w:tcPr>
          <w:p w14:paraId="507ABA70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Referat nr. / data</w:t>
            </w:r>
          </w:p>
          <w:p w14:paraId="0F4F3175" w14:textId="77777777" w:rsidR="003C7CA3" w:rsidRDefault="003C7CA3">
            <w:pPr>
              <w:keepNext/>
            </w:pPr>
          </w:p>
        </w:tc>
      </w:tr>
      <w:tr w:rsidR="003C7CA3" w14:paraId="1B537CFD" w14:textId="77777777">
        <w:trPr>
          <w:cantSplit/>
          <w:trHeight w:val="510"/>
        </w:trPr>
        <w:tc>
          <w:tcPr>
            <w:tcW w:w="5621" w:type="dxa"/>
          </w:tcPr>
          <w:p w14:paraId="7F3E8059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securitate la incendiu — nume și prenume verificator / nr. atestat</w:t>
            </w:r>
          </w:p>
          <w:p w14:paraId="1BCEE1ED" w14:textId="77777777" w:rsidR="003C7CA3" w:rsidRDefault="003C7CA3">
            <w:pPr>
              <w:keepNext/>
            </w:pPr>
          </w:p>
        </w:tc>
        <w:tc>
          <w:tcPr>
            <w:tcW w:w="4015" w:type="dxa"/>
          </w:tcPr>
          <w:p w14:paraId="6ABE03DB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Referat nr. / data</w:t>
            </w:r>
          </w:p>
          <w:p w14:paraId="16A6E2B2" w14:textId="77777777" w:rsidR="003C7CA3" w:rsidRDefault="003C7CA3">
            <w:pPr>
              <w:keepNext/>
            </w:pPr>
          </w:p>
        </w:tc>
      </w:tr>
      <w:tr w:rsidR="003C7CA3" w14:paraId="4D42D0D1" w14:textId="77777777">
        <w:trPr>
          <w:cantSplit/>
          <w:trHeight w:val="510"/>
        </w:trPr>
        <w:tc>
          <w:tcPr>
            <w:tcW w:w="5621" w:type="dxa"/>
          </w:tcPr>
          <w:p w14:paraId="6CEEC3D5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 xml:space="preserve">igienă, </w:t>
            </w:r>
            <w:r>
              <w:rPr>
                <w:b/>
                <w:color w:val="0D5F78"/>
              </w:rPr>
              <w:t>sănătate și mediu înconjurător — nume și prenume verificator / nr. atestat</w:t>
            </w:r>
          </w:p>
          <w:p w14:paraId="1EDBBEFD" w14:textId="77777777" w:rsidR="003C7CA3" w:rsidRDefault="003C7CA3">
            <w:pPr>
              <w:keepNext/>
            </w:pPr>
          </w:p>
        </w:tc>
        <w:tc>
          <w:tcPr>
            <w:tcW w:w="4015" w:type="dxa"/>
          </w:tcPr>
          <w:p w14:paraId="6F3AA615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Referat nr. / data</w:t>
            </w:r>
          </w:p>
          <w:p w14:paraId="380259FB" w14:textId="77777777" w:rsidR="003C7CA3" w:rsidRDefault="003C7CA3">
            <w:pPr>
              <w:keepNext/>
            </w:pPr>
          </w:p>
        </w:tc>
      </w:tr>
      <w:tr w:rsidR="003C7CA3" w14:paraId="3DABF892" w14:textId="77777777">
        <w:trPr>
          <w:cantSplit/>
          <w:trHeight w:val="510"/>
        </w:trPr>
        <w:tc>
          <w:tcPr>
            <w:tcW w:w="5621" w:type="dxa"/>
          </w:tcPr>
          <w:p w14:paraId="1751CB94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siguranță și accesibilitate în exploatare — nume și prenume verificator / nr. atestat</w:t>
            </w:r>
          </w:p>
          <w:p w14:paraId="37FBA497" w14:textId="77777777" w:rsidR="003C7CA3" w:rsidRDefault="003C7CA3">
            <w:pPr>
              <w:keepNext/>
            </w:pPr>
          </w:p>
        </w:tc>
        <w:tc>
          <w:tcPr>
            <w:tcW w:w="4015" w:type="dxa"/>
          </w:tcPr>
          <w:p w14:paraId="4BE5F4B2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Referat nr. / data</w:t>
            </w:r>
          </w:p>
          <w:p w14:paraId="4FE92136" w14:textId="77777777" w:rsidR="003C7CA3" w:rsidRDefault="003C7CA3">
            <w:pPr>
              <w:keepNext/>
            </w:pPr>
          </w:p>
        </w:tc>
      </w:tr>
      <w:tr w:rsidR="003C7CA3" w14:paraId="2F18EBB1" w14:textId="77777777">
        <w:trPr>
          <w:cantSplit/>
          <w:trHeight w:val="510"/>
        </w:trPr>
        <w:tc>
          <w:tcPr>
            <w:tcW w:w="5621" w:type="dxa"/>
          </w:tcPr>
          <w:p w14:paraId="096BDEB8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 xml:space="preserve">protecție împotriva zgomotului — nume și prenume </w:t>
            </w:r>
            <w:r>
              <w:rPr>
                <w:b/>
                <w:color w:val="0D5F78"/>
              </w:rPr>
              <w:t>verificator / nr. atestat</w:t>
            </w:r>
          </w:p>
          <w:p w14:paraId="0A4BFEFB" w14:textId="77777777" w:rsidR="003C7CA3" w:rsidRDefault="003C7CA3">
            <w:pPr>
              <w:keepNext/>
            </w:pPr>
          </w:p>
        </w:tc>
        <w:tc>
          <w:tcPr>
            <w:tcW w:w="4015" w:type="dxa"/>
          </w:tcPr>
          <w:p w14:paraId="20819743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Referat nr. / data</w:t>
            </w:r>
          </w:p>
          <w:p w14:paraId="2694A209" w14:textId="77777777" w:rsidR="003C7CA3" w:rsidRDefault="003C7CA3">
            <w:pPr>
              <w:keepNext/>
            </w:pPr>
          </w:p>
        </w:tc>
      </w:tr>
      <w:tr w:rsidR="003C7CA3" w14:paraId="400D17A7" w14:textId="77777777">
        <w:trPr>
          <w:cantSplit/>
          <w:trHeight w:val="510"/>
        </w:trPr>
        <w:tc>
          <w:tcPr>
            <w:tcW w:w="5621" w:type="dxa"/>
          </w:tcPr>
          <w:p w14:paraId="6A16B685" w14:textId="77777777" w:rsidR="003C7CA3" w:rsidRDefault="003454F7">
            <w:r>
              <w:rPr>
                <w:b/>
                <w:color w:val="0D5F78"/>
              </w:rPr>
              <w:t>economie de energie și izolare termică — nume și prenume verificator / nr. atestat</w:t>
            </w:r>
          </w:p>
          <w:p w14:paraId="046508A0" w14:textId="77777777" w:rsidR="003C7CA3" w:rsidRDefault="003C7CA3"/>
        </w:tc>
        <w:tc>
          <w:tcPr>
            <w:tcW w:w="4015" w:type="dxa"/>
          </w:tcPr>
          <w:p w14:paraId="3308A2B7" w14:textId="77777777" w:rsidR="003C7CA3" w:rsidRDefault="003454F7">
            <w:r>
              <w:rPr>
                <w:b/>
                <w:color w:val="0D5F78"/>
              </w:rPr>
              <w:t>Referat nr. / data</w:t>
            </w:r>
          </w:p>
          <w:p w14:paraId="6D570FFC" w14:textId="77777777" w:rsidR="003C7CA3" w:rsidRDefault="003C7CA3"/>
        </w:tc>
      </w:tr>
    </w:tbl>
    <w:p w14:paraId="51514B17" w14:textId="77777777" w:rsidR="003C7CA3" w:rsidRDefault="003C7CA3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4015"/>
        <w:gridCol w:w="3212"/>
        <w:gridCol w:w="2409"/>
      </w:tblGrid>
      <w:tr w:rsidR="003C7CA3" w14:paraId="30BF4934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36BAA100" w14:textId="460D29EE" w:rsidR="003C7CA3" w:rsidRDefault="003454F7">
            <w:pPr>
              <w:keepNext/>
            </w:pPr>
            <w:r>
              <w:rPr>
                <w:b/>
                <w:sz w:val="16"/>
              </w:rPr>
              <w:t xml:space="preserve"> </w:t>
            </w:r>
            <w:r w:rsidR="005B29C5">
              <w:rPr>
                <w:b/>
                <w:sz w:val="16"/>
              </w:rPr>
              <w:t>9</w:t>
            </w:r>
            <w:r>
              <w:rPr>
                <w:b/>
                <w:sz w:val="16"/>
              </w:rPr>
              <w:t xml:space="preserve">. </w:t>
            </w:r>
            <w:r>
              <w:rPr>
                <w:b/>
                <w:color w:val="000000"/>
                <w:sz w:val="18"/>
              </w:rPr>
              <w:t>VALORI ȘI DURATĂ</w:t>
            </w:r>
          </w:p>
        </w:tc>
      </w:tr>
      <w:tr w:rsidR="003C7CA3" w:rsidRPr="00F61A70" w14:paraId="69625671" w14:textId="77777777">
        <w:trPr>
          <w:cantSplit/>
          <w:trHeight w:val="510"/>
        </w:trPr>
        <w:tc>
          <w:tcPr>
            <w:tcW w:w="4015" w:type="dxa"/>
          </w:tcPr>
          <w:p w14:paraId="35681F51" w14:textId="77777777" w:rsidR="003C7CA3" w:rsidRDefault="003454F7">
            <w:r>
              <w:rPr>
                <w:b/>
                <w:color w:val="0D5F78"/>
              </w:rPr>
              <w:t>Valoarea lucrărilor supuse autorizării (lei)</w:t>
            </w:r>
          </w:p>
          <w:p w14:paraId="76862E94" w14:textId="77777777" w:rsidR="003C7CA3" w:rsidRDefault="003C7CA3"/>
        </w:tc>
        <w:tc>
          <w:tcPr>
            <w:tcW w:w="3212" w:type="dxa"/>
          </w:tcPr>
          <w:p w14:paraId="14B5E0E6" w14:textId="77777777" w:rsidR="003C7CA3" w:rsidRDefault="003454F7">
            <w:r>
              <w:rPr>
                <w:b/>
                <w:color w:val="0D5F78"/>
              </w:rPr>
              <w:t>Valoarea obiectivului (lei)</w:t>
            </w:r>
          </w:p>
          <w:p w14:paraId="20819838" w14:textId="77777777" w:rsidR="003C7CA3" w:rsidRDefault="003C7CA3"/>
        </w:tc>
        <w:tc>
          <w:tcPr>
            <w:tcW w:w="2409" w:type="dxa"/>
          </w:tcPr>
          <w:p w14:paraId="26B96CD2" w14:textId="77777777" w:rsidR="003C7CA3" w:rsidRPr="005B29C5" w:rsidRDefault="003454F7">
            <w:pPr>
              <w:rPr>
                <w:lang w:val="fr-FR"/>
              </w:rPr>
            </w:pPr>
            <w:r w:rsidRPr="005B29C5">
              <w:rPr>
                <w:b/>
                <w:color w:val="0D5F78"/>
                <w:lang w:val="fr-FR"/>
              </w:rPr>
              <w:t>Durata estimată de execuție (luni)</w:t>
            </w:r>
          </w:p>
          <w:p w14:paraId="32906AEA" w14:textId="77777777" w:rsidR="003C7CA3" w:rsidRPr="005B29C5" w:rsidRDefault="003C7CA3">
            <w:pPr>
              <w:rPr>
                <w:lang w:val="fr-FR"/>
              </w:rPr>
            </w:pPr>
          </w:p>
        </w:tc>
      </w:tr>
    </w:tbl>
    <w:p w14:paraId="65218AF1" w14:textId="4D32B4C8" w:rsidR="003C7CA3" w:rsidRPr="005B29C5" w:rsidRDefault="003C7CA3">
      <w:pPr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3C7CA3" w14:paraId="6544AF45" w14:textId="77777777">
        <w:trPr>
          <w:cantSplit/>
        </w:trPr>
        <w:tc>
          <w:tcPr>
            <w:tcW w:w="9636" w:type="dxa"/>
            <w:shd w:val="clear" w:color="auto" w:fill="F4F4F4"/>
          </w:tcPr>
          <w:p w14:paraId="52DC375C" w14:textId="5213E40F" w:rsidR="003C7CA3" w:rsidRDefault="003454F7">
            <w:pPr>
              <w:keepNext/>
            </w:pPr>
            <w:r w:rsidRPr="005B29C5">
              <w:rPr>
                <w:b/>
                <w:sz w:val="16"/>
                <w:lang w:val="fr-FR"/>
              </w:rPr>
              <w:t xml:space="preserve"> </w:t>
            </w:r>
            <w:r w:rsidR="005B29C5">
              <w:rPr>
                <w:b/>
                <w:sz w:val="16"/>
              </w:rPr>
              <w:t>10</w:t>
            </w:r>
            <w:r>
              <w:rPr>
                <w:b/>
                <w:sz w:val="16"/>
              </w:rPr>
              <w:t xml:space="preserve">. </w:t>
            </w:r>
            <w:r>
              <w:rPr>
                <w:b/>
                <w:color w:val="000000"/>
                <w:sz w:val="18"/>
              </w:rPr>
              <w:t>ANEXEZ LA PREZENTA CERERE</w:t>
            </w:r>
          </w:p>
        </w:tc>
      </w:tr>
      <w:tr w:rsidR="003C7CA3" w:rsidRPr="00F61A70" w14:paraId="2CF92BA9" w14:textId="77777777">
        <w:trPr>
          <w:cantSplit/>
        </w:trPr>
        <w:tc>
          <w:tcPr>
            <w:tcW w:w="9636" w:type="dxa"/>
          </w:tcPr>
          <w:p w14:paraId="1704C4A8" w14:textId="17C246DD" w:rsidR="002B61AC" w:rsidRPr="002B61AC" w:rsidRDefault="003454F7">
            <w:pPr>
              <w:keepNext/>
              <w:rPr>
                <w:sz w:val="16"/>
                <w:lang w:val="fr-FR"/>
              </w:rPr>
            </w:pPr>
            <w:r w:rsidRPr="005B29C5">
              <w:rPr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a) extras de plan cadastral actualizat și extras de carte funciară actualizat</w:t>
            </w:r>
            <w:r w:rsidR="002B61AC">
              <w:rPr>
                <w:sz w:val="16"/>
                <w:lang w:val="fr-FR"/>
              </w:rPr>
              <w:t>, nu mai vechi de 30 de zile</w:t>
            </w:r>
          </w:p>
        </w:tc>
      </w:tr>
      <w:tr w:rsidR="003C7CA3" w:rsidRPr="00F61A70" w14:paraId="7B857128" w14:textId="77777777">
        <w:trPr>
          <w:cantSplit/>
        </w:trPr>
        <w:tc>
          <w:tcPr>
            <w:tcW w:w="9636" w:type="dxa"/>
          </w:tcPr>
          <w:p w14:paraId="6E0CC8EF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b) actele care atestă dreptul în baza căruia titularul poate solicita </w:t>
            </w:r>
            <w:r w:rsidRPr="005B29C5">
              <w:rPr>
                <w:sz w:val="16"/>
                <w:lang w:val="fr-FR"/>
              </w:rPr>
              <w:t>emiterea autorizației, dacă este cazul (copie conform cu originalul)</w:t>
            </w:r>
          </w:p>
        </w:tc>
      </w:tr>
      <w:tr w:rsidR="003C7CA3" w:rsidRPr="00F61A70" w14:paraId="10580FAB" w14:textId="77777777">
        <w:trPr>
          <w:cantSplit/>
        </w:trPr>
        <w:tc>
          <w:tcPr>
            <w:tcW w:w="9636" w:type="dxa"/>
          </w:tcPr>
          <w:p w14:paraId="495300F2" w14:textId="57B7943C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c) proiectul pentru autorizarea construirii / desființării / intervențiilor asupra construcțiilor existente / amenajării / organizării de șantier, după caz (2 exemplare originale</w:t>
            </w:r>
            <w:r w:rsidR="001531A5">
              <w:rPr>
                <w:sz w:val="16"/>
                <w:lang w:val="fr-FR"/>
              </w:rPr>
              <w:t xml:space="preserve"> sau 1 exemplar original, în format letric, acolo unde autoritatea are posibilitatea </w:t>
            </w:r>
            <w:proofErr w:type="gramStart"/>
            <w:r w:rsidR="001531A5">
              <w:rPr>
                <w:sz w:val="16"/>
                <w:lang w:val="fr-FR"/>
              </w:rPr>
              <w:t>de a</w:t>
            </w:r>
            <w:proofErr w:type="gramEnd"/>
            <w:r w:rsidR="001531A5">
              <w:rPr>
                <w:sz w:val="16"/>
                <w:lang w:val="fr-FR"/>
              </w:rPr>
              <w:t xml:space="preserve"> arhiva în format digital</w:t>
            </w:r>
            <w:r w:rsidRPr="005B29C5">
              <w:rPr>
                <w:sz w:val="16"/>
                <w:lang w:val="fr-FR"/>
              </w:rPr>
              <w:t>)</w:t>
            </w:r>
          </w:p>
        </w:tc>
      </w:tr>
      <w:tr w:rsidR="003C7CA3" w:rsidRPr="00F61A70" w14:paraId="3544A2F7" w14:textId="77777777">
        <w:trPr>
          <w:cantSplit/>
        </w:trPr>
        <w:tc>
          <w:tcPr>
            <w:tcW w:w="9636" w:type="dxa"/>
          </w:tcPr>
          <w:p w14:paraId="1D5DDF1A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d) referatele de verificare ale proiectului, corespunzător clasei de consecințe a obiectivului (câte 1 exemplar copie)</w:t>
            </w:r>
          </w:p>
        </w:tc>
      </w:tr>
      <w:tr w:rsidR="003C7CA3" w14:paraId="3EBF16E5" w14:textId="77777777">
        <w:trPr>
          <w:cantSplit/>
        </w:trPr>
        <w:tc>
          <w:tcPr>
            <w:tcW w:w="9636" w:type="dxa"/>
          </w:tcPr>
          <w:p w14:paraId="252CB240" w14:textId="77777777" w:rsidR="003C7CA3" w:rsidRDefault="003454F7">
            <w:pPr>
              <w:keepNext/>
            </w:pPr>
            <w:r w:rsidRPr="005B29C5">
              <w:rPr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e) avizele și acordur</w:t>
            </w:r>
            <w:r w:rsidRPr="005B29C5">
              <w:rPr>
                <w:sz w:val="16"/>
                <w:lang w:val="fr-FR"/>
              </w:rPr>
              <w:t xml:space="preserve">ile stabilite prin certificatul de urbanism nr. …… din …………… </w:t>
            </w:r>
            <w:r>
              <w:rPr>
                <w:sz w:val="16"/>
              </w:rPr>
              <w:t>(câte 1 exemplar copie)</w:t>
            </w:r>
          </w:p>
        </w:tc>
      </w:tr>
      <w:tr w:rsidR="003C7CA3" w14:paraId="480BAB99" w14:textId="77777777">
        <w:trPr>
          <w:cantSplit/>
        </w:trPr>
        <w:tc>
          <w:tcPr>
            <w:tcW w:w="9636" w:type="dxa"/>
          </w:tcPr>
          <w:p w14:paraId="43DE1A45" w14:textId="77777777" w:rsidR="003C7CA3" w:rsidRDefault="003454F7">
            <w:pPr>
              <w:keepNext/>
              <w:pBdr>
                <w:bottom w:val="dotted" w:sz="6" w:space="0" w:color="999999"/>
              </w:pBdr>
              <w:spacing w:after="80"/>
            </w:pPr>
            <w:r>
              <w:rPr>
                <w:i/>
                <w:color w:val="7A7A7A"/>
              </w:rPr>
              <w:t xml:space="preserve">avizele și acordurile anexate — enumerare  </w:t>
            </w:r>
          </w:p>
          <w:p w14:paraId="3AA2A30E" w14:textId="77777777" w:rsidR="003C7CA3" w:rsidRDefault="003C7CA3">
            <w:pPr>
              <w:keepNext/>
              <w:pBdr>
                <w:bottom w:val="dotted" w:sz="6" w:space="0" w:color="999999"/>
              </w:pBdr>
              <w:spacing w:after="80"/>
            </w:pPr>
          </w:p>
          <w:p w14:paraId="0C562FB3" w14:textId="77777777" w:rsidR="003C7CA3" w:rsidRDefault="003C7CA3">
            <w:pPr>
              <w:keepNext/>
              <w:pBdr>
                <w:bottom w:val="dotted" w:sz="6" w:space="0" w:color="999999"/>
              </w:pBdr>
              <w:spacing w:after="80"/>
            </w:pPr>
          </w:p>
          <w:p w14:paraId="617090CF" w14:textId="77777777" w:rsidR="003C7CA3" w:rsidRDefault="003C7CA3">
            <w:pPr>
              <w:keepNext/>
              <w:pBdr>
                <w:bottom w:val="dotted" w:sz="6" w:space="0" w:color="999999"/>
              </w:pBdr>
              <w:spacing w:after="80"/>
            </w:pPr>
          </w:p>
          <w:p w14:paraId="36704A8A" w14:textId="77777777" w:rsidR="003C7CA3" w:rsidRDefault="003C7CA3">
            <w:pPr>
              <w:keepNext/>
              <w:pBdr>
                <w:bottom w:val="dotted" w:sz="6" w:space="0" w:color="999999"/>
              </w:pBdr>
              <w:spacing w:after="80"/>
            </w:pPr>
          </w:p>
          <w:p w14:paraId="0CE854D8" w14:textId="77777777" w:rsidR="003C7CA3" w:rsidRDefault="003C7CA3">
            <w:pPr>
              <w:keepNext/>
              <w:pBdr>
                <w:bottom w:val="dotted" w:sz="6" w:space="0" w:color="999999"/>
              </w:pBdr>
              <w:spacing w:after="80"/>
            </w:pPr>
          </w:p>
        </w:tc>
      </w:tr>
      <w:tr w:rsidR="003C7CA3" w14:paraId="0BAC7C49" w14:textId="77777777">
        <w:trPr>
          <w:cantSplit/>
        </w:trPr>
        <w:tc>
          <w:tcPr>
            <w:tcW w:w="9636" w:type="dxa"/>
          </w:tcPr>
          <w:p w14:paraId="02C2F137" w14:textId="77777777" w:rsidR="003C7CA3" w:rsidRDefault="003454F7">
            <w:pPr>
              <w:keepNext/>
            </w:pPr>
            <w:r>
              <w:rPr>
                <w:sz w:val="16"/>
              </w:rPr>
              <w:t>☐</w:t>
            </w:r>
            <w:r>
              <w:rPr>
                <w:sz w:val="16"/>
              </w:rPr>
              <w:t xml:space="preserve"> f) punctul de vedere sau actul administrativ al autorității competente pentru protecția mediului, în cazul în care a </w:t>
            </w:r>
            <w:r>
              <w:rPr>
                <w:sz w:val="16"/>
              </w:rPr>
              <w:t>fost solicitată evaluarea, și acordul de mediu, dacă este cazul (1 exemplar copie)</w:t>
            </w:r>
          </w:p>
        </w:tc>
      </w:tr>
      <w:tr w:rsidR="003C7CA3" w14:paraId="7DF14FE6" w14:textId="77777777">
        <w:trPr>
          <w:cantSplit/>
        </w:trPr>
        <w:tc>
          <w:tcPr>
            <w:tcW w:w="9636" w:type="dxa"/>
          </w:tcPr>
          <w:p w14:paraId="7328C3ED" w14:textId="77777777" w:rsidR="003C7CA3" w:rsidRDefault="003454F7">
            <w:pPr>
              <w:keepNext/>
            </w:pPr>
            <w:r>
              <w:rPr>
                <w:sz w:val="16"/>
              </w:rPr>
              <w:t>☐</w:t>
            </w:r>
            <w:r>
              <w:rPr>
                <w:sz w:val="16"/>
              </w:rPr>
              <w:t xml:space="preserve"> g) declarația pe propria răspundere în cazul în care pentru anumite avize / acorduri se invocă acordarea tacită (original)</w:t>
            </w:r>
          </w:p>
        </w:tc>
      </w:tr>
      <w:tr w:rsidR="003C7CA3" w:rsidRPr="00F61A70" w14:paraId="009A34B6" w14:textId="77777777">
        <w:trPr>
          <w:cantSplit/>
        </w:trPr>
        <w:tc>
          <w:tcPr>
            <w:tcW w:w="9636" w:type="dxa"/>
          </w:tcPr>
          <w:p w14:paraId="2D93225E" w14:textId="77777777" w:rsidR="003C7CA3" w:rsidRPr="005B29C5" w:rsidRDefault="003454F7">
            <w:pPr>
              <w:keepNext/>
              <w:rPr>
                <w:lang w:val="fr-FR"/>
              </w:rPr>
            </w:pPr>
            <w:r>
              <w:rPr>
                <w:sz w:val="16"/>
              </w:rPr>
              <w:t xml:space="preserve"> </w:t>
            </w:r>
            <w:r w:rsidRPr="005B29C5">
              <w:rPr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h) acordul vecinilor (1 exemplar copie)</w:t>
            </w:r>
          </w:p>
        </w:tc>
      </w:tr>
      <w:tr w:rsidR="003C7CA3" w:rsidRPr="00F61A70" w14:paraId="063DF493" w14:textId="77777777">
        <w:trPr>
          <w:cantSplit/>
        </w:trPr>
        <w:tc>
          <w:tcPr>
            <w:tcW w:w="9636" w:type="dxa"/>
          </w:tcPr>
          <w:p w14:paraId="36E4E550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</w:t>
            </w:r>
            <w:r w:rsidRPr="005B29C5">
              <w:rPr>
                <w:sz w:val="16"/>
                <w:lang w:val="fr-FR"/>
              </w:rPr>
              <w:t>i) raportul de expertiză tehnică preliminară privind influența asupra vecinătăților, pentru cerința fundamentală rezistență mecanică și stabilitate, dacă este cazul (1 exemplar copie)</w:t>
            </w:r>
          </w:p>
        </w:tc>
      </w:tr>
      <w:tr w:rsidR="003C7CA3" w:rsidRPr="00F61A70" w14:paraId="4F7860AB" w14:textId="77777777">
        <w:trPr>
          <w:cantSplit/>
        </w:trPr>
        <w:tc>
          <w:tcPr>
            <w:tcW w:w="9636" w:type="dxa"/>
          </w:tcPr>
          <w:p w14:paraId="11DC676C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j) rapoartele de expertiză tehnică pentru cerințele fundamentale rezi</w:t>
            </w:r>
            <w:r w:rsidRPr="005B29C5">
              <w:rPr>
                <w:sz w:val="16"/>
                <w:lang w:val="fr-FR"/>
              </w:rPr>
              <w:t>stență mecanică și stabilitate și securitate la incendiu, precum și pentru celelalte cerințe fundamentale, în cazul intervențiilor la construcții existente (1 exemplar copie)</w:t>
            </w:r>
          </w:p>
        </w:tc>
      </w:tr>
      <w:tr w:rsidR="003C7CA3" w:rsidRPr="00F61A70" w14:paraId="1109951D" w14:textId="77777777">
        <w:trPr>
          <w:cantSplit/>
        </w:trPr>
        <w:tc>
          <w:tcPr>
            <w:tcW w:w="9636" w:type="dxa"/>
          </w:tcPr>
          <w:p w14:paraId="58215012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k) raportul privind cerințele minime de conformare a unei clădiri cu consum de</w:t>
            </w:r>
            <w:r w:rsidRPr="005B29C5">
              <w:rPr>
                <w:sz w:val="16"/>
                <w:lang w:val="fr-FR"/>
              </w:rPr>
              <w:t xml:space="preserve"> energie aproape egal cu zero, dacă este cazul (1 exemplar copie)</w:t>
            </w:r>
          </w:p>
        </w:tc>
      </w:tr>
      <w:tr w:rsidR="003C7CA3" w:rsidRPr="00F61A70" w14:paraId="1784D2A4" w14:textId="77777777">
        <w:trPr>
          <w:cantSplit/>
        </w:trPr>
        <w:tc>
          <w:tcPr>
            <w:tcW w:w="9636" w:type="dxa"/>
          </w:tcPr>
          <w:p w14:paraId="37AA3375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l) raportul </w:t>
            </w:r>
            <w:proofErr w:type="gramStart"/>
            <w:r w:rsidRPr="005B29C5">
              <w:rPr>
                <w:sz w:val="16"/>
                <w:lang w:val="fr-FR"/>
              </w:rPr>
              <w:t>de audit</w:t>
            </w:r>
            <w:proofErr w:type="gramEnd"/>
            <w:r w:rsidRPr="005B29C5">
              <w:rPr>
                <w:sz w:val="16"/>
                <w:lang w:val="fr-FR"/>
              </w:rPr>
              <w:t xml:space="preserve"> energetic în vederea creșterii performanței energetice, în cazul intervențiilor la clădiri existente (1 exemplar copie)</w:t>
            </w:r>
          </w:p>
        </w:tc>
      </w:tr>
      <w:tr w:rsidR="003C7CA3" w:rsidRPr="00F61A70" w14:paraId="38C66619" w14:textId="77777777">
        <w:trPr>
          <w:cantSplit/>
        </w:trPr>
        <w:tc>
          <w:tcPr>
            <w:tcW w:w="9636" w:type="dxa"/>
          </w:tcPr>
          <w:p w14:paraId="5D91ADD3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m) proiectul pentru acordul / autorizația </w:t>
            </w:r>
            <w:r w:rsidRPr="005B29C5">
              <w:rPr>
                <w:sz w:val="16"/>
                <w:lang w:val="fr-FR"/>
              </w:rPr>
              <w:t>administratorului drumului, pentru lucrările executate pe domeniul public la infrastructura tehnico-edilitară și căile de acces, dacă este cazul (1 exemplar original)</w:t>
            </w:r>
          </w:p>
        </w:tc>
      </w:tr>
      <w:tr w:rsidR="003C7CA3" w:rsidRPr="00F61A70" w14:paraId="0C5A4EBD" w14:textId="77777777">
        <w:trPr>
          <w:cantSplit/>
        </w:trPr>
        <w:tc>
          <w:tcPr>
            <w:tcW w:w="9636" w:type="dxa"/>
          </w:tcPr>
          <w:p w14:paraId="2E479CE2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n) dovada privind luarea în evidență a proiectului de către Ordinul Arhitecților din R</w:t>
            </w:r>
            <w:r w:rsidRPr="005B29C5">
              <w:rPr>
                <w:sz w:val="16"/>
                <w:lang w:val="fr-FR"/>
              </w:rPr>
              <w:t>omânia (copie)</w:t>
            </w:r>
          </w:p>
        </w:tc>
      </w:tr>
      <w:tr w:rsidR="003C7CA3" w:rsidRPr="00F61A70" w14:paraId="228DE30A" w14:textId="77777777">
        <w:trPr>
          <w:cantSplit/>
        </w:trPr>
        <w:tc>
          <w:tcPr>
            <w:tcW w:w="9636" w:type="dxa"/>
          </w:tcPr>
          <w:p w14:paraId="7F8B6AD1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o) devizul general al obiectivului de investiții (1 exemplar copie)</w:t>
            </w:r>
          </w:p>
        </w:tc>
      </w:tr>
      <w:tr w:rsidR="003C7CA3" w:rsidRPr="00F61A70" w14:paraId="4F2D87C4" w14:textId="77777777">
        <w:trPr>
          <w:cantSplit/>
        </w:trPr>
        <w:tc>
          <w:tcPr>
            <w:tcW w:w="9636" w:type="dxa"/>
          </w:tcPr>
          <w:p w14:paraId="384BCE13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p) documentele de plată a taxelor legale în vederea autorizării (copie)</w:t>
            </w:r>
          </w:p>
        </w:tc>
      </w:tr>
      <w:tr w:rsidR="003C7CA3" w:rsidRPr="00F61A70" w14:paraId="40B7CF7A" w14:textId="77777777">
        <w:trPr>
          <w:cantSplit/>
        </w:trPr>
        <w:tc>
          <w:tcPr>
            <w:tcW w:w="9636" w:type="dxa"/>
          </w:tcPr>
          <w:p w14:paraId="20BE5461" w14:textId="77777777" w:rsidR="003C7CA3" w:rsidRPr="005B29C5" w:rsidRDefault="003454F7">
            <w:pPr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q) anexa la cererea pentru emiterea autorizației de construire / desființare, completată cu </w:t>
            </w:r>
            <w:r w:rsidRPr="005B29C5">
              <w:rPr>
                <w:sz w:val="16"/>
                <w:lang w:val="fr-FR"/>
              </w:rPr>
              <w:t>toate elementele necesare descrierii lucrărilor (2 exemplare originale)</w:t>
            </w:r>
          </w:p>
        </w:tc>
      </w:tr>
    </w:tbl>
    <w:p w14:paraId="669F44AC" w14:textId="77777777" w:rsidR="003C7CA3" w:rsidRPr="005B29C5" w:rsidRDefault="003C7CA3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3C7CA3" w14:paraId="1CE1AF1F" w14:textId="77777777">
        <w:trPr>
          <w:cantSplit/>
        </w:trPr>
        <w:tc>
          <w:tcPr>
            <w:tcW w:w="9636" w:type="dxa"/>
          </w:tcPr>
          <w:p w14:paraId="071A7406" w14:textId="22E062B9" w:rsidR="003C7CA3" w:rsidRDefault="003454F7">
            <w:pPr>
              <w:spacing w:line="228" w:lineRule="auto"/>
            </w:pPr>
            <w:r w:rsidRPr="005B29C5">
              <w:rPr>
                <w:i/>
                <w:sz w:val="17"/>
                <w:lang w:val="fr-FR"/>
              </w:rPr>
              <w:t xml:space="preserve">Declar pe propria răspundere, sub sancțiunea Codului penal privind infracțiunea de fals în declarații, că datele menționate în prezenta cerere sunt reale și exacte și mă angajez </w:t>
            </w:r>
            <w:proofErr w:type="gramStart"/>
            <w:r w:rsidRPr="005B29C5">
              <w:rPr>
                <w:i/>
                <w:sz w:val="17"/>
                <w:lang w:val="fr-FR"/>
              </w:rPr>
              <w:t>ca</w:t>
            </w:r>
            <w:proofErr w:type="gramEnd"/>
            <w:r w:rsidRPr="005B29C5">
              <w:rPr>
                <w:i/>
                <w:sz w:val="17"/>
                <w:lang w:val="fr-FR"/>
              </w:rPr>
              <w:t xml:space="preserve"> e</w:t>
            </w:r>
            <w:r w:rsidRPr="005B29C5">
              <w:rPr>
                <w:i/>
                <w:sz w:val="17"/>
                <w:lang w:val="fr-FR"/>
              </w:rPr>
              <w:t xml:space="preserve">xecutarea lucrărilor de construire să se realizeze cu respectarea autorizației de construire, a proiectului aferent vizat spre neschimbare și numai pe baza proiectului tehnic de execuție, astfel cum prevede art. 246 alin. </w:t>
            </w:r>
            <w:r>
              <w:rPr>
                <w:i/>
                <w:sz w:val="17"/>
              </w:rPr>
              <w:t>(3) din Leg</w:t>
            </w:r>
            <w:r w:rsidR="00FC2F0B">
              <w:rPr>
                <w:i/>
                <w:sz w:val="17"/>
              </w:rPr>
              <w:t>e</w:t>
            </w:r>
            <w:r w:rsidR="005B29C5">
              <w:rPr>
                <w:i/>
                <w:sz w:val="17"/>
              </w:rPr>
              <w:t>a nr.1</w:t>
            </w:r>
            <w:r w:rsidR="00FC2F0B">
              <w:rPr>
                <w:i/>
                <w:sz w:val="17"/>
              </w:rPr>
              <w:t>69</w:t>
            </w:r>
            <w:r w:rsidR="005B29C5">
              <w:rPr>
                <w:i/>
                <w:sz w:val="17"/>
              </w:rPr>
              <w:t>/2026.</w:t>
            </w:r>
            <w:bookmarkStart w:id="0" w:name="_GoBack"/>
            <w:bookmarkEnd w:id="0"/>
          </w:p>
        </w:tc>
      </w:tr>
    </w:tbl>
    <w:p w14:paraId="190800CC" w14:textId="77777777" w:rsidR="003C7CA3" w:rsidRDefault="003C7CA3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3C7CA3" w14:paraId="7464688B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63133EFD" w14:textId="77777777" w:rsidR="003C7CA3" w:rsidRDefault="003454F7">
            <w:pPr>
              <w:keepNext/>
            </w:pPr>
            <w:r>
              <w:rPr>
                <w:b/>
                <w:sz w:val="16"/>
              </w:rPr>
              <w:t xml:space="preserve"> 10.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3C7CA3" w14:paraId="437D5C75" w14:textId="77777777">
        <w:trPr>
          <w:cantSplit/>
          <w:trHeight w:val="510"/>
        </w:trPr>
        <w:tc>
          <w:tcPr>
            <w:tcW w:w="1606" w:type="dxa"/>
          </w:tcPr>
          <w:p w14:paraId="4B0B8745" w14:textId="77777777" w:rsidR="003C7CA3" w:rsidRDefault="003454F7">
            <w:r>
              <w:rPr>
                <w:b/>
                <w:color w:val="0D5F78"/>
              </w:rPr>
              <w:t>Data</w:t>
            </w:r>
          </w:p>
          <w:p w14:paraId="145135C4" w14:textId="77777777" w:rsidR="003C7CA3" w:rsidRDefault="003C7CA3"/>
        </w:tc>
        <w:tc>
          <w:tcPr>
            <w:tcW w:w="4818" w:type="dxa"/>
          </w:tcPr>
          <w:p w14:paraId="0A884F90" w14:textId="77777777" w:rsidR="003C7CA3" w:rsidRDefault="003454F7">
            <w:r>
              <w:rPr>
                <w:b/>
                <w:color w:val="0D5F78"/>
              </w:rPr>
              <w:t>Solicitantul</w:t>
            </w:r>
          </w:p>
          <w:p w14:paraId="2A60F2FF" w14:textId="77777777" w:rsidR="003C7CA3" w:rsidRDefault="003C7CA3"/>
        </w:tc>
        <w:tc>
          <w:tcPr>
            <w:tcW w:w="3212" w:type="dxa"/>
          </w:tcPr>
          <w:p w14:paraId="6456F681" w14:textId="77777777" w:rsidR="003C7CA3" w:rsidRDefault="003454F7">
            <w:r>
              <w:rPr>
                <w:b/>
                <w:color w:val="0D5F78"/>
              </w:rPr>
              <w:t>Semnătura</w:t>
            </w:r>
          </w:p>
          <w:p w14:paraId="773B92D8" w14:textId="77777777" w:rsidR="003C7CA3" w:rsidRDefault="003C7CA3"/>
        </w:tc>
      </w:tr>
    </w:tbl>
    <w:p w14:paraId="3B50D53D" w14:textId="77777777" w:rsidR="003C7CA3" w:rsidRDefault="003C7CA3">
      <w:pPr>
        <w:spacing w:line="168" w:lineRule="auto"/>
      </w:pPr>
    </w:p>
    <w:p w14:paraId="27114BBF" w14:textId="77777777" w:rsidR="003C7CA3" w:rsidRDefault="003454F7">
      <w:r>
        <w:br w:type="page"/>
      </w:r>
    </w:p>
    <w:p w14:paraId="5D9395E8" w14:textId="77777777" w:rsidR="003C7CA3" w:rsidRDefault="003454F7">
      <w:pPr>
        <w:spacing w:before="140" w:after="40"/>
        <w:jc w:val="center"/>
      </w:pPr>
      <w:r>
        <w:rPr>
          <w:b/>
          <w:sz w:val="34"/>
        </w:rPr>
        <w:lastRenderedPageBreak/>
        <w:t>ANEXA IMOBILE</w:t>
      </w:r>
    </w:p>
    <w:p w14:paraId="01EAD5FA" w14:textId="77777777" w:rsidR="003C7CA3" w:rsidRPr="005B29C5" w:rsidRDefault="003454F7">
      <w:pPr>
        <w:spacing w:after="120"/>
        <w:jc w:val="center"/>
        <w:rPr>
          <w:lang w:val="fr-FR"/>
        </w:rPr>
      </w:pPr>
      <w:proofErr w:type="gramStart"/>
      <w:r w:rsidRPr="005B29C5">
        <w:rPr>
          <w:sz w:val="19"/>
          <w:lang w:val="fr-FR"/>
        </w:rPr>
        <w:t>la</w:t>
      </w:r>
      <w:proofErr w:type="gramEnd"/>
      <w:r w:rsidRPr="005B29C5">
        <w:rPr>
          <w:sz w:val="19"/>
          <w:lang w:val="fr-FR"/>
        </w:rPr>
        <w:t xml:space="preserve"> cererea pentru emiterea autorizației de construire / desființare</w:t>
      </w:r>
    </w:p>
    <w:p w14:paraId="291F927E" w14:textId="224C0CCF" w:rsidR="003C7CA3" w:rsidRPr="005B29C5" w:rsidRDefault="003454F7">
      <w:pPr>
        <w:spacing w:after="120"/>
        <w:jc w:val="center"/>
        <w:rPr>
          <w:lang w:val="fr-FR"/>
        </w:rPr>
      </w:pPr>
      <w:proofErr w:type="gramStart"/>
      <w:r w:rsidRPr="005B29C5">
        <w:rPr>
          <w:sz w:val="19"/>
          <w:lang w:val="fr-FR"/>
        </w:rPr>
        <w:t>se</w:t>
      </w:r>
      <w:proofErr w:type="gramEnd"/>
      <w:r w:rsidRPr="005B29C5">
        <w:rPr>
          <w:sz w:val="19"/>
          <w:lang w:val="fr-FR"/>
        </w:rPr>
        <w:t xml:space="preserve"> completează numai atunci când cererea </w:t>
      </w:r>
      <w:r w:rsidR="00F61A70">
        <w:rPr>
          <w:sz w:val="19"/>
          <w:lang w:val="fr-FR"/>
        </w:rPr>
        <w:t>se referă la</w:t>
      </w:r>
      <w:r w:rsidRPr="005B29C5">
        <w:rPr>
          <w:sz w:val="19"/>
          <w:lang w:val="fr-FR"/>
        </w:rPr>
        <w:t xml:space="preserve"> mai multe imobile</w:t>
      </w:r>
    </w:p>
    <w:p w14:paraId="3B43A7DE" w14:textId="77777777" w:rsidR="003C7CA3" w:rsidRPr="005B29C5" w:rsidRDefault="003C7CA3">
      <w:pPr>
        <w:spacing w:after="60"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3212"/>
        <w:gridCol w:w="803"/>
        <w:gridCol w:w="803"/>
        <w:gridCol w:w="803"/>
        <w:gridCol w:w="803"/>
        <w:gridCol w:w="1606"/>
        <w:gridCol w:w="1606"/>
      </w:tblGrid>
      <w:tr w:rsidR="003C7CA3" w14:paraId="6852DFD8" w14:textId="77777777">
        <w:trPr>
          <w:cantSplit/>
        </w:trPr>
        <w:tc>
          <w:tcPr>
            <w:tcW w:w="9636" w:type="dxa"/>
            <w:gridSpan w:val="7"/>
            <w:shd w:val="clear" w:color="auto" w:fill="F4F4F4"/>
          </w:tcPr>
          <w:p w14:paraId="2D8BD40E" w14:textId="77777777" w:rsidR="003C7CA3" w:rsidRDefault="003454F7">
            <w:pPr>
              <w:keepNext/>
            </w:pPr>
            <w:r w:rsidRPr="005B29C5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I1. </w:t>
            </w:r>
            <w:r>
              <w:rPr>
                <w:b/>
                <w:color w:val="000000"/>
                <w:sz w:val="18"/>
              </w:rPr>
              <w:t>IMOBILELE LA CARE SE REFERĂ CEREREA</w:t>
            </w:r>
          </w:p>
        </w:tc>
      </w:tr>
      <w:tr w:rsidR="003C7CA3" w14:paraId="2E60FFA2" w14:textId="77777777">
        <w:trPr>
          <w:cantSplit/>
        </w:trPr>
        <w:tc>
          <w:tcPr>
            <w:tcW w:w="9636" w:type="dxa"/>
            <w:gridSpan w:val="7"/>
            <w:shd w:val="clear" w:color="auto" w:fill="F4F4F4"/>
          </w:tcPr>
          <w:p w14:paraId="4E625B9A" w14:textId="77777777" w:rsidR="003C7CA3" w:rsidRDefault="003454F7">
            <w:pPr>
              <w:keepNext/>
            </w:pPr>
            <w:r>
              <w:rPr>
                <w:sz w:val="16"/>
              </w:rPr>
              <w:t xml:space="preserve"> Imobil 2</w:t>
            </w:r>
          </w:p>
        </w:tc>
      </w:tr>
      <w:tr w:rsidR="003C7CA3" w14:paraId="4FBA9BF9" w14:textId="77777777">
        <w:trPr>
          <w:cantSplit/>
          <w:trHeight w:val="510"/>
        </w:trPr>
        <w:tc>
          <w:tcPr>
            <w:tcW w:w="3212" w:type="dxa"/>
          </w:tcPr>
          <w:p w14:paraId="5A3BB7C7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Tip imobil</w:t>
            </w:r>
          </w:p>
          <w:p w14:paraId="40062389" w14:textId="77777777" w:rsidR="003C7CA3" w:rsidRDefault="003454F7">
            <w:pPr>
              <w:keepNext/>
            </w:pPr>
            <w:r>
              <w:rPr>
                <w:sz w:val="16"/>
              </w:rPr>
              <w:t>☐</w:t>
            </w:r>
            <w:r>
              <w:rPr>
                <w:sz w:val="16"/>
              </w:rPr>
              <w:t xml:space="preserve"> teren     ☐ construcții</w:t>
            </w:r>
          </w:p>
        </w:tc>
        <w:tc>
          <w:tcPr>
            <w:tcW w:w="3212" w:type="dxa"/>
            <w:gridSpan w:val="4"/>
          </w:tcPr>
          <w:p w14:paraId="468E1B3B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Număr cadastral</w:t>
            </w:r>
          </w:p>
          <w:p w14:paraId="54B785D1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2"/>
          </w:tcPr>
          <w:p w14:paraId="1F958589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Carte funciară nr.</w:t>
            </w:r>
          </w:p>
          <w:p w14:paraId="46308DBE" w14:textId="77777777" w:rsidR="003C7CA3" w:rsidRDefault="003C7CA3">
            <w:pPr>
              <w:keepNext/>
            </w:pPr>
          </w:p>
        </w:tc>
      </w:tr>
      <w:tr w:rsidR="003C7CA3" w14:paraId="566323F2" w14:textId="77777777">
        <w:trPr>
          <w:cantSplit/>
          <w:trHeight w:val="510"/>
        </w:trPr>
        <w:tc>
          <w:tcPr>
            <w:tcW w:w="3212" w:type="dxa"/>
          </w:tcPr>
          <w:p w14:paraId="44FE7327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709474E2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4"/>
          </w:tcPr>
          <w:p w14:paraId="0A54FA84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Municipiul / orașul / comuna</w:t>
            </w:r>
          </w:p>
          <w:p w14:paraId="791B4988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2"/>
          </w:tcPr>
          <w:p w14:paraId="26E0CD5C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Satul / sectorul</w:t>
            </w:r>
          </w:p>
          <w:p w14:paraId="19330C14" w14:textId="77777777" w:rsidR="003C7CA3" w:rsidRDefault="003C7CA3">
            <w:pPr>
              <w:keepNext/>
            </w:pPr>
          </w:p>
        </w:tc>
      </w:tr>
      <w:tr w:rsidR="003C7CA3" w14:paraId="172E0BD7" w14:textId="77777777">
        <w:trPr>
          <w:cantSplit/>
          <w:trHeight w:val="510"/>
        </w:trPr>
        <w:tc>
          <w:tcPr>
            <w:tcW w:w="3212" w:type="dxa"/>
          </w:tcPr>
          <w:p w14:paraId="3466DC19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6916751C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1D979EB2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5CAFDF3D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6214196D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38204483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48F12E3B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678762B3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4FE261FD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3AD61581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4203D399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27D97757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5CC40784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Ț</w:t>
            </w:r>
            <w:r>
              <w:rPr>
                <w:b/>
                <w:color w:val="0D5F78"/>
              </w:rPr>
              <w:t>ara</w:t>
            </w:r>
          </w:p>
          <w:p w14:paraId="676134A8" w14:textId="77777777" w:rsidR="003C7CA3" w:rsidRDefault="003C7CA3">
            <w:pPr>
              <w:keepNext/>
            </w:pPr>
          </w:p>
        </w:tc>
      </w:tr>
      <w:tr w:rsidR="003C7CA3" w14:paraId="1E22F21E" w14:textId="77777777">
        <w:trPr>
          <w:cantSplit/>
        </w:trPr>
        <w:tc>
          <w:tcPr>
            <w:tcW w:w="9636" w:type="dxa"/>
            <w:gridSpan w:val="7"/>
            <w:shd w:val="clear" w:color="auto" w:fill="F4F4F4"/>
          </w:tcPr>
          <w:p w14:paraId="5E87E32C" w14:textId="77777777" w:rsidR="003C7CA3" w:rsidRDefault="003454F7">
            <w:pPr>
              <w:keepNext/>
            </w:pPr>
            <w:r>
              <w:rPr>
                <w:sz w:val="16"/>
              </w:rPr>
              <w:t xml:space="preserve"> Imobil 3</w:t>
            </w:r>
          </w:p>
        </w:tc>
      </w:tr>
      <w:tr w:rsidR="003C7CA3" w14:paraId="28BE262E" w14:textId="77777777">
        <w:trPr>
          <w:cantSplit/>
          <w:trHeight w:val="510"/>
        </w:trPr>
        <w:tc>
          <w:tcPr>
            <w:tcW w:w="3212" w:type="dxa"/>
          </w:tcPr>
          <w:p w14:paraId="3DAF284A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Tip imobil</w:t>
            </w:r>
          </w:p>
          <w:p w14:paraId="03A96BFD" w14:textId="77777777" w:rsidR="003C7CA3" w:rsidRDefault="003454F7">
            <w:pPr>
              <w:keepNext/>
            </w:pPr>
            <w:r>
              <w:rPr>
                <w:sz w:val="16"/>
              </w:rPr>
              <w:t>☐</w:t>
            </w:r>
            <w:r>
              <w:rPr>
                <w:sz w:val="16"/>
              </w:rPr>
              <w:t xml:space="preserve"> teren     ☐ construcții</w:t>
            </w:r>
          </w:p>
        </w:tc>
        <w:tc>
          <w:tcPr>
            <w:tcW w:w="3212" w:type="dxa"/>
            <w:gridSpan w:val="4"/>
          </w:tcPr>
          <w:p w14:paraId="15A078DE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Număr cadastral</w:t>
            </w:r>
          </w:p>
          <w:p w14:paraId="484999B7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2"/>
          </w:tcPr>
          <w:p w14:paraId="4A9ADCBE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Carte funciară nr.</w:t>
            </w:r>
          </w:p>
          <w:p w14:paraId="32134801" w14:textId="77777777" w:rsidR="003C7CA3" w:rsidRDefault="003C7CA3">
            <w:pPr>
              <w:keepNext/>
            </w:pPr>
          </w:p>
        </w:tc>
      </w:tr>
      <w:tr w:rsidR="003C7CA3" w14:paraId="634A48BF" w14:textId="77777777">
        <w:trPr>
          <w:cantSplit/>
          <w:trHeight w:val="510"/>
        </w:trPr>
        <w:tc>
          <w:tcPr>
            <w:tcW w:w="3212" w:type="dxa"/>
          </w:tcPr>
          <w:p w14:paraId="21CB880E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182F56A8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4"/>
          </w:tcPr>
          <w:p w14:paraId="6B1C2F24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Municipiul / orașul / comuna</w:t>
            </w:r>
          </w:p>
          <w:p w14:paraId="33495630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2"/>
          </w:tcPr>
          <w:p w14:paraId="1F7C4EAC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Satul / sectorul</w:t>
            </w:r>
          </w:p>
          <w:p w14:paraId="7EE2F126" w14:textId="77777777" w:rsidR="003C7CA3" w:rsidRDefault="003C7CA3">
            <w:pPr>
              <w:keepNext/>
            </w:pPr>
          </w:p>
        </w:tc>
      </w:tr>
      <w:tr w:rsidR="003C7CA3" w14:paraId="2AB103DD" w14:textId="77777777">
        <w:trPr>
          <w:cantSplit/>
          <w:trHeight w:val="510"/>
        </w:trPr>
        <w:tc>
          <w:tcPr>
            <w:tcW w:w="3212" w:type="dxa"/>
          </w:tcPr>
          <w:p w14:paraId="33D5B0A9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27E7251A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69872AE3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01853B82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6F48930F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4E3EA66D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54839244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568F1F68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4BB4B76A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6EED4727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1FCFA7B8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7C61FDC1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5650D2FE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Ț</w:t>
            </w:r>
            <w:r>
              <w:rPr>
                <w:b/>
                <w:color w:val="0D5F78"/>
              </w:rPr>
              <w:t>ara</w:t>
            </w:r>
          </w:p>
          <w:p w14:paraId="75BB3A1B" w14:textId="77777777" w:rsidR="003C7CA3" w:rsidRDefault="003C7CA3">
            <w:pPr>
              <w:keepNext/>
            </w:pPr>
          </w:p>
        </w:tc>
      </w:tr>
      <w:tr w:rsidR="003C7CA3" w14:paraId="453408C6" w14:textId="77777777">
        <w:trPr>
          <w:cantSplit/>
        </w:trPr>
        <w:tc>
          <w:tcPr>
            <w:tcW w:w="9636" w:type="dxa"/>
            <w:gridSpan w:val="7"/>
            <w:shd w:val="clear" w:color="auto" w:fill="F4F4F4"/>
          </w:tcPr>
          <w:p w14:paraId="4911A6AD" w14:textId="77777777" w:rsidR="003C7CA3" w:rsidRDefault="003454F7">
            <w:pPr>
              <w:keepNext/>
            </w:pPr>
            <w:r>
              <w:rPr>
                <w:sz w:val="16"/>
              </w:rPr>
              <w:t xml:space="preserve"> Imobil 4</w:t>
            </w:r>
          </w:p>
        </w:tc>
      </w:tr>
      <w:tr w:rsidR="003C7CA3" w14:paraId="2F5765F6" w14:textId="77777777">
        <w:trPr>
          <w:cantSplit/>
          <w:trHeight w:val="510"/>
        </w:trPr>
        <w:tc>
          <w:tcPr>
            <w:tcW w:w="3212" w:type="dxa"/>
          </w:tcPr>
          <w:p w14:paraId="78416A2B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Tip imobil</w:t>
            </w:r>
          </w:p>
          <w:p w14:paraId="0092F673" w14:textId="77777777" w:rsidR="003C7CA3" w:rsidRDefault="003454F7">
            <w:pPr>
              <w:keepNext/>
            </w:pPr>
            <w:r>
              <w:rPr>
                <w:sz w:val="16"/>
              </w:rPr>
              <w:t>☐</w:t>
            </w:r>
            <w:r>
              <w:rPr>
                <w:sz w:val="16"/>
              </w:rPr>
              <w:t xml:space="preserve"> teren     ☐ construcții</w:t>
            </w:r>
          </w:p>
        </w:tc>
        <w:tc>
          <w:tcPr>
            <w:tcW w:w="3212" w:type="dxa"/>
            <w:gridSpan w:val="4"/>
          </w:tcPr>
          <w:p w14:paraId="210552F3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Număr cadastral</w:t>
            </w:r>
          </w:p>
          <w:p w14:paraId="644BFE75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2"/>
          </w:tcPr>
          <w:p w14:paraId="526DAD1A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Carte funciară nr.</w:t>
            </w:r>
          </w:p>
          <w:p w14:paraId="54969177" w14:textId="77777777" w:rsidR="003C7CA3" w:rsidRDefault="003C7CA3">
            <w:pPr>
              <w:keepNext/>
            </w:pPr>
          </w:p>
        </w:tc>
      </w:tr>
      <w:tr w:rsidR="003C7CA3" w14:paraId="3EDFDCA0" w14:textId="77777777">
        <w:trPr>
          <w:cantSplit/>
          <w:trHeight w:val="510"/>
        </w:trPr>
        <w:tc>
          <w:tcPr>
            <w:tcW w:w="3212" w:type="dxa"/>
          </w:tcPr>
          <w:p w14:paraId="46EF5F24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6821BA92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4"/>
          </w:tcPr>
          <w:p w14:paraId="70FF72B7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Municipiul / orașul / comuna</w:t>
            </w:r>
          </w:p>
          <w:p w14:paraId="12E0C41B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2"/>
          </w:tcPr>
          <w:p w14:paraId="53CFE965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Satul</w:t>
            </w:r>
            <w:r>
              <w:rPr>
                <w:b/>
                <w:color w:val="0D5F78"/>
              </w:rPr>
              <w:t xml:space="preserve"> / sectorul</w:t>
            </w:r>
          </w:p>
          <w:p w14:paraId="6A399A43" w14:textId="77777777" w:rsidR="003C7CA3" w:rsidRDefault="003C7CA3">
            <w:pPr>
              <w:keepNext/>
            </w:pPr>
          </w:p>
        </w:tc>
      </w:tr>
      <w:tr w:rsidR="003C7CA3" w14:paraId="75B9426F" w14:textId="77777777">
        <w:trPr>
          <w:cantSplit/>
          <w:trHeight w:val="510"/>
        </w:trPr>
        <w:tc>
          <w:tcPr>
            <w:tcW w:w="3212" w:type="dxa"/>
          </w:tcPr>
          <w:p w14:paraId="2D1FA943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32AD3F97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3B6D4BF0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6B0705FC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077D7F8C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7492E005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41A90891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0CBA7A1F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68EBA9C3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33DC8804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2E5AC3B1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6B1226A7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3261CE34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Ț</w:t>
            </w:r>
            <w:r>
              <w:rPr>
                <w:b/>
                <w:color w:val="0D5F78"/>
              </w:rPr>
              <w:t>ara</w:t>
            </w:r>
          </w:p>
          <w:p w14:paraId="6D306C57" w14:textId="77777777" w:rsidR="003C7CA3" w:rsidRDefault="003C7CA3">
            <w:pPr>
              <w:keepNext/>
            </w:pPr>
          </w:p>
        </w:tc>
      </w:tr>
      <w:tr w:rsidR="003C7CA3" w14:paraId="1BA5C463" w14:textId="77777777">
        <w:trPr>
          <w:cantSplit/>
        </w:trPr>
        <w:tc>
          <w:tcPr>
            <w:tcW w:w="9636" w:type="dxa"/>
            <w:gridSpan w:val="7"/>
            <w:shd w:val="clear" w:color="auto" w:fill="F4F4F4"/>
          </w:tcPr>
          <w:p w14:paraId="6717EB2B" w14:textId="77777777" w:rsidR="003C7CA3" w:rsidRDefault="003454F7">
            <w:pPr>
              <w:keepNext/>
            </w:pPr>
            <w:r>
              <w:rPr>
                <w:sz w:val="16"/>
              </w:rPr>
              <w:t xml:space="preserve"> Imobil 5</w:t>
            </w:r>
          </w:p>
        </w:tc>
      </w:tr>
      <w:tr w:rsidR="003C7CA3" w14:paraId="52514A7A" w14:textId="77777777">
        <w:trPr>
          <w:cantSplit/>
          <w:trHeight w:val="510"/>
        </w:trPr>
        <w:tc>
          <w:tcPr>
            <w:tcW w:w="3212" w:type="dxa"/>
          </w:tcPr>
          <w:p w14:paraId="416BD5CB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Tip imobil</w:t>
            </w:r>
          </w:p>
          <w:p w14:paraId="60F59FB1" w14:textId="77777777" w:rsidR="003C7CA3" w:rsidRDefault="003454F7">
            <w:pPr>
              <w:keepNext/>
            </w:pPr>
            <w:r>
              <w:rPr>
                <w:sz w:val="16"/>
              </w:rPr>
              <w:t>☐</w:t>
            </w:r>
            <w:r>
              <w:rPr>
                <w:sz w:val="16"/>
              </w:rPr>
              <w:t xml:space="preserve"> teren     ☐ construcții</w:t>
            </w:r>
          </w:p>
        </w:tc>
        <w:tc>
          <w:tcPr>
            <w:tcW w:w="3212" w:type="dxa"/>
            <w:gridSpan w:val="4"/>
          </w:tcPr>
          <w:p w14:paraId="49FC2610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Număr cadastral</w:t>
            </w:r>
          </w:p>
          <w:p w14:paraId="694D08B4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2"/>
          </w:tcPr>
          <w:p w14:paraId="4B53D9E0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Carte funciară nr.</w:t>
            </w:r>
          </w:p>
          <w:p w14:paraId="6ADA4335" w14:textId="77777777" w:rsidR="003C7CA3" w:rsidRDefault="003C7CA3">
            <w:pPr>
              <w:keepNext/>
            </w:pPr>
          </w:p>
        </w:tc>
      </w:tr>
      <w:tr w:rsidR="003C7CA3" w14:paraId="0B944771" w14:textId="77777777">
        <w:trPr>
          <w:cantSplit/>
          <w:trHeight w:val="510"/>
        </w:trPr>
        <w:tc>
          <w:tcPr>
            <w:tcW w:w="3212" w:type="dxa"/>
          </w:tcPr>
          <w:p w14:paraId="13A31ED6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73E2BC86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4"/>
          </w:tcPr>
          <w:p w14:paraId="5C675724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Municipiul / orașul / comuna</w:t>
            </w:r>
          </w:p>
          <w:p w14:paraId="0386E0AA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2"/>
          </w:tcPr>
          <w:p w14:paraId="68659267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Satul / sectorul</w:t>
            </w:r>
          </w:p>
          <w:p w14:paraId="1BAE5F8C" w14:textId="77777777" w:rsidR="003C7CA3" w:rsidRDefault="003C7CA3">
            <w:pPr>
              <w:keepNext/>
            </w:pPr>
          </w:p>
        </w:tc>
      </w:tr>
      <w:tr w:rsidR="003C7CA3" w14:paraId="2D70221E" w14:textId="77777777">
        <w:trPr>
          <w:cantSplit/>
          <w:trHeight w:val="510"/>
        </w:trPr>
        <w:tc>
          <w:tcPr>
            <w:tcW w:w="3212" w:type="dxa"/>
          </w:tcPr>
          <w:p w14:paraId="52857BC3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65E9CD24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556FCE18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3D425DC3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3613E306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33F92736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786207C6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63D129DE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6A401C10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388179AA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5A253F28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61F4B78C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043263C8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Ț</w:t>
            </w:r>
            <w:r>
              <w:rPr>
                <w:b/>
                <w:color w:val="0D5F78"/>
              </w:rPr>
              <w:t>ara</w:t>
            </w:r>
          </w:p>
          <w:p w14:paraId="1C2AB50B" w14:textId="77777777" w:rsidR="003C7CA3" w:rsidRDefault="003C7CA3">
            <w:pPr>
              <w:keepNext/>
            </w:pPr>
          </w:p>
        </w:tc>
      </w:tr>
      <w:tr w:rsidR="003C7CA3" w14:paraId="5B366A1F" w14:textId="77777777">
        <w:trPr>
          <w:cantSplit/>
        </w:trPr>
        <w:tc>
          <w:tcPr>
            <w:tcW w:w="9636" w:type="dxa"/>
            <w:gridSpan w:val="7"/>
            <w:shd w:val="clear" w:color="auto" w:fill="F4F4F4"/>
          </w:tcPr>
          <w:p w14:paraId="1C2F3CA6" w14:textId="77777777" w:rsidR="003C7CA3" w:rsidRDefault="003454F7">
            <w:pPr>
              <w:keepNext/>
            </w:pPr>
            <w:r>
              <w:rPr>
                <w:sz w:val="16"/>
              </w:rPr>
              <w:t xml:space="preserve"> Imobil 6</w:t>
            </w:r>
          </w:p>
        </w:tc>
      </w:tr>
      <w:tr w:rsidR="003C7CA3" w14:paraId="7F67F832" w14:textId="77777777">
        <w:trPr>
          <w:cantSplit/>
          <w:trHeight w:val="510"/>
        </w:trPr>
        <w:tc>
          <w:tcPr>
            <w:tcW w:w="3212" w:type="dxa"/>
          </w:tcPr>
          <w:p w14:paraId="5191FB7B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Tip imobil</w:t>
            </w:r>
          </w:p>
          <w:p w14:paraId="68697DD0" w14:textId="77777777" w:rsidR="003C7CA3" w:rsidRDefault="003454F7">
            <w:pPr>
              <w:keepNext/>
            </w:pPr>
            <w:r>
              <w:rPr>
                <w:sz w:val="16"/>
              </w:rPr>
              <w:t>☐</w:t>
            </w:r>
            <w:r>
              <w:rPr>
                <w:sz w:val="16"/>
              </w:rPr>
              <w:t xml:space="preserve"> teren     ☐ construcții</w:t>
            </w:r>
          </w:p>
        </w:tc>
        <w:tc>
          <w:tcPr>
            <w:tcW w:w="3212" w:type="dxa"/>
            <w:gridSpan w:val="4"/>
          </w:tcPr>
          <w:p w14:paraId="320C967D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Număr cadastral</w:t>
            </w:r>
          </w:p>
          <w:p w14:paraId="27F611E7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2"/>
          </w:tcPr>
          <w:p w14:paraId="26199240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Carte funciară nr.</w:t>
            </w:r>
          </w:p>
          <w:p w14:paraId="3E0C7818" w14:textId="77777777" w:rsidR="003C7CA3" w:rsidRDefault="003C7CA3">
            <w:pPr>
              <w:keepNext/>
            </w:pPr>
          </w:p>
        </w:tc>
      </w:tr>
      <w:tr w:rsidR="003C7CA3" w14:paraId="09A0F0F6" w14:textId="77777777">
        <w:trPr>
          <w:cantSplit/>
          <w:trHeight w:val="510"/>
        </w:trPr>
        <w:tc>
          <w:tcPr>
            <w:tcW w:w="3212" w:type="dxa"/>
          </w:tcPr>
          <w:p w14:paraId="52A9A14E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509E1303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4"/>
          </w:tcPr>
          <w:p w14:paraId="5B4C4696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Municipiul / orașul / comuna</w:t>
            </w:r>
          </w:p>
          <w:p w14:paraId="183CC2EF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2"/>
          </w:tcPr>
          <w:p w14:paraId="6E0F0783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Satul / sectorul</w:t>
            </w:r>
          </w:p>
          <w:p w14:paraId="51A031BD" w14:textId="77777777" w:rsidR="003C7CA3" w:rsidRDefault="003C7CA3">
            <w:pPr>
              <w:keepNext/>
            </w:pPr>
          </w:p>
        </w:tc>
      </w:tr>
      <w:tr w:rsidR="003C7CA3" w14:paraId="7CD30B99" w14:textId="77777777">
        <w:trPr>
          <w:cantSplit/>
          <w:trHeight w:val="510"/>
        </w:trPr>
        <w:tc>
          <w:tcPr>
            <w:tcW w:w="3212" w:type="dxa"/>
          </w:tcPr>
          <w:p w14:paraId="7E48C3E9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4890CAD7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75C2640F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3D857801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44598F36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3AD7E415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0755CED3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01EC3C4A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5ED188DF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277CB060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758729CA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5D5B1F32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0BC8A1E6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Ț</w:t>
            </w:r>
            <w:r>
              <w:rPr>
                <w:b/>
                <w:color w:val="0D5F78"/>
              </w:rPr>
              <w:t>ara</w:t>
            </w:r>
          </w:p>
          <w:p w14:paraId="2AF7BB24" w14:textId="77777777" w:rsidR="003C7CA3" w:rsidRDefault="003C7CA3">
            <w:pPr>
              <w:keepNext/>
            </w:pPr>
          </w:p>
        </w:tc>
      </w:tr>
      <w:tr w:rsidR="003C7CA3" w14:paraId="5F55098D" w14:textId="77777777">
        <w:trPr>
          <w:cantSplit/>
        </w:trPr>
        <w:tc>
          <w:tcPr>
            <w:tcW w:w="9636" w:type="dxa"/>
            <w:gridSpan w:val="7"/>
            <w:shd w:val="clear" w:color="auto" w:fill="F4F4F4"/>
          </w:tcPr>
          <w:p w14:paraId="38563C53" w14:textId="77777777" w:rsidR="003C7CA3" w:rsidRDefault="003454F7">
            <w:pPr>
              <w:keepNext/>
            </w:pPr>
            <w:r>
              <w:rPr>
                <w:sz w:val="16"/>
              </w:rPr>
              <w:t xml:space="preserve"> Imobil 7</w:t>
            </w:r>
          </w:p>
        </w:tc>
      </w:tr>
      <w:tr w:rsidR="003C7CA3" w14:paraId="6E8A3C01" w14:textId="77777777">
        <w:trPr>
          <w:cantSplit/>
          <w:trHeight w:val="510"/>
        </w:trPr>
        <w:tc>
          <w:tcPr>
            <w:tcW w:w="3212" w:type="dxa"/>
          </w:tcPr>
          <w:p w14:paraId="5C5C5869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Tip imobil</w:t>
            </w:r>
          </w:p>
          <w:p w14:paraId="5DB8AD74" w14:textId="77777777" w:rsidR="003C7CA3" w:rsidRDefault="003454F7">
            <w:pPr>
              <w:keepNext/>
            </w:pPr>
            <w:r>
              <w:rPr>
                <w:sz w:val="16"/>
              </w:rPr>
              <w:t>☐</w:t>
            </w:r>
            <w:r>
              <w:rPr>
                <w:sz w:val="16"/>
              </w:rPr>
              <w:t xml:space="preserve"> teren     ☐ construcții</w:t>
            </w:r>
          </w:p>
        </w:tc>
        <w:tc>
          <w:tcPr>
            <w:tcW w:w="3212" w:type="dxa"/>
            <w:gridSpan w:val="4"/>
          </w:tcPr>
          <w:p w14:paraId="10E317E8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Număr cadastral</w:t>
            </w:r>
          </w:p>
          <w:p w14:paraId="7318CDCF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2"/>
          </w:tcPr>
          <w:p w14:paraId="199C76B0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Carte funciară nr.</w:t>
            </w:r>
          </w:p>
          <w:p w14:paraId="2281F46A" w14:textId="77777777" w:rsidR="003C7CA3" w:rsidRDefault="003C7CA3">
            <w:pPr>
              <w:keepNext/>
            </w:pPr>
          </w:p>
        </w:tc>
      </w:tr>
      <w:tr w:rsidR="003C7CA3" w14:paraId="0E827CAC" w14:textId="77777777">
        <w:trPr>
          <w:cantSplit/>
          <w:trHeight w:val="510"/>
        </w:trPr>
        <w:tc>
          <w:tcPr>
            <w:tcW w:w="3212" w:type="dxa"/>
          </w:tcPr>
          <w:p w14:paraId="482CE6BA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7D9C4ADA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4"/>
          </w:tcPr>
          <w:p w14:paraId="6FF092DD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Municipiul / orașul / comuna</w:t>
            </w:r>
          </w:p>
          <w:p w14:paraId="7B3F2A48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2"/>
          </w:tcPr>
          <w:p w14:paraId="4146120E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Satul / sectorul</w:t>
            </w:r>
          </w:p>
          <w:p w14:paraId="382F6D57" w14:textId="77777777" w:rsidR="003C7CA3" w:rsidRDefault="003C7CA3">
            <w:pPr>
              <w:keepNext/>
            </w:pPr>
          </w:p>
        </w:tc>
      </w:tr>
      <w:tr w:rsidR="003C7CA3" w14:paraId="350ADAED" w14:textId="77777777">
        <w:trPr>
          <w:cantSplit/>
          <w:trHeight w:val="510"/>
        </w:trPr>
        <w:tc>
          <w:tcPr>
            <w:tcW w:w="3212" w:type="dxa"/>
          </w:tcPr>
          <w:p w14:paraId="3EF592B3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6E09AA0D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03CDAA70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04104BF4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003E8B23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7A6C79BB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2E86E7BB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0874CF46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044057D9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3376C1C7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6DF4ADA1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5EB5FE7C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06F0C4C6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Ț</w:t>
            </w:r>
            <w:r>
              <w:rPr>
                <w:b/>
                <w:color w:val="0D5F78"/>
              </w:rPr>
              <w:t>ara</w:t>
            </w:r>
          </w:p>
          <w:p w14:paraId="5DB99EB8" w14:textId="77777777" w:rsidR="003C7CA3" w:rsidRDefault="003C7CA3">
            <w:pPr>
              <w:keepNext/>
            </w:pPr>
          </w:p>
        </w:tc>
      </w:tr>
    </w:tbl>
    <w:p w14:paraId="19038766" w14:textId="77777777" w:rsidR="003C7CA3" w:rsidRDefault="003C7CA3">
      <w:pPr>
        <w:spacing w:line="168" w:lineRule="auto"/>
      </w:pPr>
    </w:p>
    <w:p w14:paraId="376E231B" w14:textId="77777777" w:rsidR="003C7CA3" w:rsidRDefault="003454F7">
      <w:r>
        <w:br w:type="page"/>
      </w:r>
    </w:p>
    <w:p w14:paraId="17458E7D" w14:textId="7666EFC2" w:rsidR="003C7CA3" w:rsidRDefault="003454F7">
      <w:pPr>
        <w:spacing w:before="140" w:after="40"/>
        <w:jc w:val="center"/>
      </w:pPr>
      <w:r>
        <w:rPr>
          <w:b/>
          <w:sz w:val="34"/>
        </w:rPr>
        <w:lastRenderedPageBreak/>
        <w:t xml:space="preserve">ANEXA TEHNICĂ </w:t>
      </w:r>
    </w:p>
    <w:p w14:paraId="6278166B" w14:textId="77777777" w:rsidR="003C7CA3" w:rsidRPr="005B29C5" w:rsidRDefault="003454F7">
      <w:pPr>
        <w:spacing w:after="120"/>
        <w:jc w:val="center"/>
        <w:rPr>
          <w:lang w:val="fr-FR"/>
        </w:rPr>
      </w:pPr>
      <w:proofErr w:type="gramStart"/>
      <w:r w:rsidRPr="005B29C5">
        <w:rPr>
          <w:sz w:val="19"/>
          <w:lang w:val="fr-FR"/>
        </w:rPr>
        <w:t>la</w:t>
      </w:r>
      <w:proofErr w:type="gramEnd"/>
      <w:r w:rsidRPr="005B29C5">
        <w:rPr>
          <w:sz w:val="19"/>
          <w:lang w:val="fr-FR"/>
        </w:rPr>
        <w:t xml:space="preserve"> cererea pentru emiterea autorizației de construire / desființare</w:t>
      </w:r>
    </w:p>
    <w:p w14:paraId="2265C486" w14:textId="5A9420AA" w:rsidR="003C7CA3" w:rsidRPr="005375AB" w:rsidRDefault="003454F7" w:rsidP="005375AB">
      <w:pPr>
        <w:spacing w:after="120"/>
        <w:jc w:val="center"/>
        <w:rPr>
          <w:sz w:val="19"/>
          <w:lang w:val="fr-FR"/>
        </w:rPr>
      </w:pPr>
      <w:proofErr w:type="gramStart"/>
      <w:r w:rsidRPr="005B29C5">
        <w:rPr>
          <w:sz w:val="19"/>
          <w:lang w:val="fr-FR"/>
        </w:rPr>
        <w:t>se</w:t>
      </w:r>
      <w:proofErr w:type="gramEnd"/>
      <w:r w:rsidRPr="005B29C5">
        <w:rPr>
          <w:sz w:val="19"/>
          <w:lang w:val="fr-FR"/>
        </w:rPr>
        <w:t xml:space="preserve"> întocmește de proiectantul documentației</w:t>
      </w: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3C7CA3" w:rsidRPr="00F61A70" w14:paraId="332C7D5E" w14:textId="77777777">
        <w:trPr>
          <w:cantSplit/>
        </w:trPr>
        <w:tc>
          <w:tcPr>
            <w:tcW w:w="9636" w:type="dxa"/>
            <w:shd w:val="clear" w:color="auto" w:fill="F4F4F4"/>
          </w:tcPr>
          <w:p w14:paraId="4C23CF0D" w14:textId="14CB0DE0" w:rsidR="00F61A70" w:rsidRPr="00F61A70" w:rsidRDefault="003454F7" w:rsidP="00F61A70">
            <w:pPr>
              <w:pStyle w:val="ListParagraph"/>
              <w:keepNext/>
              <w:numPr>
                <w:ilvl w:val="0"/>
                <w:numId w:val="10"/>
              </w:numPr>
              <w:rPr>
                <w:b/>
                <w:color w:val="000000"/>
                <w:sz w:val="18"/>
                <w:lang w:val="fr-FR"/>
              </w:rPr>
            </w:pPr>
            <w:r w:rsidRPr="00F61A70">
              <w:rPr>
                <w:b/>
                <w:color w:val="000000"/>
                <w:sz w:val="18"/>
                <w:lang w:val="fr-FR"/>
              </w:rPr>
              <w:t>CATEGORIILE DE LUCRĂRI</w:t>
            </w:r>
            <w:r w:rsidR="00E9623F" w:rsidRPr="00F61A70">
              <w:rPr>
                <w:b/>
                <w:color w:val="000000"/>
                <w:sz w:val="18"/>
                <w:lang w:val="fr-FR"/>
              </w:rPr>
              <w:t xml:space="preserve"> APLICABILE OBIECTIVULUI/OBIECTULUI DE INVESTIȚII</w:t>
            </w:r>
            <w:r w:rsidR="00F61A70" w:rsidRPr="00F61A70">
              <w:rPr>
                <w:b/>
                <w:color w:val="000000"/>
                <w:sz w:val="18"/>
                <w:lang w:val="fr-FR"/>
              </w:rPr>
              <w:t xml:space="preserve"> </w:t>
            </w:r>
          </w:p>
          <w:p w14:paraId="3530FB7B" w14:textId="0844A2BD" w:rsidR="003C7CA3" w:rsidRPr="00F61A70" w:rsidRDefault="00F61A70" w:rsidP="00F61A70">
            <w:pPr>
              <w:keepNext/>
              <w:ind w:left="45"/>
              <w:rPr>
                <w:bCs/>
                <w:lang w:val="fr-FR"/>
              </w:rPr>
            </w:pPr>
            <w:r w:rsidRPr="00F61A70">
              <w:rPr>
                <w:bCs/>
                <w:color w:val="000000"/>
                <w:sz w:val="18"/>
                <w:lang w:val="fr-FR"/>
              </w:rPr>
              <w:t>(</w:t>
            </w:r>
            <w:proofErr w:type="gramStart"/>
            <w:r w:rsidRPr="00F61A70">
              <w:rPr>
                <w:bCs/>
                <w:color w:val="000000"/>
                <w:sz w:val="18"/>
                <w:lang w:val="fr-FR"/>
              </w:rPr>
              <w:t>se</w:t>
            </w:r>
            <w:proofErr w:type="gramEnd"/>
            <w:r w:rsidRPr="00F61A70">
              <w:rPr>
                <w:bCs/>
                <w:color w:val="000000"/>
                <w:sz w:val="18"/>
                <w:lang w:val="fr-FR"/>
              </w:rPr>
              <w:t xml:space="preserve"> bifeaza toate cele aplicabile)</w:t>
            </w:r>
          </w:p>
        </w:tc>
      </w:tr>
      <w:tr w:rsidR="003C7CA3" w:rsidRPr="00F61A70" w14:paraId="3C6A968F" w14:textId="77777777">
        <w:trPr>
          <w:cantSplit/>
        </w:trPr>
        <w:tc>
          <w:tcPr>
            <w:tcW w:w="9636" w:type="dxa"/>
            <w:shd w:val="clear" w:color="auto" w:fill="F4F4F4"/>
          </w:tcPr>
          <w:p w14:paraId="4CD25743" w14:textId="34781603" w:rsidR="003C7CA3" w:rsidRPr="00F61A70" w:rsidRDefault="003454F7">
            <w:pPr>
              <w:keepNext/>
              <w:rPr>
                <w:b/>
                <w:bCs/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 </w:t>
            </w:r>
            <w:r w:rsidRPr="00F61A70">
              <w:rPr>
                <w:b/>
                <w:bCs/>
                <w:sz w:val="16"/>
                <w:lang w:val="fr-FR"/>
              </w:rPr>
              <w:t xml:space="preserve">A · Lucrări de construcții noi, </w:t>
            </w:r>
            <w:r w:rsidR="00F61A70">
              <w:rPr>
                <w:b/>
                <w:bCs/>
                <w:sz w:val="16"/>
                <w:lang w:val="fr-FR"/>
              </w:rPr>
              <w:t xml:space="preserve">inclusiv instalațiile aferente acestora, </w:t>
            </w:r>
            <w:r w:rsidRPr="00F61A70">
              <w:rPr>
                <w:b/>
                <w:bCs/>
                <w:sz w:val="16"/>
                <w:lang w:val="fr-FR"/>
              </w:rPr>
              <w:t>realizate</w:t>
            </w:r>
            <w:r w:rsidR="00F61A70" w:rsidRPr="00F61A70">
              <w:rPr>
                <w:b/>
                <w:bCs/>
                <w:sz w:val="16"/>
                <w:lang w:val="fr-FR"/>
              </w:rPr>
              <w:t> :</w:t>
            </w:r>
          </w:p>
        </w:tc>
      </w:tr>
      <w:tr w:rsidR="003C7CA3" w:rsidRPr="00F61A70" w14:paraId="147A6BE2" w14:textId="77777777">
        <w:trPr>
          <w:cantSplit/>
        </w:trPr>
        <w:tc>
          <w:tcPr>
            <w:tcW w:w="9636" w:type="dxa"/>
          </w:tcPr>
          <w:p w14:paraId="601EB108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 ☐ în afara zonelor de protecție a monumentelor istorice     ☐ în zona de protecție a monumentelor istorice     ☐ în afara zonelor construite protejate     ☐ în zone construite protejate</w:t>
            </w:r>
          </w:p>
        </w:tc>
      </w:tr>
      <w:tr w:rsidR="003C7CA3" w:rsidRPr="00F61A70" w14:paraId="2D382061" w14:textId="77777777">
        <w:trPr>
          <w:cantSplit/>
        </w:trPr>
        <w:tc>
          <w:tcPr>
            <w:tcW w:w="9636" w:type="dxa"/>
          </w:tcPr>
          <w:p w14:paraId="378966C3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 </w:t>
            </w:r>
            <w:r w:rsidRPr="00F61A70">
              <w:rPr>
                <w:b/>
                <w:bCs/>
                <w:sz w:val="16"/>
                <w:lang w:val="fr-FR"/>
              </w:rPr>
              <w:t>☐</w:t>
            </w:r>
            <w:r w:rsidRPr="00F61A70">
              <w:rPr>
                <w:b/>
                <w:bCs/>
                <w:sz w:val="16"/>
                <w:lang w:val="fr-FR"/>
              </w:rPr>
              <w:t xml:space="preserve"> A.1 · clădiri civile </w:t>
            </w:r>
            <w:r w:rsidRPr="005B29C5">
              <w:rPr>
                <w:sz w:val="16"/>
                <w:lang w:val="fr-FR"/>
              </w:rPr>
              <w:t xml:space="preserve">— construcții de </w:t>
            </w:r>
            <w:proofErr w:type="gramStart"/>
            <w:r w:rsidRPr="005B29C5">
              <w:rPr>
                <w:sz w:val="16"/>
                <w:lang w:val="fr-FR"/>
              </w:rPr>
              <w:t>locuințe:</w:t>
            </w:r>
            <w:proofErr w:type="gramEnd"/>
            <w:r w:rsidRPr="005B29C5">
              <w:rPr>
                <w:sz w:val="16"/>
                <w:lang w:val="fr-FR"/>
              </w:rPr>
              <w:t xml:space="preserve">     ☐ individuale</w:t>
            </w:r>
            <w:r w:rsidRPr="005B29C5">
              <w:rPr>
                <w:sz w:val="16"/>
                <w:lang w:val="fr-FR"/>
              </w:rPr>
              <w:t xml:space="preserve">     ☐ semicolective     ☐ colective</w:t>
            </w:r>
          </w:p>
        </w:tc>
      </w:tr>
      <w:tr w:rsidR="003C7CA3" w:rsidRPr="00F61A70" w14:paraId="55BF03ED" w14:textId="77777777">
        <w:trPr>
          <w:cantSplit/>
        </w:trPr>
        <w:tc>
          <w:tcPr>
            <w:tcW w:w="9636" w:type="dxa"/>
          </w:tcPr>
          <w:p w14:paraId="5D3F0566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 ☐ construcții pentru instituții publice și </w:t>
            </w:r>
            <w:proofErr w:type="gramStart"/>
            <w:r w:rsidRPr="005B29C5">
              <w:rPr>
                <w:sz w:val="16"/>
                <w:lang w:val="fr-FR"/>
              </w:rPr>
              <w:t>servicii:</w:t>
            </w:r>
            <w:proofErr w:type="gramEnd"/>
            <w:r w:rsidRPr="005B29C5">
              <w:rPr>
                <w:sz w:val="16"/>
                <w:lang w:val="fr-FR"/>
              </w:rPr>
              <w:t xml:space="preserve">     ☐ pentru sănătate     ☐ pentru asistență socială     ☐ pentru învățământ     ☐ pentru cultură     ☐ pentru turism     ☐ pentru culte     ☐ pentru administrație și finanțe     ☐ pentru comerț     ☐ p</w:t>
            </w:r>
            <w:r w:rsidRPr="005B29C5">
              <w:rPr>
                <w:sz w:val="16"/>
                <w:lang w:val="fr-FR"/>
              </w:rPr>
              <w:t>entru servicii     ☐ pentru sport     ☐ pentru recreere</w:t>
            </w:r>
          </w:p>
        </w:tc>
      </w:tr>
      <w:tr w:rsidR="003C7CA3" w:rsidRPr="00F61A70" w14:paraId="4289A147" w14:textId="77777777">
        <w:trPr>
          <w:cantSplit/>
        </w:trPr>
        <w:tc>
          <w:tcPr>
            <w:tcW w:w="9636" w:type="dxa"/>
          </w:tcPr>
          <w:p w14:paraId="1C068E31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 </w:t>
            </w:r>
            <w:r w:rsidRPr="00F61A70">
              <w:rPr>
                <w:b/>
                <w:bCs/>
                <w:sz w:val="16"/>
                <w:lang w:val="fr-FR"/>
              </w:rPr>
              <w:t>☐</w:t>
            </w:r>
            <w:r w:rsidRPr="00F61A70">
              <w:rPr>
                <w:b/>
                <w:bCs/>
                <w:sz w:val="16"/>
                <w:lang w:val="fr-FR"/>
              </w:rPr>
              <w:t xml:space="preserve"> A.2 · clădiri </w:t>
            </w:r>
            <w:proofErr w:type="gramStart"/>
            <w:r w:rsidRPr="00F61A70">
              <w:rPr>
                <w:b/>
                <w:bCs/>
                <w:sz w:val="16"/>
                <w:lang w:val="fr-FR"/>
              </w:rPr>
              <w:t>industriale</w:t>
            </w:r>
            <w:r w:rsidRPr="005B29C5">
              <w:rPr>
                <w:sz w:val="16"/>
                <w:lang w:val="fr-FR"/>
              </w:rPr>
              <w:t>:</w:t>
            </w:r>
            <w:proofErr w:type="gramEnd"/>
            <w:r w:rsidRPr="005B29C5">
              <w:rPr>
                <w:sz w:val="16"/>
                <w:lang w:val="fr-FR"/>
              </w:rPr>
              <w:t xml:space="preserve">     ☐ pentru producție     ☐ pentru depozitare</w:t>
            </w:r>
          </w:p>
        </w:tc>
      </w:tr>
      <w:tr w:rsidR="003C7CA3" w:rsidRPr="00F61A70" w14:paraId="66EE989E" w14:textId="77777777">
        <w:trPr>
          <w:cantSplit/>
        </w:trPr>
        <w:tc>
          <w:tcPr>
            <w:tcW w:w="9636" w:type="dxa"/>
          </w:tcPr>
          <w:p w14:paraId="37CC924E" w14:textId="000DBB95" w:rsidR="00F61A70" w:rsidRDefault="003454F7">
            <w:pPr>
              <w:keepNext/>
              <w:rPr>
                <w:sz w:val="16"/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 </w:t>
            </w:r>
            <w:r w:rsidRPr="00F61A70">
              <w:rPr>
                <w:b/>
                <w:bCs/>
                <w:sz w:val="16"/>
                <w:lang w:val="fr-FR"/>
              </w:rPr>
              <w:t>☐</w:t>
            </w:r>
            <w:r w:rsidRPr="00F61A70">
              <w:rPr>
                <w:b/>
                <w:bCs/>
                <w:sz w:val="16"/>
                <w:lang w:val="fr-FR"/>
              </w:rPr>
              <w:t xml:space="preserve"> A.3 · clădiri agricole</w:t>
            </w:r>
            <w:r w:rsidR="00F61A70">
              <w:rPr>
                <w:b/>
                <w:bCs/>
                <w:sz w:val="16"/>
                <w:lang w:val="fr-FR"/>
              </w:rPr>
              <w:t> :</w:t>
            </w:r>
            <w:r w:rsidRPr="005B29C5">
              <w:rPr>
                <w:sz w:val="16"/>
                <w:lang w:val="fr-FR"/>
              </w:rPr>
              <w:t xml:space="preserve">     </w:t>
            </w:r>
            <w:r w:rsidR="00F61A70">
              <w:rPr>
                <w:sz w:val="16"/>
                <w:lang w:val="fr-FR"/>
              </w:rPr>
              <w:t xml:space="preserve">   </w:t>
            </w:r>
            <w:r w:rsidR="00F61A70" w:rsidRPr="005B29C5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="00F61A70" w:rsidRPr="005B29C5">
              <w:rPr>
                <w:sz w:val="16"/>
                <w:lang w:val="fr-FR"/>
              </w:rPr>
              <w:t xml:space="preserve"> pentru producție     </w:t>
            </w:r>
            <w:r w:rsidR="00F61A70" w:rsidRPr="005B29C5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="00F61A70" w:rsidRPr="005B29C5">
              <w:rPr>
                <w:sz w:val="16"/>
                <w:lang w:val="fr-FR"/>
              </w:rPr>
              <w:t xml:space="preserve"> pentru depozitare</w:t>
            </w:r>
          </w:p>
          <w:p w14:paraId="34FCF277" w14:textId="3E157D9F" w:rsidR="003C7CA3" w:rsidRPr="00F61A70" w:rsidRDefault="00F61A70">
            <w:pPr>
              <w:keepNext/>
              <w:rPr>
                <w:b/>
                <w:bCs/>
                <w:lang w:val="fr-FR"/>
              </w:rPr>
            </w:pPr>
            <w:r>
              <w:rPr>
                <w:b/>
                <w:bCs/>
                <w:sz w:val="16"/>
                <w:lang w:val="fr-FR"/>
              </w:rPr>
              <w:t xml:space="preserve"> </w:t>
            </w:r>
            <w:r w:rsidRPr="00F61A70">
              <w:rPr>
                <w:b/>
                <w:bCs/>
                <w:sz w:val="16"/>
                <w:lang w:val="fr-FR"/>
              </w:rPr>
              <w:t>☐ A.4 · clădiri / construcții cu caracter special</w:t>
            </w:r>
          </w:p>
        </w:tc>
      </w:tr>
      <w:tr w:rsidR="003C7CA3" w:rsidRPr="00F61A70" w14:paraId="46F48AAA" w14:textId="77777777">
        <w:trPr>
          <w:cantSplit/>
        </w:trPr>
        <w:tc>
          <w:tcPr>
            <w:tcW w:w="9636" w:type="dxa"/>
            <w:shd w:val="clear" w:color="auto" w:fill="F4F4F4"/>
          </w:tcPr>
          <w:p w14:paraId="655B49BC" w14:textId="4F4F659C" w:rsidR="003C7CA3" w:rsidRPr="00F61A70" w:rsidRDefault="003454F7">
            <w:pPr>
              <w:keepNext/>
              <w:rPr>
                <w:b/>
                <w:bCs/>
                <w:sz w:val="16"/>
                <w:lang w:val="fr-FR"/>
              </w:rPr>
            </w:pPr>
            <w:r w:rsidRPr="00F61A70">
              <w:rPr>
                <w:b/>
                <w:bCs/>
                <w:sz w:val="16"/>
                <w:lang w:val="fr-FR"/>
              </w:rPr>
              <w:t xml:space="preserve"> B · Lucrări de intervenții asupra construcțiilor existente</w:t>
            </w:r>
            <w:r w:rsidR="00F61A70" w:rsidRPr="00F61A70">
              <w:rPr>
                <w:b/>
                <w:bCs/>
                <w:sz w:val="16"/>
                <w:lang w:val="fr-FR"/>
              </w:rPr>
              <w:t> :</w:t>
            </w:r>
          </w:p>
          <w:p w14:paraId="5D7C2172" w14:textId="6F7BB4BB" w:rsidR="00F61A70" w:rsidRDefault="00F61A70">
            <w:pPr>
              <w:keepNext/>
              <w:rPr>
                <w:sz w:val="16"/>
                <w:lang w:val="fr-FR"/>
              </w:rPr>
            </w:pPr>
            <w:r>
              <w:rPr>
                <w:rFonts w:ascii="Segoe UI Symbol" w:hAnsi="Segoe UI Symbol" w:cs="Segoe UI Symbol"/>
                <w:sz w:val="16"/>
                <w:lang w:val="fr-FR"/>
              </w:rPr>
              <w:t xml:space="preserve"> </w:t>
            </w:r>
            <w:r w:rsidRPr="005B29C5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reparații capitale     </w:t>
            </w:r>
            <w:r w:rsidRPr="005B29C5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interven</w:t>
            </w:r>
            <w:r w:rsidRPr="005B29C5">
              <w:rPr>
                <w:rFonts w:cs="Times New Roman"/>
                <w:sz w:val="16"/>
                <w:lang w:val="fr-FR"/>
              </w:rPr>
              <w:t>ț</w:t>
            </w:r>
            <w:r w:rsidRPr="005B29C5">
              <w:rPr>
                <w:sz w:val="16"/>
                <w:lang w:val="fr-FR"/>
              </w:rPr>
              <w:t xml:space="preserve">ie </w:t>
            </w:r>
            <w:r w:rsidRPr="005B29C5">
              <w:rPr>
                <w:rFonts w:cs="Times New Roman"/>
                <w:sz w:val="16"/>
                <w:lang w:val="fr-FR"/>
              </w:rPr>
              <w:t>î</w:t>
            </w:r>
            <w:r w:rsidRPr="005B29C5">
              <w:rPr>
                <w:sz w:val="16"/>
                <w:lang w:val="fr-FR"/>
              </w:rPr>
              <w:t>n prim</w:t>
            </w:r>
            <w:r w:rsidRPr="005B29C5">
              <w:rPr>
                <w:rFonts w:cs="Times New Roman"/>
                <w:sz w:val="16"/>
                <w:lang w:val="fr-FR"/>
              </w:rPr>
              <w:t>ă</w:t>
            </w:r>
            <w:r w:rsidRPr="005B29C5">
              <w:rPr>
                <w:sz w:val="16"/>
                <w:lang w:val="fr-FR"/>
              </w:rPr>
              <w:t xml:space="preserve"> urgen</w:t>
            </w:r>
            <w:r w:rsidRPr="005B29C5">
              <w:rPr>
                <w:rFonts w:cs="Times New Roman"/>
                <w:sz w:val="16"/>
                <w:lang w:val="fr-FR"/>
              </w:rPr>
              <w:t>ță</w:t>
            </w:r>
            <w:r w:rsidRPr="005B29C5">
              <w:rPr>
                <w:sz w:val="16"/>
                <w:lang w:val="fr-FR"/>
              </w:rPr>
              <w:t xml:space="preserve">     </w:t>
            </w:r>
            <w:r w:rsidRPr="005B29C5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extindere a amprentei la sol </w:t>
            </w:r>
            <w:r w:rsidRPr="005B29C5">
              <w:rPr>
                <w:rFonts w:cs="Times New Roman"/>
                <w:sz w:val="16"/>
                <w:lang w:val="fr-FR"/>
              </w:rPr>
              <w:t>ș</w:t>
            </w:r>
            <w:r w:rsidRPr="005B29C5">
              <w:rPr>
                <w:sz w:val="16"/>
                <w:lang w:val="fr-FR"/>
              </w:rPr>
              <w:t xml:space="preserve">i a volumului     </w:t>
            </w:r>
            <w:r w:rsidRPr="005B29C5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supraetajare     </w:t>
            </w:r>
          </w:p>
          <w:p w14:paraId="11B8FA7A" w14:textId="0F9F5B3C" w:rsidR="00F61A70" w:rsidRDefault="00F61A70">
            <w:pPr>
              <w:keepNext/>
              <w:rPr>
                <w:sz w:val="16"/>
                <w:lang w:val="fr-FR"/>
              </w:rPr>
            </w:pPr>
            <w:r>
              <w:rPr>
                <w:rFonts w:ascii="Segoe UI Symbol" w:hAnsi="Segoe UI Symbol" w:cs="Segoe UI Symbol"/>
                <w:sz w:val="16"/>
                <w:lang w:val="fr-FR"/>
              </w:rPr>
              <w:t xml:space="preserve"> </w:t>
            </w:r>
            <w:r w:rsidRPr="005B29C5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refunc</w:t>
            </w:r>
            <w:r w:rsidRPr="005B29C5">
              <w:rPr>
                <w:rFonts w:cs="Times New Roman"/>
                <w:sz w:val="16"/>
                <w:lang w:val="fr-FR"/>
              </w:rPr>
              <w:t>ț</w:t>
            </w:r>
            <w:r w:rsidRPr="005B29C5">
              <w:rPr>
                <w:sz w:val="16"/>
                <w:lang w:val="fr-FR"/>
              </w:rPr>
              <w:t>ionalizare / schimbare de destina</w:t>
            </w:r>
            <w:r w:rsidRPr="005B29C5">
              <w:rPr>
                <w:rFonts w:cs="Times New Roman"/>
                <w:sz w:val="16"/>
                <w:lang w:val="fr-FR"/>
              </w:rPr>
              <w:t>ț</w:t>
            </w:r>
            <w:r w:rsidRPr="005B29C5">
              <w:rPr>
                <w:sz w:val="16"/>
                <w:lang w:val="fr-FR"/>
              </w:rPr>
              <w:t xml:space="preserve">ie     </w:t>
            </w:r>
            <w:r w:rsidRPr="005B29C5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consolidare     </w:t>
            </w:r>
            <w:r w:rsidRPr="005B29C5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modernizare, reabilitare     </w:t>
            </w:r>
            <w:r w:rsidRPr="005B29C5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str</w:t>
            </w:r>
            <w:r w:rsidRPr="005B29C5">
              <w:rPr>
                <w:rFonts w:cs="Times New Roman"/>
                <w:sz w:val="16"/>
                <w:lang w:val="fr-FR"/>
              </w:rPr>
              <w:t>ă</w:t>
            </w:r>
            <w:r w:rsidRPr="005B29C5">
              <w:rPr>
                <w:sz w:val="16"/>
                <w:lang w:val="fr-FR"/>
              </w:rPr>
              <w:t xml:space="preserve">mutare     </w:t>
            </w:r>
            <w:r w:rsidRPr="005B29C5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reconstruire    </w:t>
            </w:r>
          </w:p>
          <w:p w14:paraId="3889BADC" w14:textId="77777777" w:rsidR="00F61A70" w:rsidRDefault="00F61A70">
            <w:pPr>
              <w:keepNext/>
              <w:rPr>
                <w:sz w:val="16"/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 </w:t>
            </w:r>
            <w:r w:rsidRPr="005B29C5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conservare </w:t>
            </w:r>
            <w:r w:rsidRPr="005B29C5">
              <w:rPr>
                <w:rFonts w:cs="Times New Roman"/>
                <w:sz w:val="16"/>
                <w:lang w:val="fr-FR"/>
              </w:rPr>
              <w:t>ș</w:t>
            </w:r>
            <w:r w:rsidRPr="005B29C5">
              <w:rPr>
                <w:sz w:val="16"/>
                <w:lang w:val="fr-FR"/>
              </w:rPr>
              <w:t xml:space="preserve">i restaurare     </w:t>
            </w:r>
            <w:r w:rsidRPr="005B29C5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remodelare exterioar</w:t>
            </w:r>
            <w:r w:rsidRPr="005B29C5">
              <w:rPr>
                <w:rFonts w:cs="Times New Roman"/>
                <w:sz w:val="16"/>
                <w:lang w:val="fr-FR"/>
              </w:rPr>
              <w:t>ă</w:t>
            </w:r>
            <w:r w:rsidRPr="005B29C5">
              <w:rPr>
                <w:sz w:val="16"/>
                <w:lang w:val="fr-FR"/>
              </w:rPr>
              <w:t xml:space="preserve">     </w:t>
            </w:r>
            <w:r w:rsidRPr="005B29C5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mansardare     </w:t>
            </w:r>
            <w:r w:rsidRPr="005B29C5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remodelare interioar</w:t>
            </w:r>
            <w:r w:rsidRPr="005B29C5">
              <w:rPr>
                <w:rFonts w:cs="Times New Roman"/>
                <w:sz w:val="16"/>
                <w:lang w:val="fr-FR"/>
              </w:rPr>
              <w:t>ă</w:t>
            </w:r>
            <w:r w:rsidRPr="005B29C5">
              <w:rPr>
                <w:sz w:val="16"/>
                <w:lang w:val="fr-FR"/>
              </w:rPr>
              <w:t xml:space="preserve">    </w:t>
            </w:r>
          </w:p>
          <w:p w14:paraId="6A61D9FC" w14:textId="2CF1F153" w:rsidR="00F61A70" w:rsidRPr="005B29C5" w:rsidRDefault="00F61A70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 </w:t>
            </w:r>
            <w:r w:rsidRPr="005B29C5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desfiin</w:t>
            </w:r>
            <w:r w:rsidRPr="005B29C5">
              <w:rPr>
                <w:rFonts w:cs="Times New Roman"/>
                <w:sz w:val="16"/>
                <w:lang w:val="fr-FR"/>
              </w:rPr>
              <w:t>ț</w:t>
            </w:r>
            <w:r w:rsidRPr="005B29C5">
              <w:rPr>
                <w:sz w:val="16"/>
                <w:lang w:val="fr-FR"/>
              </w:rPr>
              <w:t>are sau demontare par</w:t>
            </w:r>
            <w:r w:rsidRPr="005B29C5">
              <w:rPr>
                <w:rFonts w:cs="Times New Roman"/>
                <w:sz w:val="16"/>
                <w:lang w:val="fr-FR"/>
              </w:rPr>
              <w:t>ț</w:t>
            </w:r>
            <w:r w:rsidRPr="005B29C5">
              <w:rPr>
                <w:sz w:val="16"/>
                <w:lang w:val="fr-FR"/>
              </w:rPr>
              <w:t>ial</w:t>
            </w:r>
            <w:r w:rsidRPr="005B29C5">
              <w:rPr>
                <w:rFonts w:cs="Times New Roman"/>
                <w:sz w:val="16"/>
                <w:lang w:val="fr-FR"/>
              </w:rPr>
              <w:t>ă</w:t>
            </w:r>
            <w:r w:rsidRPr="005B29C5">
              <w:rPr>
                <w:sz w:val="16"/>
                <w:lang w:val="fr-FR"/>
              </w:rPr>
              <w:t xml:space="preserve"> sau total</w:t>
            </w:r>
            <w:r w:rsidRPr="005B29C5">
              <w:rPr>
                <w:rFonts w:cs="Times New Roman"/>
                <w:sz w:val="16"/>
                <w:lang w:val="fr-FR"/>
              </w:rPr>
              <w:t>ă</w:t>
            </w:r>
            <w:r w:rsidRPr="005B29C5">
              <w:rPr>
                <w:sz w:val="16"/>
                <w:lang w:val="fr-FR"/>
              </w:rPr>
              <w:t xml:space="preserve">     </w:t>
            </w:r>
            <w:r w:rsidRPr="005B29C5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desfiin</w:t>
            </w:r>
            <w:r w:rsidRPr="005B29C5">
              <w:rPr>
                <w:rFonts w:cs="Times New Roman"/>
                <w:sz w:val="16"/>
                <w:lang w:val="fr-FR"/>
              </w:rPr>
              <w:t>ț</w:t>
            </w:r>
            <w:r w:rsidRPr="005B29C5">
              <w:rPr>
                <w:sz w:val="16"/>
                <w:lang w:val="fr-FR"/>
              </w:rPr>
              <w:t>are sau demontare total</w:t>
            </w:r>
            <w:r w:rsidRPr="005B29C5">
              <w:rPr>
                <w:rFonts w:cs="Times New Roman"/>
                <w:sz w:val="16"/>
                <w:lang w:val="fr-FR"/>
              </w:rPr>
              <w:t>ă</w:t>
            </w:r>
            <w:r w:rsidRPr="005B29C5">
              <w:rPr>
                <w:sz w:val="16"/>
                <w:lang w:val="fr-FR"/>
              </w:rPr>
              <w:t xml:space="preserve">     </w:t>
            </w:r>
            <w:r w:rsidRPr="005B29C5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conservare la </w:t>
            </w:r>
            <w:r w:rsidRPr="005B29C5">
              <w:rPr>
                <w:rFonts w:cs="Times New Roman"/>
                <w:sz w:val="16"/>
                <w:lang w:val="fr-FR"/>
              </w:rPr>
              <w:t>î</w:t>
            </w:r>
            <w:r w:rsidRPr="005B29C5">
              <w:rPr>
                <w:sz w:val="16"/>
                <w:lang w:val="fr-FR"/>
              </w:rPr>
              <w:t>ntreruperea temporar</w:t>
            </w:r>
            <w:r w:rsidRPr="005B29C5">
              <w:rPr>
                <w:rFonts w:cs="Times New Roman"/>
                <w:sz w:val="16"/>
                <w:lang w:val="fr-FR"/>
              </w:rPr>
              <w:t>ă</w:t>
            </w:r>
            <w:r w:rsidRPr="005B29C5">
              <w:rPr>
                <w:sz w:val="16"/>
                <w:lang w:val="fr-FR"/>
              </w:rPr>
              <w:t xml:space="preserve"> a execu</w:t>
            </w:r>
            <w:r w:rsidRPr="005B29C5">
              <w:rPr>
                <w:rFonts w:cs="Times New Roman"/>
                <w:sz w:val="16"/>
                <w:lang w:val="fr-FR"/>
              </w:rPr>
              <w:t>ț</w:t>
            </w:r>
            <w:r w:rsidRPr="005B29C5">
              <w:rPr>
                <w:sz w:val="16"/>
                <w:lang w:val="fr-FR"/>
              </w:rPr>
              <w:t>iei</w:t>
            </w:r>
          </w:p>
        </w:tc>
      </w:tr>
      <w:tr w:rsidR="003C7CA3" w:rsidRPr="00F61A70" w14:paraId="5C30782E" w14:textId="77777777">
        <w:trPr>
          <w:cantSplit/>
        </w:trPr>
        <w:tc>
          <w:tcPr>
            <w:tcW w:w="9636" w:type="dxa"/>
          </w:tcPr>
          <w:p w14:paraId="2E7867BD" w14:textId="77777777" w:rsidR="003C7CA3" w:rsidRPr="00F61A70" w:rsidRDefault="003454F7">
            <w:pPr>
              <w:keepNext/>
              <w:rPr>
                <w:b/>
                <w:bCs/>
                <w:lang w:val="fr-FR"/>
              </w:rPr>
            </w:pPr>
            <w:r w:rsidRPr="00F61A70">
              <w:rPr>
                <w:b/>
                <w:bCs/>
                <w:sz w:val="16"/>
                <w:lang w:val="fr-FR"/>
              </w:rPr>
              <w:t>☐</w:t>
            </w:r>
            <w:r w:rsidRPr="00F61A70">
              <w:rPr>
                <w:b/>
                <w:bCs/>
                <w:sz w:val="16"/>
                <w:lang w:val="fr-FR"/>
              </w:rPr>
              <w:t xml:space="preserve"> B.1 · realizate la alte construcții decât cele de la B.2 și B.3:</w:t>
            </w:r>
          </w:p>
        </w:tc>
      </w:tr>
      <w:tr w:rsidR="003C7CA3" w14:paraId="4E54D5F5" w14:textId="77777777">
        <w:trPr>
          <w:cantSplit/>
        </w:trPr>
        <w:tc>
          <w:tcPr>
            <w:tcW w:w="9636" w:type="dxa"/>
          </w:tcPr>
          <w:p w14:paraId="15613C59" w14:textId="006DCEB3" w:rsidR="003C7CA3" w:rsidRPr="00F61A70" w:rsidRDefault="003454F7">
            <w:pPr>
              <w:keepNext/>
              <w:rPr>
                <w:b/>
                <w:bCs/>
              </w:rPr>
            </w:pPr>
            <w:r w:rsidRPr="00F61A70">
              <w:rPr>
                <w:b/>
                <w:bCs/>
                <w:sz w:val="16"/>
              </w:rPr>
              <w:t>☐</w:t>
            </w:r>
            <w:r w:rsidRPr="00F61A70">
              <w:rPr>
                <w:b/>
                <w:bCs/>
                <w:sz w:val="16"/>
              </w:rPr>
              <w:t xml:space="preserve"> B.2 · realizate la:</w:t>
            </w:r>
          </w:p>
        </w:tc>
      </w:tr>
      <w:tr w:rsidR="003C7CA3" w:rsidRPr="00F61A70" w14:paraId="21686F75" w14:textId="77777777">
        <w:trPr>
          <w:cantSplit/>
        </w:trPr>
        <w:tc>
          <w:tcPr>
            <w:tcW w:w="9636" w:type="dxa"/>
          </w:tcPr>
          <w:p w14:paraId="27A0F79D" w14:textId="77777777" w:rsidR="003C7CA3" w:rsidRDefault="003454F7">
            <w:pPr>
              <w:keepNext/>
            </w:pPr>
            <w:r>
              <w:rPr>
                <w:sz w:val="16"/>
              </w:rPr>
              <w:t>☐</w:t>
            </w:r>
            <w:r>
              <w:rPr>
                <w:sz w:val="16"/>
              </w:rPr>
              <w:t xml:space="preserve"> construcții monument istoric (Legea nr. 422/2001), inclusiv anexele din același imobil</w:t>
            </w:r>
          </w:p>
          <w:p w14:paraId="6548132E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construcții în zona de protecție a monumentelor istorice</w:t>
            </w:r>
          </w:p>
          <w:p w14:paraId="1914C10D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construcții în zone construite protejate</w:t>
            </w:r>
          </w:p>
          <w:p w14:paraId="4C3ED46E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construcții cu valoare arhitecturală sau istorică deosebită, stabilite prin documentații de urbanism aprobate</w:t>
            </w:r>
          </w:p>
        </w:tc>
      </w:tr>
      <w:tr w:rsidR="003C7CA3" w:rsidRPr="00F61A70" w14:paraId="365A3BB4" w14:textId="77777777">
        <w:trPr>
          <w:cantSplit/>
        </w:trPr>
        <w:tc>
          <w:tcPr>
            <w:tcW w:w="9636" w:type="dxa"/>
          </w:tcPr>
          <w:p w14:paraId="3E8899C5" w14:textId="67645643" w:rsidR="003C7CA3" w:rsidRPr="00F61A70" w:rsidRDefault="003454F7">
            <w:pPr>
              <w:keepNext/>
              <w:rPr>
                <w:b/>
                <w:bCs/>
                <w:lang w:val="fr-FR"/>
              </w:rPr>
            </w:pPr>
            <w:r w:rsidRPr="00F61A70">
              <w:rPr>
                <w:b/>
                <w:bCs/>
                <w:sz w:val="16"/>
                <w:lang w:val="fr-FR"/>
              </w:rPr>
              <w:t>☐</w:t>
            </w:r>
            <w:r w:rsidRPr="00F61A70">
              <w:rPr>
                <w:b/>
                <w:bCs/>
                <w:sz w:val="16"/>
                <w:lang w:val="fr-FR"/>
              </w:rPr>
              <w:t xml:space="preserve"> B.3 · realizate la clădiri / </w:t>
            </w:r>
            <w:r w:rsidRPr="00F61A70">
              <w:rPr>
                <w:b/>
                <w:bCs/>
                <w:sz w:val="16"/>
                <w:lang w:val="fr-FR"/>
              </w:rPr>
              <w:t>construcții cu caracter special, care</w:t>
            </w:r>
            <w:r w:rsidR="00F61A70" w:rsidRPr="00F61A70">
              <w:rPr>
                <w:b/>
                <w:bCs/>
                <w:sz w:val="16"/>
                <w:lang w:val="fr-FR"/>
              </w:rPr>
              <w:t> :</w:t>
            </w:r>
          </w:p>
          <w:p w14:paraId="197FF23C" w14:textId="76775AA0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nu se încadrează</w:t>
            </w:r>
            <w:r w:rsidR="00F61A70">
              <w:rPr>
                <w:sz w:val="16"/>
                <w:lang w:val="fr-FR"/>
              </w:rPr>
              <w:t xml:space="preserve"> </w:t>
            </w:r>
            <w:r w:rsidR="00F61A70" w:rsidRPr="005B29C5">
              <w:rPr>
                <w:sz w:val="16"/>
                <w:lang w:val="fr-FR"/>
              </w:rPr>
              <w:t>în categoriile de la B.2</w:t>
            </w:r>
          </w:p>
          <w:p w14:paraId="5C7CAF34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se încadrează în categoriile de la B.2</w:t>
            </w:r>
          </w:p>
        </w:tc>
      </w:tr>
      <w:tr w:rsidR="003C7CA3" w14:paraId="2DE849E8" w14:textId="77777777">
        <w:trPr>
          <w:cantSplit/>
        </w:trPr>
        <w:tc>
          <w:tcPr>
            <w:tcW w:w="9636" w:type="dxa"/>
            <w:shd w:val="clear" w:color="auto" w:fill="F4F4F4"/>
          </w:tcPr>
          <w:p w14:paraId="3EB12BC0" w14:textId="77777777" w:rsidR="003C7CA3" w:rsidRPr="00F61A70" w:rsidRDefault="003454F7">
            <w:pPr>
              <w:keepNext/>
              <w:rPr>
                <w:b/>
                <w:bCs/>
              </w:rPr>
            </w:pPr>
            <w:r w:rsidRPr="00F61A70">
              <w:rPr>
                <w:b/>
                <w:bCs/>
                <w:sz w:val="16"/>
                <w:lang w:val="fr-FR"/>
              </w:rPr>
              <w:t xml:space="preserve"> </w:t>
            </w:r>
            <w:r w:rsidRPr="00F61A70">
              <w:rPr>
                <w:b/>
                <w:bCs/>
                <w:sz w:val="16"/>
              </w:rPr>
              <w:t>C · Amenajări</w:t>
            </w:r>
          </w:p>
        </w:tc>
      </w:tr>
      <w:tr w:rsidR="003C7CA3" w:rsidRPr="00F61A70" w14:paraId="66C8F468" w14:textId="77777777">
        <w:trPr>
          <w:cantSplit/>
        </w:trPr>
        <w:tc>
          <w:tcPr>
            <w:tcW w:w="9636" w:type="dxa"/>
          </w:tcPr>
          <w:p w14:paraId="43680500" w14:textId="77777777" w:rsidR="003C7CA3" w:rsidRDefault="003454F7">
            <w:pPr>
              <w:keepNext/>
            </w:pPr>
            <w:r>
              <w:rPr>
                <w:sz w:val="16"/>
              </w:rPr>
              <w:t>☐</w:t>
            </w:r>
            <w:r>
              <w:rPr>
                <w:sz w:val="16"/>
              </w:rPr>
              <w:t xml:space="preserve"> C.1 · amenajări civile</w:t>
            </w:r>
          </w:p>
          <w:p w14:paraId="0894A1ED" w14:textId="77777777" w:rsidR="003C7CA3" w:rsidRDefault="003454F7">
            <w:pPr>
              <w:keepNext/>
            </w:pPr>
            <w:r>
              <w:rPr>
                <w:sz w:val="16"/>
              </w:rPr>
              <w:t>☐</w:t>
            </w:r>
            <w:r>
              <w:rPr>
                <w:sz w:val="16"/>
              </w:rPr>
              <w:t xml:space="preserve"> C.2 · amenajări și îmbunătățiri funciare</w:t>
            </w:r>
          </w:p>
          <w:p w14:paraId="4914BB2B" w14:textId="77777777" w:rsidR="003C7CA3" w:rsidRDefault="003454F7">
            <w:pPr>
              <w:keepNext/>
            </w:pPr>
            <w:r>
              <w:rPr>
                <w:sz w:val="16"/>
              </w:rPr>
              <w:t>☐</w:t>
            </w:r>
            <w:r>
              <w:rPr>
                <w:sz w:val="16"/>
              </w:rPr>
              <w:t xml:space="preserve"> C.3 · construcții provizorii / cu caracter t</w:t>
            </w:r>
            <w:r>
              <w:rPr>
                <w:sz w:val="16"/>
              </w:rPr>
              <w:t>emporar</w:t>
            </w:r>
          </w:p>
          <w:p w14:paraId="3B5D31B2" w14:textId="77777777" w:rsidR="003C7CA3" w:rsidRDefault="003454F7">
            <w:pPr>
              <w:keepNext/>
            </w:pPr>
            <w:r>
              <w:rPr>
                <w:sz w:val="16"/>
              </w:rPr>
              <w:t>☐</w:t>
            </w:r>
            <w:r>
              <w:rPr>
                <w:sz w:val="16"/>
              </w:rPr>
              <w:t xml:space="preserve"> C.4 · cercetarea / prospectarea terenurilor, foraje, excavări, studii topografice, geologice, geotehnice, geofizice, hidrologice</w:t>
            </w:r>
          </w:p>
          <w:p w14:paraId="014841AD" w14:textId="77777777" w:rsidR="003C7CA3" w:rsidRDefault="003454F7">
            <w:pPr>
              <w:keepNext/>
            </w:pPr>
            <w:r>
              <w:rPr>
                <w:sz w:val="16"/>
              </w:rPr>
              <w:t>☐</w:t>
            </w:r>
            <w:r>
              <w:rPr>
                <w:sz w:val="16"/>
              </w:rPr>
              <w:t xml:space="preserve"> C.5 · cercetări pentru zăcăminte naturale</w:t>
            </w:r>
          </w:p>
          <w:p w14:paraId="4C0C2C50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C.6 · spații verzi, plantate</w:t>
            </w:r>
          </w:p>
          <w:p w14:paraId="0A0CE830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C.7 · spații publice</w:t>
            </w:r>
          </w:p>
          <w:p w14:paraId="2C342054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C.8 · organizare </w:t>
            </w:r>
            <w:r w:rsidRPr="005B29C5">
              <w:rPr>
                <w:sz w:val="16"/>
                <w:lang w:val="fr-FR"/>
              </w:rPr>
              <w:t>de șantier</w:t>
            </w:r>
          </w:p>
        </w:tc>
      </w:tr>
      <w:tr w:rsidR="003C7CA3" w:rsidRPr="00F61A70" w14:paraId="49124A1B" w14:textId="77777777">
        <w:trPr>
          <w:cantSplit/>
        </w:trPr>
        <w:tc>
          <w:tcPr>
            <w:tcW w:w="9636" w:type="dxa"/>
            <w:shd w:val="clear" w:color="auto" w:fill="F4F4F4"/>
          </w:tcPr>
          <w:p w14:paraId="465514F8" w14:textId="77777777" w:rsidR="003C7CA3" w:rsidRPr="00F61A70" w:rsidRDefault="003454F7">
            <w:pPr>
              <w:keepNext/>
              <w:rPr>
                <w:b/>
                <w:bCs/>
                <w:lang w:val="fr-FR"/>
              </w:rPr>
            </w:pPr>
            <w:r w:rsidRPr="00F61A70">
              <w:rPr>
                <w:b/>
                <w:bCs/>
                <w:sz w:val="16"/>
                <w:lang w:val="fr-FR"/>
              </w:rPr>
              <w:t xml:space="preserve"> D · Lucrări inginerești, inclusiv intervenții la astfel de construcții</w:t>
            </w:r>
          </w:p>
        </w:tc>
      </w:tr>
      <w:tr w:rsidR="003C7CA3" w14:paraId="04D8B1F3" w14:textId="77777777">
        <w:trPr>
          <w:cantSplit/>
        </w:trPr>
        <w:tc>
          <w:tcPr>
            <w:tcW w:w="9636" w:type="dxa"/>
          </w:tcPr>
          <w:p w14:paraId="5DB1C9BE" w14:textId="77777777" w:rsidR="003C7CA3" w:rsidRPr="005B29C5" w:rsidRDefault="003454F7">
            <w:pPr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D.1 · infrastructura de transport, alta decât cea de interes național</w:t>
            </w:r>
          </w:p>
          <w:p w14:paraId="0895795C" w14:textId="77777777" w:rsidR="003C7CA3" w:rsidRPr="005B29C5" w:rsidRDefault="003454F7">
            <w:pPr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D.2 · infrastructură în domeniul energiei</w:t>
            </w:r>
          </w:p>
          <w:p w14:paraId="695D7125" w14:textId="77777777" w:rsidR="003C7CA3" w:rsidRPr="005B29C5" w:rsidRDefault="003454F7">
            <w:pPr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D.3 · rețele de comunicații electronice și infrastruc</w:t>
            </w:r>
            <w:r w:rsidRPr="005B29C5">
              <w:rPr>
                <w:sz w:val="16"/>
                <w:lang w:val="fr-FR"/>
              </w:rPr>
              <w:t>turile fizice aferente</w:t>
            </w:r>
          </w:p>
          <w:p w14:paraId="40CA9785" w14:textId="77777777" w:rsidR="003C7CA3" w:rsidRPr="005B29C5" w:rsidRDefault="003454F7">
            <w:pPr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D.4 · gospodărirea apelor</w:t>
            </w:r>
          </w:p>
          <w:p w14:paraId="3723A58E" w14:textId="77777777" w:rsidR="003C7CA3" w:rsidRPr="005B29C5" w:rsidRDefault="003454F7">
            <w:pPr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D.5 · hidrotehnice</w:t>
            </w:r>
          </w:p>
          <w:p w14:paraId="6D930310" w14:textId="77777777" w:rsidR="003C7CA3" w:rsidRPr="005B29C5" w:rsidRDefault="003454F7">
            <w:pPr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D.6 · miniere</w:t>
            </w:r>
          </w:p>
          <w:p w14:paraId="3BE96BC8" w14:textId="77777777" w:rsidR="003C7CA3" w:rsidRDefault="003454F7">
            <w:r>
              <w:rPr>
                <w:sz w:val="16"/>
              </w:rPr>
              <w:t>☐</w:t>
            </w:r>
            <w:r>
              <w:rPr>
                <w:sz w:val="16"/>
              </w:rPr>
              <w:t xml:space="preserve"> D.7 · alte lucrări inginerești necesare unor obiective de interes public</w:t>
            </w:r>
          </w:p>
        </w:tc>
      </w:tr>
    </w:tbl>
    <w:p w14:paraId="082F6609" w14:textId="77777777" w:rsidR="003C7CA3" w:rsidRPr="00913191" w:rsidRDefault="003C7CA3">
      <w:pPr>
        <w:spacing w:line="168" w:lineRule="auto"/>
        <w:rPr>
          <w:u w:val="single"/>
        </w:rPr>
      </w:pPr>
    </w:p>
    <w:p w14:paraId="7B0C7BA1" w14:textId="77777777" w:rsidR="00913191" w:rsidRPr="00913191" w:rsidRDefault="00913191">
      <w:pPr>
        <w:spacing w:line="168" w:lineRule="auto"/>
        <w:rPr>
          <w:sz w:val="18"/>
          <w:szCs w:val="18"/>
          <w:u w:val="single"/>
          <w:lang w:val="fr-FR"/>
        </w:rPr>
      </w:pPr>
    </w:p>
    <w:p w14:paraId="4AA9E511" w14:textId="2D0DDB8C" w:rsidR="00913191" w:rsidRPr="00913191" w:rsidRDefault="00913191" w:rsidP="00913191">
      <w:pPr>
        <w:rPr>
          <w:sz w:val="20"/>
          <w:szCs w:val="20"/>
          <w:u w:val="single"/>
          <w:lang w:val="fr-FR"/>
        </w:rPr>
      </w:pPr>
      <w:r w:rsidRPr="00913191">
        <w:rPr>
          <w:sz w:val="20"/>
          <w:szCs w:val="20"/>
          <w:u w:val="single"/>
          <w:lang w:val="fr-FR"/>
        </w:rPr>
        <w:t xml:space="preserve">Punctele 2-9 se completeaza în cazul cladirilor și al intervențiilor asupra clădirilor existente, </w:t>
      </w:r>
      <w:proofErr w:type="gramStart"/>
      <w:r w:rsidRPr="00913191">
        <w:rPr>
          <w:sz w:val="20"/>
          <w:szCs w:val="20"/>
          <w:u w:val="single"/>
          <w:lang w:val="fr-FR"/>
        </w:rPr>
        <w:t xml:space="preserve">iar </w:t>
      </w:r>
      <w:r w:rsidR="00F61A70">
        <w:rPr>
          <w:sz w:val="20"/>
          <w:szCs w:val="20"/>
          <w:u w:val="single"/>
          <w:lang w:val="fr-FR"/>
        </w:rPr>
        <w:t xml:space="preserve"> </w:t>
      </w:r>
      <w:r w:rsidRPr="00913191">
        <w:rPr>
          <w:sz w:val="20"/>
          <w:szCs w:val="20"/>
          <w:u w:val="single"/>
          <w:lang w:val="fr-FR"/>
        </w:rPr>
        <w:t>în</w:t>
      </w:r>
      <w:proofErr w:type="gramEnd"/>
      <w:r w:rsidRPr="00913191">
        <w:rPr>
          <w:sz w:val="20"/>
          <w:szCs w:val="20"/>
          <w:u w:val="single"/>
          <w:lang w:val="fr-FR"/>
        </w:rPr>
        <w:t xml:space="preserve"> cazul amenjărilor</w:t>
      </w:r>
      <w:r>
        <w:rPr>
          <w:sz w:val="20"/>
          <w:szCs w:val="20"/>
          <w:u w:val="single"/>
          <w:lang w:val="fr-FR"/>
        </w:rPr>
        <w:t xml:space="preserve"> </w:t>
      </w:r>
      <w:r w:rsidRPr="00913191">
        <w:rPr>
          <w:sz w:val="20"/>
          <w:szCs w:val="20"/>
          <w:u w:val="single"/>
          <w:lang w:val="fr-FR"/>
        </w:rPr>
        <w:t>/lucrărilor inginerești, doar dacă acestea cuprind și clădiri</w:t>
      </w:r>
    </w:p>
    <w:p w14:paraId="4D0FD730" w14:textId="77777777" w:rsidR="00913191" w:rsidRPr="00913191" w:rsidRDefault="00913191">
      <w:pPr>
        <w:spacing w:line="168" w:lineRule="auto"/>
        <w:rPr>
          <w:b/>
          <w:bCs/>
          <w:sz w:val="18"/>
          <w:szCs w:val="18"/>
          <w:u w:val="single"/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803"/>
        <w:gridCol w:w="1606"/>
        <w:gridCol w:w="2409"/>
        <w:gridCol w:w="2409"/>
      </w:tblGrid>
      <w:tr w:rsidR="003C7CA3" w:rsidRPr="005B29C5" w14:paraId="0C8ACC4D" w14:textId="77777777">
        <w:trPr>
          <w:cantSplit/>
        </w:trPr>
        <w:tc>
          <w:tcPr>
            <w:tcW w:w="9636" w:type="dxa"/>
            <w:gridSpan w:val="5"/>
            <w:shd w:val="clear" w:color="auto" w:fill="F4F4F4"/>
          </w:tcPr>
          <w:p w14:paraId="1D6A27EF" w14:textId="19CFC06A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b/>
                <w:sz w:val="16"/>
                <w:lang w:val="fr-FR"/>
              </w:rPr>
              <w:t xml:space="preserve"> 2. </w:t>
            </w:r>
            <w:r w:rsidRPr="005B29C5">
              <w:rPr>
                <w:b/>
                <w:color w:val="000000"/>
                <w:sz w:val="18"/>
                <w:lang w:val="fr-FR"/>
              </w:rPr>
              <w:t>DATELE CARACTERISTICE ALE AMPLASAMENTULUI</w:t>
            </w:r>
          </w:p>
        </w:tc>
      </w:tr>
      <w:tr w:rsidR="003C7CA3" w:rsidRPr="00F61A70" w14:paraId="7869F015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43CC5C98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Suprafața terenului (m</w:t>
            </w:r>
            <w:r>
              <w:rPr>
                <w:b/>
                <w:color w:val="0D5F78"/>
              </w:rPr>
              <w:t>²)</w:t>
            </w:r>
          </w:p>
          <w:p w14:paraId="12091D05" w14:textId="77777777" w:rsidR="003C7CA3" w:rsidRDefault="003C7CA3">
            <w:pPr>
              <w:keepNext/>
            </w:pPr>
          </w:p>
        </w:tc>
        <w:tc>
          <w:tcPr>
            <w:tcW w:w="6424" w:type="dxa"/>
            <w:gridSpan w:val="3"/>
          </w:tcPr>
          <w:p w14:paraId="02AB0E94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b/>
                <w:color w:val="0D5F78"/>
                <w:lang w:val="fr-FR"/>
              </w:rPr>
              <w:t>Terenul este</w:t>
            </w:r>
          </w:p>
          <w:p w14:paraId="775AFB5C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liber de construcții     ☐ nu este liber de construcții</w:t>
            </w:r>
          </w:p>
        </w:tc>
      </w:tr>
      <w:tr w:rsidR="003C7CA3" w:rsidRPr="005B29C5" w14:paraId="7F716C47" w14:textId="77777777" w:rsidTr="0007047E">
        <w:trPr>
          <w:cantSplit/>
          <w:trHeight w:val="369"/>
        </w:trPr>
        <w:tc>
          <w:tcPr>
            <w:tcW w:w="4818" w:type="dxa"/>
            <w:gridSpan w:val="3"/>
          </w:tcPr>
          <w:p w14:paraId="132C498C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Acces carosabil din strada</w:t>
            </w:r>
          </w:p>
          <w:p w14:paraId="250E3356" w14:textId="77777777" w:rsidR="003C7CA3" w:rsidRDefault="003C7CA3">
            <w:pPr>
              <w:keepNext/>
            </w:pPr>
          </w:p>
        </w:tc>
        <w:tc>
          <w:tcPr>
            <w:tcW w:w="4818" w:type="dxa"/>
            <w:gridSpan w:val="2"/>
          </w:tcPr>
          <w:p w14:paraId="650B5965" w14:textId="3B87D292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direct     ☐ prin drum p</w:t>
            </w:r>
            <w:r w:rsidR="0007047E">
              <w:rPr>
                <w:sz w:val="16"/>
                <w:lang w:val="fr-FR"/>
              </w:rPr>
              <w:t>rivat</w:t>
            </w:r>
          </w:p>
        </w:tc>
      </w:tr>
      <w:tr w:rsidR="003C7CA3" w:rsidRPr="00F61A70" w14:paraId="53A8A3B2" w14:textId="77777777">
        <w:trPr>
          <w:cantSplit/>
        </w:trPr>
        <w:tc>
          <w:tcPr>
            <w:tcW w:w="9636" w:type="dxa"/>
            <w:gridSpan w:val="5"/>
          </w:tcPr>
          <w:p w14:paraId="606E8547" w14:textId="77777777" w:rsidR="003C7CA3" w:rsidRDefault="003454F7">
            <w:pPr>
              <w:keepNext/>
              <w:rPr>
                <w:sz w:val="16"/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 ☐ terenul se află în zona de protecție a monumentelor istorice     ☐ terenul se află în zone construite protejate</w:t>
            </w:r>
          </w:p>
          <w:p w14:paraId="3D53D1E9" w14:textId="77777777" w:rsidR="00C46767" w:rsidRPr="005B29C5" w:rsidRDefault="00C46767" w:rsidP="00C46767">
            <w:pPr>
              <w:rPr>
                <w:lang w:val="fr-FR"/>
              </w:rPr>
            </w:pPr>
          </w:p>
        </w:tc>
      </w:tr>
      <w:tr w:rsidR="003C7CA3" w14:paraId="165B4D0A" w14:textId="77777777">
        <w:trPr>
          <w:cantSplit/>
        </w:trPr>
        <w:tc>
          <w:tcPr>
            <w:tcW w:w="9636" w:type="dxa"/>
            <w:gridSpan w:val="5"/>
          </w:tcPr>
          <w:p w14:paraId="079CCB85" w14:textId="77777777" w:rsidR="003C7CA3" w:rsidRDefault="003454F7">
            <w:pPr>
              <w:keepNext/>
              <w:pBdr>
                <w:bottom w:val="dotted" w:sz="6" w:space="0" w:color="999999"/>
              </w:pBdr>
              <w:spacing w:after="80"/>
            </w:pPr>
            <w:r>
              <w:rPr>
                <w:color w:val="0D5F78"/>
              </w:rPr>
              <w:t xml:space="preserve">Servituți  </w:t>
            </w:r>
          </w:p>
          <w:p w14:paraId="7D7BEDB6" w14:textId="77777777" w:rsidR="003C7CA3" w:rsidRDefault="003C7CA3">
            <w:pPr>
              <w:keepNext/>
              <w:pBdr>
                <w:bottom w:val="dotted" w:sz="6" w:space="0" w:color="999999"/>
              </w:pBdr>
              <w:spacing w:after="80"/>
            </w:pPr>
          </w:p>
        </w:tc>
      </w:tr>
      <w:tr w:rsidR="00C46767" w14:paraId="483B4B50" w14:textId="77777777">
        <w:trPr>
          <w:cantSplit/>
        </w:trPr>
        <w:tc>
          <w:tcPr>
            <w:tcW w:w="9636" w:type="dxa"/>
            <w:gridSpan w:val="5"/>
            <w:shd w:val="clear" w:color="auto" w:fill="F4F4F4"/>
          </w:tcPr>
          <w:p w14:paraId="4E8E6812" w14:textId="500AFB81" w:rsidR="00C46767" w:rsidRDefault="00C46767">
            <w:pPr>
              <w:keepNext/>
              <w:rPr>
                <w:sz w:val="16"/>
              </w:rPr>
            </w:pPr>
            <w:r>
              <w:rPr>
                <w:sz w:val="16"/>
              </w:rPr>
              <w:t>Amplasare</w:t>
            </w:r>
          </w:p>
        </w:tc>
      </w:tr>
      <w:tr w:rsidR="00C46767" w14:paraId="44377C56" w14:textId="77777777" w:rsidTr="00C46767">
        <w:trPr>
          <w:cantSplit/>
        </w:trPr>
        <w:tc>
          <w:tcPr>
            <w:tcW w:w="2409" w:type="dxa"/>
            <w:shd w:val="clear" w:color="auto" w:fill="FFFFFF" w:themeFill="background1"/>
          </w:tcPr>
          <w:p w14:paraId="7A9EEBA3" w14:textId="77777777" w:rsidR="00C46767" w:rsidRPr="00C46767" w:rsidRDefault="00C46767" w:rsidP="00C46767">
            <w:pPr>
              <w:keepNext/>
            </w:pPr>
            <w:r w:rsidRPr="00C46767">
              <w:rPr>
                <w:b/>
                <w:color w:val="0D5F78"/>
              </w:rPr>
              <w:t>Tip amplasare</w:t>
            </w:r>
          </w:p>
          <w:p w14:paraId="3DC2BE2E" w14:textId="77777777" w:rsidR="00C46767" w:rsidRPr="00C46767" w:rsidRDefault="00C46767" w:rsidP="00C46767">
            <w:pPr>
              <w:keepNext/>
            </w:pPr>
            <w:r w:rsidRPr="00C46767">
              <w:rPr>
                <w:i/>
                <w:color w:val="7A7A7A"/>
              </w:rPr>
              <w:t>izolat · cuplat · înșiruit</w:t>
            </w:r>
          </w:p>
          <w:p w14:paraId="13BE7951" w14:textId="77777777" w:rsidR="00C46767" w:rsidRPr="00C46767" w:rsidRDefault="00C46767" w:rsidP="00C46767">
            <w:pPr>
              <w:keepNext/>
              <w:rPr>
                <w:sz w:val="16"/>
              </w:rPr>
            </w:pPr>
          </w:p>
        </w:tc>
        <w:tc>
          <w:tcPr>
            <w:tcW w:w="2409" w:type="dxa"/>
            <w:gridSpan w:val="2"/>
            <w:shd w:val="clear" w:color="auto" w:fill="FFFFFF" w:themeFill="background1"/>
          </w:tcPr>
          <w:p w14:paraId="55A50C10" w14:textId="77777777" w:rsidR="00C46767" w:rsidRPr="00C46767" w:rsidRDefault="00C46767" w:rsidP="00C46767">
            <w:pPr>
              <w:keepNext/>
            </w:pPr>
            <w:r w:rsidRPr="00C46767">
              <w:rPr>
                <w:b/>
                <w:color w:val="0D5F78"/>
              </w:rPr>
              <w:t>Tipologie / morfologie urbană</w:t>
            </w:r>
          </w:p>
          <w:p w14:paraId="0D40C2D7" w14:textId="77777777" w:rsidR="00C46767" w:rsidRPr="00C46767" w:rsidRDefault="00C46767" w:rsidP="00C46767">
            <w:pPr>
              <w:keepNext/>
              <w:rPr>
                <w:sz w:val="16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14:paraId="37CCB26E" w14:textId="77777777" w:rsidR="00C46767" w:rsidRPr="00C46767" w:rsidRDefault="00C46767" w:rsidP="00C46767">
            <w:pPr>
              <w:keepNext/>
            </w:pPr>
            <w:r w:rsidRPr="00C46767">
              <w:rPr>
                <w:b/>
                <w:color w:val="0D5F78"/>
              </w:rPr>
              <w:t xml:space="preserve">Front construit </w:t>
            </w:r>
          </w:p>
          <w:p w14:paraId="087F5E3E" w14:textId="77777777" w:rsidR="00C46767" w:rsidRPr="00C46767" w:rsidRDefault="00C46767" w:rsidP="00C46767">
            <w:pPr>
              <w:keepNext/>
              <w:rPr>
                <w:sz w:val="16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14:paraId="42E60006" w14:textId="77777777" w:rsidR="00C46767" w:rsidRPr="00C46767" w:rsidRDefault="00C46767" w:rsidP="00C46767">
            <w:pPr>
              <w:keepNext/>
            </w:pPr>
            <w:r w:rsidRPr="00C46767">
              <w:rPr>
                <w:b/>
                <w:color w:val="0D5F78"/>
              </w:rPr>
              <w:t>Curte interioară</w:t>
            </w:r>
          </w:p>
          <w:p w14:paraId="2BA71759" w14:textId="170AC89A" w:rsidR="00C46767" w:rsidRPr="00C46767" w:rsidRDefault="00C46767" w:rsidP="00C46767">
            <w:pPr>
              <w:keepNext/>
              <w:rPr>
                <w:sz w:val="16"/>
              </w:rPr>
            </w:pPr>
          </w:p>
        </w:tc>
      </w:tr>
      <w:tr w:rsidR="00C46767" w14:paraId="7605E0CD" w14:textId="77777777">
        <w:trPr>
          <w:cantSplit/>
        </w:trPr>
        <w:tc>
          <w:tcPr>
            <w:tcW w:w="9636" w:type="dxa"/>
            <w:gridSpan w:val="5"/>
            <w:shd w:val="clear" w:color="auto" w:fill="F4F4F4"/>
          </w:tcPr>
          <w:p w14:paraId="47A73E17" w14:textId="77777777" w:rsidR="00C46767" w:rsidRDefault="00C46767" w:rsidP="00C46767">
            <w:pPr>
              <w:keepNext/>
            </w:pPr>
            <w:r>
              <w:rPr>
                <w:sz w:val="16"/>
              </w:rPr>
              <w:t xml:space="preserve"> Amplasarea clădirilor pe teren, după realizarea lucrărilor — retragerile minime</w:t>
            </w:r>
          </w:p>
        </w:tc>
      </w:tr>
      <w:tr w:rsidR="00C46767" w:rsidRPr="00F61A70" w14:paraId="2EE614B8" w14:textId="77777777">
        <w:trPr>
          <w:cantSplit/>
          <w:trHeight w:val="510"/>
        </w:trPr>
        <w:tc>
          <w:tcPr>
            <w:tcW w:w="2409" w:type="dxa"/>
          </w:tcPr>
          <w:p w14:paraId="5A8E209E" w14:textId="77777777" w:rsidR="00C46767" w:rsidRDefault="00C46767" w:rsidP="00C46767">
            <w:r>
              <w:rPr>
                <w:b/>
                <w:color w:val="0D5F78"/>
              </w:rPr>
              <w:t>față de aliniament (m)</w:t>
            </w:r>
          </w:p>
          <w:p w14:paraId="198628E3" w14:textId="77777777" w:rsidR="00C46767" w:rsidRDefault="00C46767" w:rsidP="00C46767"/>
        </w:tc>
        <w:tc>
          <w:tcPr>
            <w:tcW w:w="2409" w:type="dxa"/>
            <w:gridSpan w:val="2"/>
          </w:tcPr>
          <w:p w14:paraId="4ADB5DFD" w14:textId="77777777" w:rsidR="00C46767" w:rsidRDefault="00C46767" w:rsidP="00C46767">
            <w:r>
              <w:rPr>
                <w:b/>
                <w:color w:val="0D5F78"/>
              </w:rPr>
              <w:t>față de limita lateral-dreapta (m)</w:t>
            </w:r>
          </w:p>
          <w:p w14:paraId="5CB17E5D" w14:textId="77777777" w:rsidR="00C46767" w:rsidRDefault="00C46767" w:rsidP="00C46767"/>
        </w:tc>
        <w:tc>
          <w:tcPr>
            <w:tcW w:w="2409" w:type="dxa"/>
          </w:tcPr>
          <w:p w14:paraId="20498C41" w14:textId="77777777" w:rsidR="00C46767" w:rsidRPr="005B29C5" w:rsidRDefault="00C46767" w:rsidP="00C46767">
            <w:pPr>
              <w:rPr>
                <w:lang w:val="fr-FR"/>
              </w:rPr>
            </w:pPr>
            <w:proofErr w:type="gramStart"/>
            <w:r w:rsidRPr="005B29C5">
              <w:rPr>
                <w:b/>
                <w:color w:val="0D5F78"/>
                <w:lang w:val="fr-FR"/>
              </w:rPr>
              <w:t>față</w:t>
            </w:r>
            <w:proofErr w:type="gramEnd"/>
            <w:r w:rsidRPr="005B29C5">
              <w:rPr>
                <w:b/>
                <w:color w:val="0D5F78"/>
                <w:lang w:val="fr-FR"/>
              </w:rPr>
              <w:t xml:space="preserve"> de limita lateral-stânga (m)</w:t>
            </w:r>
          </w:p>
          <w:p w14:paraId="4096649E" w14:textId="77777777" w:rsidR="00C46767" w:rsidRPr="005B29C5" w:rsidRDefault="00C46767" w:rsidP="00C46767">
            <w:pPr>
              <w:rPr>
                <w:lang w:val="fr-FR"/>
              </w:rPr>
            </w:pPr>
          </w:p>
        </w:tc>
        <w:tc>
          <w:tcPr>
            <w:tcW w:w="2409" w:type="dxa"/>
          </w:tcPr>
          <w:p w14:paraId="649ED46B" w14:textId="77777777" w:rsidR="00C46767" w:rsidRPr="005B29C5" w:rsidRDefault="00C46767" w:rsidP="00C46767">
            <w:pPr>
              <w:rPr>
                <w:lang w:val="fr-FR"/>
              </w:rPr>
            </w:pPr>
            <w:proofErr w:type="gramStart"/>
            <w:r w:rsidRPr="005B29C5">
              <w:rPr>
                <w:b/>
                <w:color w:val="0D5F78"/>
                <w:lang w:val="fr-FR"/>
              </w:rPr>
              <w:t>față</w:t>
            </w:r>
            <w:proofErr w:type="gramEnd"/>
            <w:r w:rsidRPr="005B29C5">
              <w:rPr>
                <w:b/>
                <w:color w:val="0D5F78"/>
                <w:lang w:val="fr-FR"/>
              </w:rPr>
              <w:t xml:space="preserve"> de limita posterioară (m)</w:t>
            </w:r>
          </w:p>
          <w:p w14:paraId="3C47F09A" w14:textId="77777777" w:rsidR="00C46767" w:rsidRPr="005B29C5" w:rsidRDefault="00C46767" w:rsidP="00C46767">
            <w:pPr>
              <w:rPr>
                <w:lang w:val="fr-FR"/>
              </w:rPr>
            </w:pPr>
          </w:p>
        </w:tc>
      </w:tr>
      <w:tr w:rsidR="00C46767" w:rsidRPr="00F61A70" w14:paraId="41C06C37" w14:textId="77777777" w:rsidTr="0007047E">
        <w:trPr>
          <w:cantSplit/>
          <w:trHeight w:val="226"/>
        </w:trPr>
        <w:tc>
          <w:tcPr>
            <w:tcW w:w="4818" w:type="dxa"/>
            <w:gridSpan w:val="3"/>
            <w:shd w:val="clear" w:color="auto" w:fill="F2F2F2" w:themeFill="background1" w:themeFillShade="F2"/>
          </w:tcPr>
          <w:p w14:paraId="6B7999BC" w14:textId="33FF7E93" w:rsidR="00C46767" w:rsidRPr="0007047E" w:rsidRDefault="00C46767" w:rsidP="00C46767">
            <w:pPr>
              <w:rPr>
                <w:bCs/>
                <w:color w:val="000000" w:themeColor="text1"/>
                <w:lang w:val="fr-FR"/>
              </w:rPr>
            </w:pPr>
            <w:r w:rsidRPr="0007047E">
              <w:rPr>
                <w:bCs/>
                <w:color w:val="000000" w:themeColor="text1"/>
                <w:lang w:val="fr-FR"/>
              </w:rPr>
              <w:t>Procent de ocupare a terenului (%)</w:t>
            </w:r>
          </w:p>
        </w:tc>
        <w:tc>
          <w:tcPr>
            <w:tcW w:w="4818" w:type="dxa"/>
            <w:gridSpan w:val="2"/>
            <w:shd w:val="clear" w:color="auto" w:fill="F2F2F2" w:themeFill="background1" w:themeFillShade="F2"/>
          </w:tcPr>
          <w:p w14:paraId="62285E8F" w14:textId="2DCC1C68" w:rsidR="00C46767" w:rsidRPr="0007047E" w:rsidRDefault="00C46767" w:rsidP="00C46767">
            <w:pPr>
              <w:rPr>
                <w:bCs/>
                <w:color w:val="000000" w:themeColor="text1"/>
                <w:lang w:val="fr-FR"/>
              </w:rPr>
            </w:pPr>
            <w:r w:rsidRPr="0007047E">
              <w:rPr>
                <w:bCs/>
                <w:color w:val="000000" w:themeColor="text1"/>
                <w:lang w:val="fr-FR"/>
              </w:rPr>
              <w:t xml:space="preserve">Coeficient de utilizare a terenului </w:t>
            </w:r>
          </w:p>
        </w:tc>
      </w:tr>
      <w:tr w:rsidR="00C46767" w:rsidRPr="005B29C5" w14:paraId="060A73FB" w14:textId="77777777" w:rsidTr="0007047E">
        <w:trPr>
          <w:cantSplit/>
          <w:trHeight w:val="272"/>
        </w:trPr>
        <w:tc>
          <w:tcPr>
            <w:tcW w:w="2409" w:type="dxa"/>
          </w:tcPr>
          <w:p w14:paraId="0E0452C6" w14:textId="6F162BE0" w:rsidR="00C46767" w:rsidRPr="0007047E" w:rsidRDefault="00C46767" w:rsidP="00C46767">
            <w:pPr>
              <w:rPr>
                <w:b/>
                <w:color w:val="0D5F78"/>
                <w:lang w:val="fr-FR"/>
              </w:rPr>
            </w:pPr>
            <w:r>
              <w:rPr>
                <w:b/>
                <w:color w:val="0D5F78"/>
                <w:lang w:val="fr-FR"/>
              </w:rPr>
              <w:t>Existent</w:t>
            </w:r>
          </w:p>
        </w:tc>
        <w:tc>
          <w:tcPr>
            <w:tcW w:w="2409" w:type="dxa"/>
            <w:gridSpan w:val="2"/>
          </w:tcPr>
          <w:p w14:paraId="56E832C5" w14:textId="77777777" w:rsidR="00C46767" w:rsidRPr="0007047E" w:rsidRDefault="00C46767" w:rsidP="00C46767">
            <w:pPr>
              <w:rPr>
                <w:b/>
                <w:color w:val="0D5F78"/>
                <w:lang w:val="fr-FR"/>
              </w:rPr>
            </w:pPr>
          </w:p>
        </w:tc>
        <w:tc>
          <w:tcPr>
            <w:tcW w:w="2409" w:type="dxa"/>
          </w:tcPr>
          <w:p w14:paraId="24F09C4A" w14:textId="4BD79D03" w:rsidR="00C46767" w:rsidRPr="005B29C5" w:rsidRDefault="00C46767" w:rsidP="00C46767">
            <w:pPr>
              <w:rPr>
                <w:b/>
                <w:color w:val="0D5F78"/>
                <w:lang w:val="fr-FR"/>
              </w:rPr>
            </w:pPr>
            <w:r>
              <w:rPr>
                <w:b/>
                <w:color w:val="0D5F78"/>
                <w:lang w:val="fr-FR"/>
              </w:rPr>
              <w:t>Existent</w:t>
            </w:r>
          </w:p>
        </w:tc>
        <w:tc>
          <w:tcPr>
            <w:tcW w:w="2409" w:type="dxa"/>
          </w:tcPr>
          <w:p w14:paraId="3DA88BDD" w14:textId="77777777" w:rsidR="00C46767" w:rsidRPr="005B29C5" w:rsidRDefault="00C46767" w:rsidP="00C46767">
            <w:pPr>
              <w:rPr>
                <w:b/>
                <w:color w:val="0D5F78"/>
                <w:lang w:val="fr-FR"/>
              </w:rPr>
            </w:pPr>
          </w:p>
        </w:tc>
      </w:tr>
      <w:tr w:rsidR="00C46767" w:rsidRPr="005B29C5" w14:paraId="008E2BA0" w14:textId="77777777" w:rsidTr="0007047E">
        <w:trPr>
          <w:cantSplit/>
          <w:trHeight w:val="272"/>
        </w:trPr>
        <w:tc>
          <w:tcPr>
            <w:tcW w:w="2409" w:type="dxa"/>
          </w:tcPr>
          <w:p w14:paraId="7D7FB8E0" w14:textId="22FA1577" w:rsidR="00C46767" w:rsidRDefault="00C46767" w:rsidP="00C46767">
            <w:pPr>
              <w:rPr>
                <w:b/>
                <w:color w:val="0D5F78"/>
                <w:lang w:val="fr-FR"/>
              </w:rPr>
            </w:pPr>
            <w:r>
              <w:rPr>
                <w:b/>
                <w:color w:val="0D5F78"/>
                <w:lang w:val="fr-FR"/>
              </w:rPr>
              <w:t>Propus</w:t>
            </w:r>
          </w:p>
        </w:tc>
        <w:tc>
          <w:tcPr>
            <w:tcW w:w="2409" w:type="dxa"/>
            <w:gridSpan w:val="2"/>
          </w:tcPr>
          <w:p w14:paraId="27E463A9" w14:textId="77777777" w:rsidR="00C46767" w:rsidRPr="0007047E" w:rsidRDefault="00C46767" w:rsidP="00C46767">
            <w:pPr>
              <w:rPr>
                <w:b/>
                <w:color w:val="0D5F78"/>
                <w:lang w:val="fr-FR"/>
              </w:rPr>
            </w:pPr>
          </w:p>
        </w:tc>
        <w:tc>
          <w:tcPr>
            <w:tcW w:w="2409" w:type="dxa"/>
          </w:tcPr>
          <w:p w14:paraId="7FD00EA7" w14:textId="29AF4CF0" w:rsidR="00C46767" w:rsidRPr="005B29C5" w:rsidRDefault="00C46767" w:rsidP="00C46767">
            <w:pPr>
              <w:rPr>
                <w:b/>
                <w:color w:val="0D5F78"/>
                <w:lang w:val="fr-FR"/>
              </w:rPr>
            </w:pPr>
            <w:r>
              <w:rPr>
                <w:b/>
                <w:color w:val="0D5F78"/>
                <w:lang w:val="fr-FR"/>
              </w:rPr>
              <w:t>Propus</w:t>
            </w:r>
          </w:p>
        </w:tc>
        <w:tc>
          <w:tcPr>
            <w:tcW w:w="2409" w:type="dxa"/>
          </w:tcPr>
          <w:p w14:paraId="6BCF08B6" w14:textId="77777777" w:rsidR="00C46767" w:rsidRPr="005B29C5" w:rsidRDefault="00C46767" w:rsidP="00C46767">
            <w:pPr>
              <w:rPr>
                <w:b/>
                <w:color w:val="0D5F78"/>
                <w:lang w:val="fr-FR"/>
              </w:rPr>
            </w:pPr>
          </w:p>
        </w:tc>
      </w:tr>
    </w:tbl>
    <w:p w14:paraId="132E47EC" w14:textId="07AC5DB5" w:rsidR="003C7CA3" w:rsidRDefault="003C7CA3">
      <w:pPr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2409"/>
        <w:gridCol w:w="2409"/>
        <w:gridCol w:w="2409"/>
      </w:tblGrid>
      <w:tr w:rsidR="0007047E" w:rsidRPr="005B29C5" w14:paraId="03C946DF" w14:textId="77777777" w:rsidTr="00303E64">
        <w:trPr>
          <w:cantSplit/>
        </w:trPr>
        <w:tc>
          <w:tcPr>
            <w:tcW w:w="9636" w:type="dxa"/>
            <w:gridSpan w:val="4"/>
            <w:shd w:val="clear" w:color="auto" w:fill="F4F4F4"/>
          </w:tcPr>
          <w:p w14:paraId="5F98CBA4" w14:textId="2EDCA382" w:rsidR="0007047E" w:rsidRPr="005B29C5" w:rsidRDefault="0007047E" w:rsidP="00303E64">
            <w:pPr>
              <w:keepNext/>
              <w:rPr>
                <w:lang w:val="fr-FR"/>
              </w:rPr>
            </w:pPr>
            <w:r>
              <w:rPr>
                <w:b/>
                <w:sz w:val="16"/>
                <w:lang w:val="fr-FR"/>
              </w:rPr>
              <w:t>3</w:t>
            </w:r>
            <w:r w:rsidRPr="005B29C5">
              <w:rPr>
                <w:b/>
                <w:sz w:val="16"/>
                <w:lang w:val="fr-FR"/>
              </w:rPr>
              <w:t xml:space="preserve">. </w:t>
            </w:r>
            <w:r w:rsidRPr="005B29C5">
              <w:rPr>
                <w:b/>
                <w:color w:val="000000"/>
                <w:sz w:val="18"/>
                <w:lang w:val="fr-FR"/>
              </w:rPr>
              <w:t xml:space="preserve">SUPRAFEȚE </w:t>
            </w:r>
          </w:p>
        </w:tc>
      </w:tr>
      <w:tr w:rsidR="0007047E" w14:paraId="0B55DA5B" w14:textId="77777777" w:rsidTr="00303E64">
        <w:trPr>
          <w:cantSplit/>
          <w:trHeight w:val="297"/>
        </w:trPr>
        <w:tc>
          <w:tcPr>
            <w:tcW w:w="2409" w:type="dxa"/>
          </w:tcPr>
          <w:p w14:paraId="5BB088E4" w14:textId="77777777" w:rsidR="0007047E" w:rsidRPr="0007047E" w:rsidRDefault="0007047E" w:rsidP="00303E64">
            <w:pPr>
              <w:keepNext/>
              <w:rPr>
                <w:sz w:val="16"/>
                <w:szCs w:val="16"/>
              </w:rPr>
            </w:pPr>
            <w:r w:rsidRPr="0007047E">
              <w:rPr>
                <w:sz w:val="16"/>
                <w:szCs w:val="16"/>
              </w:rPr>
              <w:t>clădiri existente, din care:</w:t>
            </w:r>
          </w:p>
        </w:tc>
        <w:tc>
          <w:tcPr>
            <w:tcW w:w="2409" w:type="dxa"/>
          </w:tcPr>
          <w:p w14:paraId="1E806F4B" w14:textId="77777777" w:rsidR="0007047E" w:rsidRDefault="0007047E" w:rsidP="00303E64">
            <w:pPr>
              <w:keepNext/>
            </w:pPr>
            <w:r>
              <w:rPr>
                <w:b/>
                <w:color w:val="0D5F78"/>
              </w:rPr>
              <w:t>Suprafață construită (m²)</w:t>
            </w:r>
          </w:p>
          <w:p w14:paraId="403A4944" w14:textId="77777777" w:rsidR="0007047E" w:rsidRDefault="0007047E" w:rsidP="00303E64">
            <w:pPr>
              <w:keepNext/>
            </w:pPr>
          </w:p>
        </w:tc>
        <w:tc>
          <w:tcPr>
            <w:tcW w:w="2409" w:type="dxa"/>
          </w:tcPr>
          <w:p w14:paraId="17199850" w14:textId="77777777" w:rsidR="0007047E" w:rsidRDefault="0007047E" w:rsidP="00303E64">
            <w:pPr>
              <w:keepNext/>
            </w:pPr>
            <w:r>
              <w:rPr>
                <w:b/>
                <w:color w:val="0D5F78"/>
              </w:rPr>
              <w:t>Suprafață desfășurată (m²)</w:t>
            </w:r>
          </w:p>
          <w:p w14:paraId="4BF4EA09" w14:textId="77777777" w:rsidR="0007047E" w:rsidRDefault="0007047E" w:rsidP="00303E64">
            <w:pPr>
              <w:keepNext/>
            </w:pPr>
          </w:p>
        </w:tc>
        <w:tc>
          <w:tcPr>
            <w:tcW w:w="2409" w:type="dxa"/>
          </w:tcPr>
          <w:p w14:paraId="0DC34539" w14:textId="77777777" w:rsidR="0007047E" w:rsidRDefault="0007047E" w:rsidP="00303E64">
            <w:pPr>
              <w:keepNext/>
            </w:pPr>
            <w:r>
              <w:rPr>
                <w:b/>
                <w:color w:val="0D5F78"/>
              </w:rPr>
              <w:t>Suprafață utilă (m²)</w:t>
            </w:r>
          </w:p>
          <w:p w14:paraId="1743490B" w14:textId="77777777" w:rsidR="0007047E" w:rsidRDefault="0007047E" w:rsidP="00303E64">
            <w:pPr>
              <w:keepNext/>
            </w:pPr>
          </w:p>
        </w:tc>
      </w:tr>
      <w:tr w:rsidR="0007047E" w14:paraId="290E3B1A" w14:textId="77777777" w:rsidTr="00303E64">
        <w:trPr>
          <w:cantSplit/>
          <w:trHeight w:val="192"/>
        </w:trPr>
        <w:tc>
          <w:tcPr>
            <w:tcW w:w="2409" w:type="dxa"/>
          </w:tcPr>
          <w:p w14:paraId="77A680BD" w14:textId="77777777" w:rsidR="0007047E" w:rsidRPr="0007047E" w:rsidRDefault="0007047E" w:rsidP="00303E64">
            <w:pPr>
              <w:keepNext/>
              <w:rPr>
                <w:sz w:val="16"/>
                <w:szCs w:val="16"/>
              </w:rPr>
            </w:pPr>
            <w:r w:rsidRPr="0007047E">
              <w:rPr>
                <w:sz w:val="16"/>
                <w:szCs w:val="16"/>
              </w:rPr>
              <w:t>— desființate</w:t>
            </w:r>
          </w:p>
        </w:tc>
        <w:tc>
          <w:tcPr>
            <w:tcW w:w="2409" w:type="dxa"/>
          </w:tcPr>
          <w:p w14:paraId="49A5CEE4" w14:textId="77777777" w:rsidR="0007047E" w:rsidRDefault="0007047E" w:rsidP="00303E64">
            <w:pPr>
              <w:keepNext/>
            </w:pPr>
          </w:p>
        </w:tc>
        <w:tc>
          <w:tcPr>
            <w:tcW w:w="2409" w:type="dxa"/>
          </w:tcPr>
          <w:p w14:paraId="78FEE0F5" w14:textId="77777777" w:rsidR="0007047E" w:rsidRDefault="0007047E" w:rsidP="00303E64">
            <w:pPr>
              <w:keepNext/>
            </w:pPr>
          </w:p>
        </w:tc>
        <w:tc>
          <w:tcPr>
            <w:tcW w:w="2409" w:type="dxa"/>
          </w:tcPr>
          <w:p w14:paraId="650918ED" w14:textId="77777777" w:rsidR="0007047E" w:rsidRDefault="0007047E" w:rsidP="00303E64">
            <w:pPr>
              <w:keepNext/>
            </w:pPr>
          </w:p>
        </w:tc>
      </w:tr>
      <w:tr w:rsidR="0007047E" w14:paraId="56C425C9" w14:textId="77777777" w:rsidTr="00303E64">
        <w:trPr>
          <w:cantSplit/>
          <w:trHeight w:val="137"/>
        </w:trPr>
        <w:tc>
          <w:tcPr>
            <w:tcW w:w="2409" w:type="dxa"/>
          </w:tcPr>
          <w:p w14:paraId="21FE29B7" w14:textId="77777777" w:rsidR="0007047E" w:rsidRPr="0007047E" w:rsidRDefault="0007047E" w:rsidP="00303E64">
            <w:pPr>
              <w:keepNext/>
              <w:rPr>
                <w:sz w:val="16"/>
                <w:szCs w:val="16"/>
              </w:rPr>
            </w:pPr>
            <w:r w:rsidRPr="0007047E">
              <w:rPr>
                <w:sz w:val="16"/>
                <w:szCs w:val="16"/>
              </w:rPr>
              <w:t>— menținute</w:t>
            </w:r>
          </w:p>
        </w:tc>
        <w:tc>
          <w:tcPr>
            <w:tcW w:w="2409" w:type="dxa"/>
          </w:tcPr>
          <w:p w14:paraId="2E932015" w14:textId="77777777" w:rsidR="0007047E" w:rsidRDefault="0007047E" w:rsidP="00303E64">
            <w:pPr>
              <w:keepNext/>
            </w:pPr>
          </w:p>
        </w:tc>
        <w:tc>
          <w:tcPr>
            <w:tcW w:w="2409" w:type="dxa"/>
          </w:tcPr>
          <w:p w14:paraId="5D428DDC" w14:textId="77777777" w:rsidR="0007047E" w:rsidRDefault="0007047E" w:rsidP="00303E64">
            <w:pPr>
              <w:keepNext/>
            </w:pPr>
          </w:p>
        </w:tc>
        <w:tc>
          <w:tcPr>
            <w:tcW w:w="2409" w:type="dxa"/>
          </w:tcPr>
          <w:p w14:paraId="5D490EA8" w14:textId="77777777" w:rsidR="0007047E" w:rsidRDefault="0007047E" w:rsidP="00303E64">
            <w:pPr>
              <w:keepNext/>
            </w:pPr>
          </w:p>
        </w:tc>
      </w:tr>
      <w:tr w:rsidR="0007047E" w14:paraId="1C398D53" w14:textId="77777777" w:rsidTr="00303E64">
        <w:trPr>
          <w:cantSplit/>
          <w:trHeight w:val="226"/>
        </w:trPr>
        <w:tc>
          <w:tcPr>
            <w:tcW w:w="2409" w:type="dxa"/>
          </w:tcPr>
          <w:p w14:paraId="3DEA794B" w14:textId="77777777" w:rsidR="0007047E" w:rsidRPr="0007047E" w:rsidRDefault="0007047E" w:rsidP="00303E64">
            <w:pPr>
              <w:keepNext/>
              <w:rPr>
                <w:sz w:val="16"/>
                <w:szCs w:val="16"/>
              </w:rPr>
            </w:pPr>
            <w:r w:rsidRPr="0007047E">
              <w:rPr>
                <w:sz w:val="16"/>
                <w:szCs w:val="16"/>
              </w:rPr>
              <w:t>clădiri propuse</w:t>
            </w:r>
          </w:p>
        </w:tc>
        <w:tc>
          <w:tcPr>
            <w:tcW w:w="2409" w:type="dxa"/>
          </w:tcPr>
          <w:p w14:paraId="673C13F3" w14:textId="77777777" w:rsidR="0007047E" w:rsidRDefault="0007047E" w:rsidP="00303E64">
            <w:pPr>
              <w:keepNext/>
            </w:pPr>
          </w:p>
        </w:tc>
        <w:tc>
          <w:tcPr>
            <w:tcW w:w="2409" w:type="dxa"/>
          </w:tcPr>
          <w:p w14:paraId="06D64C17" w14:textId="77777777" w:rsidR="0007047E" w:rsidRDefault="0007047E" w:rsidP="00303E64">
            <w:pPr>
              <w:keepNext/>
            </w:pPr>
          </w:p>
        </w:tc>
        <w:tc>
          <w:tcPr>
            <w:tcW w:w="2409" w:type="dxa"/>
          </w:tcPr>
          <w:p w14:paraId="6631B6AA" w14:textId="77777777" w:rsidR="0007047E" w:rsidRDefault="0007047E" w:rsidP="00303E64">
            <w:pPr>
              <w:keepNext/>
            </w:pPr>
          </w:p>
        </w:tc>
      </w:tr>
      <w:tr w:rsidR="0007047E" w14:paraId="60C12F08" w14:textId="77777777" w:rsidTr="00303E64">
        <w:trPr>
          <w:cantSplit/>
          <w:trHeight w:val="130"/>
        </w:trPr>
        <w:tc>
          <w:tcPr>
            <w:tcW w:w="2409" w:type="dxa"/>
          </w:tcPr>
          <w:p w14:paraId="66EF5C67" w14:textId="77777777" w:rsidR="0007047E" w:rsidRPr="0007047E" w:rsidRDefault="0007047E" w:rsidP="00303E64">
            <w:pPr>
              <w:keepNext/>
              <w:rPr>
                <w:sz w:val="16"/>
                <w:szCs w:val="16"/>
              </w:rPr>
            </w:pPr>
            <w:r w:rsidRPr="0007047E">
              <w:rPr>
                <w:sz w:val="16"/>
                <w:szCs w:val="16"/>
              </w:rPr>
              <w:t>TOTAL (menținute + propuse)</w:t>
            </w:r>
          </w:p>
        </w:tc>
        <w:tc>
          <w:tcPr>
            <w:tcW w:w="2409" w:type="dxa"/>
          </w:tcPr>
          <w:p w14:paraId="07B8BE8D" w14:textId="77777777" w:rsidR="0007047E" w:rsidRDefault="0007047E" w:rsidP="00303E64">
            <w:pPr>
              <w:keepNext/>
            </w:pPr>
          </w:p>
        </w:tc>
        <w:tc>
          <w:tcPr>
            <w:tcW w:w="2409" w:type="dxa"/>
          </w:tcPr>
          <w:p w14:paraId="5572E69C" w14:textId="77777777" w:rsidR="0007047E" w:rsidRDefault="0007047E" w:rsidP="00303E64">
            <w:pPr>
              <w:keepNext/>
            </w:pPr>
          </w:p>
        </w:tc>
        <w:tc>
          <w:tcPr>
            <w:tcW w:w="2409" w:type="dxa"/>
          </w:tcPr>
          <w:p w14:paraId="3405E223" w14:textId="77777777" w:rsidR="0007047E" w:rsidRDefault="0007047E" w:rsidP="00303E64">
            <w:pPr>
              <w:keepNext/>
            </w:pPr>
          </w:p>
        </w:tc>
      </w:tr>
    </w:tbl>
    <w:p w14:paraId="5B8A3179" w14:textId="77777777" w:rsidR="0007047E" w:rsidRPr="005B29C5" w:rsidRDefault="0007047E">
      <w:pPr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803"/>
        <w:gridCol w:w="803"/>
        <w:gridCol w:w="803"/>
        <w:gridCol w:w="803"/>
        <w:gridCol w:w="803"/>
        <w:gridCol w:w="803"/>
        <w:gridCol w:w="803"/>
        <w:gridCol w:w="1606"/>
      </w:tblGrid>
      <w:tr w:rsidR="003C7CA3" w:rsidRPr="00F61A70" w14:paraId="53C8B325" w14:textId="77777777">
        <w:trPr>
          <w:cantSplit/>
        </w:trPr>
        <w:tc>
          <w:tcPr>
            <w:tcW w:w="9636" w:type="dxa"/>
            <w:gridSpan w:val="9"/>
            <w:shd w:val="clear" w:color="auto" w:fill="F4F4F4"/>
          </w:tcPr>
          <w:p w14:paraId="7189EFFD" w14:textId="0AA3EC08" w:rsidR="007E5D45" w:rsidRPr="0007047E" w:rsidRDefault="003454F7">
            <w:pPr>
              <w:keepNext/>
              <w:rPr>
                <w:sz w:val="19"/>
                <w:lang w:val="fr-FR"/>
              </w:rPr>
            </w:pPr>
            <w:r w:rsidRPr="005B29C5">
              <w:rPr>
                <w:b/>
                <w:sz w:val="16"/>
                <w:lang w:val="fr-FR"/>
              </w:rPr>
              <w:t xml:space="preserve"> </w:t>
            </w:r>
            <w:r w:rsidR="0007047E">
              <w:rPr>
                <w:b/>
                <w:sz w:val="16"/>
                <w:lang w:val="fr-FR"/>
              </w:rPr>
              <w:t>4</w:t>
            </w:r>
            <w:r w:rsidRPr="007E5D45">
              <w:rPr>
                <w:b/>
                <w:sz w:val="16"/>
                <w:lang w:val="fr-FR"/>
              </w:rPr>
              <w:t xml:space="preserve">. </w:t>
            </w:r>
            <w:r w:rsidRPr="007E5D45">
              <w:rPr>
                <w:b/>
                <w:color w:val="000000"/>
                <w:sz w:val="18"/>
                <w:lang w:val="fr-FR"/>
              </w:rPr>
              <w:t>FIȘA CLĂDIRII</w:t>
            </w:r>
            <w:r w:rsidR="007E5D45">
              <w:rPr>
                <w:sz w:val="19"/>
                <w:lang w:val="fr-FR"/>
              </w:rPr>
              <w:t xml:space="preserve"> (se completeaza </w:t>
            </w:r>
            <w:r w:rsidR="007E5D45" w:rsidRPr="005B29C5">
              <w:rPr>
                <w:sz w:val="19"/>
                <w:lang w:val="fr-FR"/>
              </w:rPr>
              <w:t>câte una pentru fiecare imobil</w:t>
            </w:r>
            <w:r w:rsidR="007E5D45">
              <w:rPr>
                <w:sz w:val="19"/>
                <w:lang w:val="fr-FR"/>
              </w:rPr>
              <w:t>)</w:t>
            </w:r>
          </w:p>
        </w:tc>
      </w:tr>
      <w:tr w:rsidR="003C7CA3" w14:paraId="31232DEE" w14:textId="77777777">
        <w:trPr>
          <w:cantSplit/>
        </w:trPr>
        <w:tc>
          <w:tcPr>
            <w:tcW w:w="9636" w:type="dxa"/>
            <w:gridSpan w:val="9"/>
            <w:shd w:val="clear" w:color="auto" w:fill="F4F4F4"/>
          </w:tcPr>
          <w:p w14:paraId="558D848E" w14:textId="77777777" w:rsidR="003C7CA3" w:rsidRDefault="003454F7">
            <w:pPr>
              <w:keepNext/>
            </w:pPr>
            <w:r w:rsidRPr="007E5D45">
              <w:rPr>
                <w:sz w:val="16"/>
                <w:lang w:val="fr-FR"/>
              </w:rPr>
              <w:t xml:space="preserve"> </w:t>
            </w:r>
            <w:r>
              <w:rPr>
                <w:sz w:val="16"/>
              </w:rPr>
              <w:t xml:space="preserve">Identificarea clădirii în </w:t>
            </w:r>
            <w:r>
              <w:rPr>
                <w:sz w:val="16"/>
              </w:rPr>
              <w:t>registru</w:t>
            </w:r>
          </w:p>
        </w:tc>
      </w:tr>
      <w:tr w:rsidR="003C7CA3" w14:paraId="3E0214C2" w14:textId="77777777">
        <w:trPr>
          <w:cantSplit/>
          <w:trHeight w:val="510"/>
        </w:trPr>
        <w:tc>
          <w:tcPr>
            <w:tcW w:w="2409" w:type="dxa"/>
          </w:tcPr>
          <w:p w14:paraId="2DA5BDFB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NIS</w:t>
            </w:r>
          </w:p>
          <w:p w14:paraId="4A761AB4" w14:textId="77777777" w:rsidR="003C7CA3" w:rsidRDefault="003454F7">
            <w:pPr>
              <w:keepNext/>
            </w:pPr>
            <w:r>
              <w:rPr>
                <w:i/>
                <w:color w:val="7A7A7A"/>
              </w:rPr>
              <w:t>numărul din Registrul Național al Clădirilor, dacă e deja înregistrată</w:t>
            </w:r>
          </w:p>
          <w:p w14:paraId="2FEB4109" w14:textId="77777777" w:rsidR="003C7CA3" w:rsidRDefault="003C7CA3">
            <w:pPr>
              <w:keepNext/>
            </w:pPr>
          </w:p>
        </w:tc>
        <w:tc>
          <w:tcPr>
            <w:tcW w:w="2409" w:type="dxa"/>
            <w:gridSpan w:val="3"/>
          </w:tcPr>
          <w:p w14:paraId="6F2AC158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b/>
                <w:color w:val="0D5F78"/>
                <w:lang w:val="fr-FR"/>
              </w:rPr>
              <w:t xml:space="preserve">Nr. </w:t>
            </w:r>
            <w:proofErr w:type="gramStart"/>
            <w:r w:rsidRPr="005B29C5">
              <w:rPr>
                <w:b/>
                <w:color w:val="0D5F78"/>
                <w:lang w:val="fr-FR"/>
              </w:rPr>
              <w:t>cadastral</w:t>
            </w:r>
            <w:proofErr w:type="gramEnd"/>
            <w:r w:rsidRPr="005B29C5">
              <w:rPr>
                <w:b/>
                <w:color w:val="0D5F78"/>
                <w:lang w:val="fr-FR"/>
              </w:rPr>
              <w:t xml:space="preserve"> al clădirii</w:t>
            </w:r>
          </w:p>
          <w:p w14:paraId="56484D52" w14:textId="77777777" w:rsidR="003C7CA3" w:rsidRPr="005B29C5" w:rsidRDefault="003454F7">
            <w:pPr>
              <w:keepNext/>
              <w:rPr>
                <w:lang w:val="fr-FR"/>
              </w:rPr>
            </w:pPr>
            <w:proofErr w:type="gramStart"/>
            <w:r w:rsidRPr="005B29C5">
              <w:rPr>
                <w:i/>
                <w:color w:val="7A7A7A"/>
                <w:lang w:val="fr-FR"/>
              </w:rPr>
              <w:t>forma</w:t>
            </w:r>
            <w:proofErr w:type="gramEnd"/>
            <w:r w:rsidRPr="005B29C5">
              <w:rPr>
                <w:i/>
                <w:color w:val="7A7A7A"/>
                <w:lang w:val="fr-FR"/>
              </w:rPr>
              <w:t xml:space="preserve"> 123456-C1</w:t>
            </w:r>
          </w:p>
          <w:p w14:paraId="2ECB2279" w14:textId="77777777" w:rsidR="003C7CA3" w:rsidRPr="005B29C5" w:rsidRDefault="003C7CA3">
            <w:pPr>
              <w:keepNext/>
              <w:rPr>
                <w:lang w:val="fr-FR"/>
              </w:rPr>
            </w:pPr>
          </w:p>
        </w:tc>
        <w:tc>
          <w:tcPr>
            <w:tcW w:w="2409" w:type="dxa"/>
            <w:gridSpan w:val="3"/>
          </w:tcPr>
          <w:p w14:paraId="41F65413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Identificator e-Terra (IE)</w:t>
            </w:r>
          </w:p>
          <w:p w14:paraId="220427C2" w14:textId="77777777" w:rsidR="003C7CA3" w:rsidRDefault="003C7CA3">
            <w:pPr>
              <w:keepNext/>
            </w:pPr>
          </w:p>
        </w:tc>
        <w:tc>
          <w:tcPr>
            <w:tcW w:w="2409" w:type="dxa"/>
            <w:gridSpan w:val="2"/>
          </w:tcPr>
          <w:p w14:paraId="14760290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Nr. carte funciară</w:t>
            </w:r>
          </w:p>
          <w:p w14:paraId="0E4D13ED" w14:textId="77777777" w:rsidR="003C7CA3" w:rsidRDefault="003C7CA3">
            <w:pPr>
              <w:keepNext/>
            </w:pPr>
          </w:p>
        </w:tc>
      </w:tr>
      <w:tr w:rsidR="003C7CA3" w:rsidRPr="00F61A70" w14:paraId="3EE8CE22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70E33003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b/>
                <w:color w:val="0D5F78"/>
                <w:lang w:val="fr-FR"/>
              </w:rPr>
              <w:t>Tipul obiectului</w:t>
            </w:r>
          </w:p>
          <w:p w14:paraId="56B5E59D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clădire     ☐ corp de clădire     ☐ unități locative</w:t>
            </w:r>
          </w:p>
        </w:tc>
        <w:tc>
          <w:tcPr>
            <w:tcW w:w="4015" w:type="dxa"/>
            <w:gridSpan w:val="4"/>
          </w:tcPr>
          <w:p w14:paraId="1B36A210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b/>
                <w:color w:val="0D5F78"/>
                <w:lang w:val="fr-FR"/>
              </w:rPr>
              <w:t>Clădirea este</w:t>
            </w:r>
          </w:p>
          <w:p w14:paraId="19F3F41D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existentă     ☐ propusă prin proiect</w:t>
            </w:r>
          </w:p>
        </w:tc>
      </w:tr>
      <w:tr w:rsidR="003C7CA3" w14:paraId="11A82C2D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0438C0C7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Denumirea clădirii</w:t>
            </w:r>
          </w:p>
          <w:p w14:paraId="10483E47" w14:textId="77777777" w:rsidR="003C7CA3" w:rsidRDefault="003C7CA3">
            <w:pPr>
              <w:keepNext/>
            </w:pPr>
          </w:p>
        </w:tc>
        <w:tc>
          <w:tcPr>
            <w:tcW w:w="6424" w:type="dxa"/>
            <w:gridSpan w:val="7"/>
          </w:tcPr>
          <w:p w14:paraId="3E89F52C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Descriere</w:t>
            </w:r>
          </w:p>
          <w:p w14:paraId="4D8F687C" w14:textId="77777777" w:rsidR="003C7CA3" w:rsidRDefault="003C7CA3">
            <w:pPr>
              <w:keepNext/>
            </w:pPr>
          </w:p>
        </w:tc>
      </w:tr>
      <w:tr w:rsidR="003C7CA3" w:rsidRPr="00F61A70" w14:paraId="2C7515BE" w14:textId="77777777">
        <w:trPr>
          <w:cantSplit/>
        </w:trPr>
        <w:tc>
          <w:tcPr>
            <w:tcW w:w="9636" w:type="dxa"/>
            <w:gridSpan w:val="9"/>
            <w:shd w:val="clear" w:color="auto" w:fill="F4F4F4"/>
          </w:tcPr>
          <w:p w14:paraId="7953601D" w14:textId="24E379E4" w:rsidR="00F61A70" w:rsidRDefault="00F61A70">
            <w:pPr>
              <w:keepNext/>
              <w:rPr>
                <w:sz w:val="16"/>
                <w:lang w:val="fr-FR"/>
              </w:rPr>
            </w:pPr>
            <w:r>
              <w:rPr>
                <w:sz w:val="16"/>
                <w:lang w:val="fr-FR"/>
              </w:rPr>
              <w:t>CARACTERISTICI ALE CLĂDIRII</w:t>
            </w:r>
          </w:p>
          <w:p w14:paraId="7BB366A1" w14:textId="13E9544A" w:rsidR="0007047E" w:rsidRPr="0007047E" w:rsidRDefault="0007047E">
            <w:pPr>
              <w:keepNext/>
              <w:rPr>
                <w:sz w:val="16"/>
                <w:lang w:val="fr-FR"/>
              </w:rPr>
            </w:pPr>
            <w:r w:rsidRPr="0007047E">
              <w:rPr>
                <w:sz w:val="16"/>
                <w:lang w:val="fr-FR"/>
              </w:rPr>
              <w:t>(</w:t>
            </w:r>
            <w:r w:rsidRPr="0007047E">
              <w:rPr>
                <w:sz w:val="16"/>
                <w:szCs w:val="16"/>
                <w:lang w:val="fr-FR"/>
              </w:rPr>
              <w:t>În cazul intervențiilor asupra clădirilor existente, pentru fiecare câmp, se vor preciza caracteristicile clădirii existente/respectiv</w:t>
            </w:r>
            <w:r w:rsidR="00F61A70">
              <w:rPr>
                <w:sz w:val="16"/>
                <w:szCs w:val="16"/>
                <w:lang w:val="fr-FR"/>
              </w:rPr>
              <w:t xml:space="preserve"> ale celei</w:t>
            </w:r>
            <w:r w:rsidRPr="0007047E">
              <w:rPr>
                <w:sz w:val="16"/>
                <w:szCs w:val="16"/>
                <w:lang w:val="fr-FR"/>
              </w:rPr>
              <w:t xml:space="preserve"> propuse</w:t>
            </w:r>
            <w:r>
              <w:rPr>
                <w:sz w:val="16"/>
                <w:szCs w:val="16"/>
                <w:lang w:val="fr-FR"/>
              </w:rPr>
              <w:t>)</w:t>
            </w:r>
          </w:p>
        </w:tc>
      </w:tr>
      <w:tr w:rsidR="003C7CA3" w14:paraId="723DEA41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299BCBAA" w14:textId="72AC694E" w:rsidR="00F61A70" w:rsidRPr="00F61A70" w:rsidRDefault="003454F7" w:rsidP="00F61A70">
            <w:pPr>
              <w:keepNext/>
              <w:rPr>
                <w:lang w:val="fr-FR"/>
              </w:rPr>
            </w:pPr>
            <w:r w:rsidRPr="007E5D45">
              <w:rPr>
                <w:b/>
                <w:color w:val="0D5F78"/>
                <w:lang w:val="fr-FR"/>
              </w:rPr>
              <w:t>Destinația / funcțiunea principală</w:t>
            </w:r>
            <w:r w:rsidR="007E5D45" w:rsidRPr="007E5D45">
              <w:rPr>
                <w:b/>
                <w:color w:val="0D5F78"/>
                <w:lang w:val="fr-FR"/>
              </w:rPr>
              <w:t xml:space="preserve"> </w:t>
            </w:r>
            <w:r w:rsidR="00F61A70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(existent/propus)</w:t>
            </w:r>
          </w:p>
          <w:p w14:paraId="22CFD931" w14:textId="58E0F812" w:rsidR="003C7CA3" w:rsidRPr="007E5D45" w:rsidRDefault="003C7CA3">
            <w:pPr>
              <w:keepNext/>
              <w:rPr>
                <w:lang w:val="fr-FR"/>
              </w:rPr>
            </w:pPr>
          </w:p>
          <w:p w14:paraId="1ACBE500" w14:textId="77777777" w:rsidR="003C7CA3" w:rsidRPr="007E5D45" w:rsidRDefault="003C7CA3">
            <w:pPr>
              <w:keepNext/>
              <w:rPr>
                <w:lang w:val="fr-FR"/>
              </w:rPr>
            </w:pPr>
          </w:p>
        </w:tc>
        <w:tc>
          <w:tcPr>
            <w:tcW w:w="2409" w:type="dxa"/>
            <w:gridSpan w:val="3"/>
          </w:tcPr>
          <w:p w14:paraId="1B1CED52" w14:textId="5CFC24C7" w:rsidR="003C7CA3" w:rsidRDefault="003454F7">
            <w:pPr>
              <w:keepNext/>
            </w:pPr>
            <w:r>
              <w:rPr>
                <w:b/>
                <w:color w:val="0D5F78"/>
              </w:rPr>
              <w:t>Funcțiuni secundare</w:t>
            </w:r>
            <w:r w:rsidR="007E5D45">
              <w:rPr>
                <w:b/>
                <w:color w:val="0D5F78"/>
              </w:rPr>
              <w:t xml:space="preserve"> </w:t>
            </w:r>
            <w:r w:rsidR="007E5D45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(exist</w:t>
            </w:r>
            <w:r w:rsidR="00F61A70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e</w:t>
            </w:r>
            <w:r w:rsidR="007E5D45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nt/propus)</w:t>
            </w:r>
          </w:p>
          <w:p w14:paraId="3FC91EBB" w14:textId="77777777" w:rsidR="003C7CA3" w:rsidRDefault="003C7CA3">
            <w:pPr>
              <w:keepNext/>
            </w:pPr>
          </w:p>
        </w:tc>
        <w:tc>
          <w:tcPr>
            <w:tcW w:w="1606" w:type="dxa"/>
            <w:gridSpan w:val="2"/>
          </w:tcPr>
          <w:p w14:paraId="21ACD1C3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Regim juridic</w:t>
            </w:r>
          </w:p>
          <w:p w14:paraId="7DF7F9E8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2D3B31D8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Zonă fiscală</w:t>
            </w:r>
          </w:p>
          <w:p w14:paraId="52F3E8FC" w14:textId="77777777" w:rsidR="003C7CA3" w:rsidRDefault="003C7CA3">
            <w:pPr>
              <w:keepNext/>
            </w:pPr>
          </w:p>
        </w:tc>
      </w:tr>
      <w:tr w:rsidR="003C7CA3" w:rsidRPr="00F61A70" w14:paraId="6377A5DB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77944B95" w14:textId="77777777" w:rsidR="003C7CA3" w:rsidRPr="00F61A70" w:rsidRDefault="003454F7">
            <w:pPr>
              <w:keepNext/>
              <w:rPr>
                <w:lang w:val="fr-FR"/>
              </w:rPr>
            </w:pPr>
            <w:r w:rsidRPr="00F61A70">
              <w:rPr>
                <w:b/>
                <w:color w:val="0D5F78"/>
                <w:lang w:val="fr-FR"/>
              </w:rPr>
              <w:t>Anul construirii</w:t>
            </w:r>
          </w:p>
          <w:p w14:paraId="0F248267" w14:textId="77777777" w:rsidR="003C7CA3" w:rsidRPr="00F61A70" w:rsidRDefault="003454F7">
            <w:pPr>
              <w:keepNext/>
              <w:rPr>
                <w:lang w:val="fr-FR"/>
              </w:rPr>
            </w:pPr>
            <w:proofErr w:type="gramStart"/>
            <w:r w:rsidRPr="00F61A70">
              <w:rPr>
                <w:i/>
                <w:color w:val="7A7A7A"/>
                <w:lang w:val="fr-FR"/>
              </w:rPr>
              <w:t>la</w:t>
            </w:r>
            <w:proofErr w:type="gramEnd"/>
            <w:r w:rsidRPr="00F61A70">
              <w:rPr>
                <w:i/>
                <w:color w:val="7A7A7A"/>
                <w:lang w:val="fr-FR"/>
              </w:rPr>
              <w:t xml:space="preserve"> clădirile existente</w:t>
            </w:r>
          </w:p>
          <w:p w14:paraId="06AB52DB" w14:textId="77777777" w:rsidR="003C7CA3" w:rsidRPr="00F61A70" w:rsidRDefault="003C7CA3">
            <w:pPr>
              <w:keepNext/>
              <w:rPr>
                <w:lang w:val="fr-FR"/>
              </w:rPr>
            </w:pPr>
          </w:p>
        </w:tc>
        <w:tc>
          <w:tcPr>
            <w:tcW w:w="3212" w:type="dxa"/>
            <w:gridSpan w:val="4"/>
          </w:tcPr>
          <w:p w14:paraId="75966031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b/>
                <w:color w:val="0D5F78"/>
                <w:lang w:val="fr-FR"/>
              </w:rPr>
              <w:t>Anul ultimei renovări</w:t>
            </w:r>
          </w:p>
          <w:p w14:paraId="24F52054" w14:textId="77777777" w:rsidR="003C7CA3" w:rsidRPr="005B29C5" w:rsidRDefault="003454F7">
            <w:pPr>
              <w:keepNext/>
              <w:rPr>
                <w:lang w:val="fr-FR"/>
              </w:rPr>
            </w:pPr>
            <w:proofErr w:type="gramStart"/>
            <w:r w:rsidRPr="005B29C5">
              <w:rPr>
                <w:i/>
                <w:color w:val="7A7A7A"/>
                <w:lang w:val="fr-FR"/>
              </w:rPr>
              <w:t>dacă</w:t>
            </w:r>
            <w:proofErr w:type="gramEnd"/>
            <w:r w:rsidRPr="005B29C5">
              <w:rPr>
                <w:i/>
                <w:color w:val="7A7A7A"/>
                <w:lang w:val="fr-FR"/>
              </w:rPr>
              <w:t xml:space="preserve"> e cazul</w:t>
            </w:r>
          </w:p>
          <w:p w14:paraId="6AE5F8FA" w14:textId="77777777" w:rsidR="003C7CA3" w:rsidRPr="005B29C5" w:rsidRDefault="003C7CA3">
            <w:pPr>
              <w:keepNext/>
              <w:rPr>
                <w:lang w:val="fr-FR"/>
              </w:rPr>
            </w:pPr>
          </w:p>
        </w:tc>
        <w:tc>
          <w:tcPr>
            <w:tcW w:w="3212" w:type="dxa"/>
            <w:gridSpan w:val="3"/>
          </w:tcPr>
          <w:p w14:paraId="138D6D15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b/>
                <w:color w:val="0D5F78"/>
                <w:lang w:val="fr-FR"/>
              </w:rPr>
              <w:t>Durata de viață estimată (ani)</w:t>
            </w:r>
          </w:p>
          <w:p w14:paraId="339E8596" w14:textId="77777777" w:rsidR="003C7CA3" w:rsidRPr="005B29C5" w:rsidRDefault="003C7CA3">
            <w:pPr>
              <w:keepNext/>
              <w:rPr>
                <w:lang w:val="fr-FR"/>
              </w:rPr>
            </w:pPr>
          </w:p>
        </w:tc>
      </w:tr>
      <w:tr w:rsidR="003C7CA3" w:rsidRPr="00F61A70" w14:paraId="559AFCD9" w14:textId="77777777">
        <w:trPr>
          <w:cantSplit/>
          <w:trHeight w:val="510"/>
        </w:trPr>
        <w:tc>
          <w:tcPr>
            <w:tcW w:w="2409" w:type="dxa"/>
          </w:tcPr>
          <w:p w14:paraId="18D30FAF" w14:textId="78F88610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b/>
                <w:color w:val="0D5F78"/>
                <w:lang w:val="fr-FR"/>
              </w:rPr>
              <w:t>Regim de înălțime</w:t>
            </w:r>
            <w:r w:rsidR="00F61A70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(existent/propus)</w:t>
            </w:r>
          </w:p>
          <w:p w14:paraId="740D6E0F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i/>
                <w:color w:val="7A7A7A"/>
                <w:lang w:val="fr-FR"/>
              </w:rPr>
              <w:t>ex. S+P+2E+M</w:t>
            </w:r>
          </w:p>
          <w:p w14:paraId="42442C36" w14:textId="77777777" w:rsidR="003C7CA3" w:rsidRPr="005B29C5" w:rsidRDefault="003C7CA3">
            <w:pPr>
              <w:keepNext/>
              <w:rPr>
                <w:lang w:val="fr-FR"/>
              </w:rPr>
            </w:pPr>
          </w:p>
        </w:tc>
        <w:tc>
          <w:tcPr>
            <w:tcW w:w="2409" w:type="dxa"/>
            <w:gridSpan w:val="3"/>
          </w:tcPr>
          <w:p w14:paraId="4C60E9B6" w14:textId="257A5600" w:rsidR="003C7CA3" w:rsidRPr="00F61A70" w:rsidRDefault="003454F7">
            <w:pPr>
              <w:keepNext/>
              <w:rPr>
                <w:lang w:val="fr-FR"/>
              </w:rPr>
            </w:pPr>
            <w:r w:rsidRPr="00F61A70">
              <w:rPr>
                <w:b/>
                <w:color w:val="0D5F78"/>
                <w:lang w:val="fr-FR"/>
              </w:rPr>
              <w:t>Înălțimea la cornișă (m)</w:t>
            </w:r>
            <w:r w:rsidR="00F61A70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 xml:space="preserve"> (existent/propus)</w:t>
            </w:r>
          </w:p>
          <w:p w14:paraId="3CF2B9A4" w14:textId="77777777" w:rsidR="003C7CA3" w:rsidRPr="00F61A70" w:rsidRDefault="003C7CA3">
            <w:pPr>
              <w:keepNext/>
              <w:rPr>
                <w:lang w:val="fr-FR"/>
              </w:rPr>
            </w:pPr>
          </w:p>
        </w:tc>
        <w:tc>
          <w:tcPr>
            <w:tcW w:w="2409" w:type="dxa"/>
            <w:gridSpan w:val="3"/>
          </w:tcPr>
          <w:p w14:paraId="46C8B034" w14:textId="3C240C9C" w:rsidR="003C7CA3" w:rsidRPr="00F61A70" w:rsidRDefault="003454F7">
            <w:pPr>
              <w:keepNext/>
              <w:rPr>
                <w:lang w:val="fr-FR"/>
              </w:rPr>
            </w:pPr>
            <w:r w:rsidRPr="00F61A70">
              <w:rPr>
                <w:b/>
                <w:color w:val="0D5F78"/>
                <w:lang w:val="fr-FR"/>
              </w:rPr>
              <w:t>Înălțimea maximă (m)</w:t>
            </w:r>
            <w:r w:rsidR="00F61A70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 xml:space="preserve"> (existent/propus)</w:t>
            </w:r>
          </w:p>
          <w:p w14:paraId="1C1C9CC0" w14:textId="77777777" w:rsidR="003C7CA3" w:rsidRPr="00F61A70" w:rsidRDefault="003C7CA3">
            <w:pPr>
              <w:keepNext/>
              <w:rPr>
                <w:lang w:val="fr-FR"/>
              </w:rPr>
            </w:pPr>
          </w:p>
        </w:tc>
        <w:tc>
          <w:tcPr>
            <w:tcW w:w="2409" w:type="dxa"/>
            <w:gridSpan w:val="2"/>
          </w:tcPr>
          <w:p w14:paraId="10B62DC5" w14:textId="081E05DF" w:rsidR="003C7CA3" w:rsidRPr="0007047E" w:rsidRDefault="0007047E">
            <w:pPr>
              <w:keepNext/>
              <w:rPr>
                <w:lang w:val="fr-FR"/>
              </w:rPr>
            </w:pPr>
            <w:r w:rsidRPr="003F6F31">
              <w:rPr>
                <w:b/>
                <w:color w:val="0D5F78"/>
                <w:lang w:val="fr-FR"/>
              </w:rPr>
              <w:t>Cota terenului amenajat</w:t>
            </w:r>
            <w:r w:rsidRPr="0007047E">
              <w:rPr>
                <w:b/>
                <w:color w:val="0D5F78"/>
                <w:lang w:val="fr-FR"/>
              </w:rPr>
              <w:t xml:space="preserve"> (m)</w:t>
            </w:r>
            <w:r w:rsidR="00F61A70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 xml:space="preserve"> (</w:t>
            </w:r>
            <w:r w:rsidR="00F61A70">
              <w:rPr>
                <w:bCs/>
                <w:i/>
                <w:iCs/>
                <w:color w:val="808080" w:themeColor="background1" w:themeShade="80"/>
                <w:lang w:val="fr-FR"/>
              </w:rPr>
              <w:t>inițială</w:t>
            </w:r>
            <w:r w:rsidR="00F61A70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t/propus)</w:t>
            </w:r>
          </w:p>
          <w:p w14:paraId="7E8DBEBB" w14:textId="77777777" w:rsidR="003C7CA3" w:rsidRDefault="003C7CA3" w:rsidP="0007047E">
            <w:pPr>
              <w:keepNext/>
              <w:rPr>
                <w:lang w:val="fr-FR"/>
              </w:rPr>
            </w:pPr>
          </w:p>
          <w:p w14:paraId="6A190CD2" w14:textId="717968AA" w:rsidR="0007047E" w:rsidRDefault="0007047E" w:rsidP="0007047E">
            <w:pPr>
              <w:keepNext/>
              <w:rPr>
                <w:b/>
                <w:color w:val="0D5F78"/>
                <w:lang w:val="fr-FR"/>
              </w:rPr>
            </w:pPr>
            <w:r w:rsidRPr="003F6F31">
              <w:rPr>
                <w:b/>
                <w:color w:val="0D5F78"/>
                <w:lang w:val="fr-FR"/>
              </w:rPr>
              <w:t>Cota terenului natural</w:t>
            </w:r>
            <w:r w:rsidRPr="0007047E">
              <w:rPr>
                <w:b/>
                <w:color w:val="0D5F78"/>
                <w:lang w:val="fr-FR"/>
              </w:rPr>
              <w:t xml:space="preserve"> (m)</w:t>
            </w:r>
            <w:r w:rsidR="00F61A70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 xml:space="preserve"> </w:t>
            </w:r>
          </w:p>
          <w:p w14:paraId="71F4C0F2" w14:textId="3DC91D9A" w:rsidR="0007047E" w:rsidRPr="0007047E" w:rsidRDefault="0007047E" w:rsidP="0007047E">
            <w:pPr>
              <w:keepNext/>
              <w:rPr>
                <w:lang w:val="fr-FR"/>
              </w:rPr>
            </w:pPr>
          </w:p>
        </w:tc>
      </w:tr>
      <w:tr w:rsidR="003C7CA3" w14:paraId="5E4E8EC6" w14:textId="77777777">
        <w:trPr>
          <w:cantSplit/>
        </w:trPr>
        <w:tc>
          <w:tcPr>
            <w:tcW w:w="9636" w:type="dxa"/>
            <w:gridSpan w:val="9"/>
            <w:shd w:val="clear" w:color="auto" w:fill="F4F4F4"/>
          </w:tcPr>
          <w:p w14:paraId="35E2F144" w14:textId="2A34E000" w:rsidR="003C7CA3" w:rsidRDefault="003454F7">
            <w:pPr>
              <w:keepNext/>
            </w:pPr>
            <w:r w:rsidRPr="0007047E">
              <w:rPr>
                <w:sz w:val="16"/>
                <w:lang w:val="fr-FR"/>
              </w:rPr>
              <w:t xml:space="preserve"> </w:t>
            </w:r>
            <w:r>
              <w:rPr>
                <w:sz w:val="16"/>
              </w:rPr>
              <w:t>Suprafețe și volum</w:t>
            </w:r>
            <w:r w:rsidR="007E5D45">
              <w:rPr>
                <w:sz w:val="16"/>
              </w:rPr>
              <w:t xml:space="preserve"> </w:t>
            </w:r>
          </w:p>
        </w:tc>
      </w:tr>
      <w:tr w:rsidR="003C7CA3" w14:paraId="2FD126AF" w14:textId="77777777">
        <w:trPr>
          <w:cantSplit/>
          <w:trHeight w:val="510"/>
        </w:trPr>
        <w:tc>
          <w:tcPr>
            <w:tcW w:w="2409" w:type="dxa"/>
          </w:tcPr>
          <w:p w14:paraId="06C8304E" w14:textId="7F817497" w:rsidR="003C7CA3" w:rsidRPr="00F61A70" w:rsidRDefault="003454F7">
            <w:pPr>
              <w:keepNext/>
              <w:rPr>
                <w:lang w:val="fr-FR"/>
              </w:rPr>
            </w:pPr>
            <w:r w:rsidRPr="00F61A70">
              <w:rPr>
                <w:b/>
                <w:color w:val="0D5F78"/>
                <w:lang w:val="fr-FR"/>
              </w:rPr>
              <w:t xml:space="preserve">Suprafața construită </w:t>
            </w:r>
            <w:r w:rsidRPr="00F61A70">
              <w:rPr>
                <w:b/>
                <w:color w:val="0D5F78"/>
                <w:lang w:val="fr-FR"/>
              </w:rPr>
              <w:t>(m²)</w:t>
            </w:r>
            <w:r w:rsidR="00F61A70" w:rsidRPr="00F61A70">
              <w:rPr>
                <w:b/>
                <w:color w:val="0D5F78"/>
                <w:lang w:val="fr-FR"/>
              </w:rPr>
              <w:t xml:space="preserve"> </w:t>
            </w:r>
            <w:r w:rsidR="00F61A70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(existent/propus)</w:t>
            </w:r>
          </w:p>
          <w:p w14:paraId="48F1C2CE" w14:textId="77777777" w:rsidR="003C7CA3" w:rsidRPr="00F61A70" w:rsidRDefault="003C7CA3">
            <w:pPr>
              <w:keepNext/>
              <w:rPr>
                <w:lang w:val="fr-FR"/>
              </w:rPr>
            </w:pPr>
          </w:p>
        </w:tc>
        <w:tc>
          <w:tcPr>
            <w:tcW w:w="2409" w:type="dxa"/>
            <w:gridSpan w:val="3"/>
          </w:tcPr>
          <w:p w14:paraId="7DCB2196" w14:textId="77777777" w:rsidR="003C7CA3" w:rsidRDefault="003454F7">
            <w:pPr>
              <w:keepNext/>
              <w:rPr>
                <w:b/>
                <w:color w:val="0D5F78"/>
              </w:rPr>
            </w:pPr>
            <w:r>
              <w:rPr>
                <w:b/>
                <w:color w:val="0D5F78"/>
              </w:rPr>
              <w:t>Suprafața desfășurată (m²)</w:t>
            </w:r>
          </w:p>
          <w:p w14:paraId="7E1A2C27" w14:textId="4D1CD3B2" w:rsidR="00F61A70" w:rsidRDefault="00F61A70">
            <w:pPr>
              <w:keepNext/>
            </w:pPr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(</w:t>
            </w:r>
            <w:proofErr w:type="gramStart"/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existent</w:t>
            </w:r>
            <w:proofErr w:type="gramEnd"/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/propus)</w:t>
            </w:r>
          </w:p>
          <w:p w14:paraId="74D48601" w14:textId="77777777" w:rsidR="003C7CA3" w:rsidRDefault="003C7CA3">
            <w:pPr>
              <w:keepNext/>
            </w:pPr>
          </w:p>
        </w:tc>
        <w:tc>
          <w:tcPr>
            <w:tcW w:w="2409" w:type="dxa"/>
            <w:gridSpan w:val="3"/>
          </w:tcPr>
          <w:p w14:paraId="5748DFD2" w14:textId="77777777" w:rsidR="009E435D" w:rsidRDefault="003454F7">
            <w:pPr>
              <w:keepNext/>
              <w:rPr>
                <w:b/>
                <w:color w:val="0D5F78"/>
                <w:lang w:val="fr-FR"/>
              </w:rPr>
            </w:pPr>
            <w:r w:rsidRPr="009E435D">
              <w:rPr>
                <w:b/>
                <w:color w:val="0D5F78"/>
                <w:lang w:val="fr-FR"/>
              </w:rPr>
              <w:t>Suprafața utilă (m²)</w:t>
            </w:r>
          </w:p>
          <w:p w14:paraId="1825C0CA" w14:textId="1651B2E6" w:rsidR="003C7CA3" w:rsidRPr="009E435D" w:rsidRDefault="009E435D">
            <w:pPr>
              <w:keepNext/>
              <w:rPr>
                <w:lang w:val="fr-FR"/>
              </w:rPr>
            </w:pPr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(</w:t>
            </w:r>
            <w:proofErr w:type="gramStart"/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existent</w:t>
            </w:r>
            <w:proofErr w:type="gramEnd"/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/propus)</w:t>
            </w:r>
          </w:p>
          <w:p w14:paraId="7B61B290" w14:textId="77777777" w:rsidR="003C7CA3" w:rsidRPr="009E435D" w:rsidRDefault="003C7CA3">
            <w:pPr>
              <w:keepNext/>
              <w:rPr>
                <w:lang w:val="fr-FR"/>
              </w:rPr>
            </w:pPr>
          </w:p>
        </w:tc>
        <w:tc>
          <w:tcPr>
            <w:tcW w:w="2409" w:type="dxa"/>
            <w:gridSpan w:val="2"/>
          </w:tcPr>
          <w:p w14:paraId="6E0C2C74" w14:textId="77777777" w:rsidR="003C7CA3" w:rsidRDefault="003454F7">
            <w:pPr>
              <w:keepNext/>
              <w:rPr>
                <w:b/>
                <w:color w:val="0D5F78"/>
              </w:rPr>
            </w:pPr>
            <w:r>
              <w:rPr>
                <w:b/>
                <w:color w:val="0D5F78"/>
              </w:rPr>
              <w:t>Volum construit (m³)</w:t>
            </w:r>
          </w:p>
          <w:p w14:paraId="43DE4869" w14:textId="418CC1F4" w:rsidR="009E435D" w:rsidRDefault="009E435D">
            <w:pPr>
              <w:keepNext/>
            </w:pPr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(</w:t>
            </w:r>
            <w:proofErr w:type="gramStart"/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existent</w:t>
            </w:r>
            <w:proofErr w:type="gramEnd"/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/propus)</w:t>
            </w:r>
          </w:p>
          <w:p w14:paraId="64125EF1" w14:textId="77777777" w:rsidR="003C7CA3" w:rsidRDefault="003C7CA3">
            <w:pPr>
              <w:keepNext/>
            </w:pPr>
          </w:p>
        </w:tc>
      </w:tr>
      <w:tr w:rsidR="003C7CA3" w14:paraId="0F6EBED6" w14:textId="77777777">
        <w:trPr>
          <w:cantSplit/>
        </w:trPr>
        <w:tc>
          <w:tcPr>
            <w:tcW w:w="9636" w:type="dxa"/>
            <w:gridSpan w:val="9"/>
            <w:shd w:val="clear" w:color="auto" w:fill="F4F4F4"/>
          </w:tcPr>
          <w:p w14:paraId="05C5C6F8" w14:textId="77777777" w:rsidR="003C7CA3" w:rsidRDefault="003454F7">
            <w:pPr>
              <w:keepNext/>
            </w:pPr>
            <w:r>
              <w:rPr>
                <w:sz w:val="16"/>
              </w:rPr>
              <w:t xml:space="preserve"> Rezistență mecanică și stabilitate</w:t>
            </w:r>
          </w:p>
        </w:tc>
      </w:tr>
      <w:tr w:rsidR="003C7CA3" w14:paraId="648D619D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269BC7B3" w14:textId="3530AFF0" w:rsidR="003C7CA3" w:rsidRDefault="003454F7">
            <w:pPr>
              <w:keepNext/>
            </w:pPr>
            <w:r>
              <w:rPr>
                <w:b/>
                <w:color w:val="0D5F78"/>
              </w:rPr>
              <w:t>Sistem structural</w:t>
            </w:r>
            <w:r w:rsidR="009E435D">
              <w:rPr>
                <w:b/>
                <w:color w:val="0D5F78"/>
              </w:rPr>
              <w:t xml:space="preserve"> </w:t>
            </w:r>
            <w:r w:rsidR="009E435D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(existent/propus)</w:t>
            </w:r>
          </w:p>
          <w:p w14:paraId="4148DB18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4"/>
          </w:tcPr>
          <w:p w14:paraId="230A02FC" w14:textId="017863FE" w:rsidR="003C7CA3" w:rsidRDefault="003454F7">
            <w:pPr>
              <w:keepNext/>
            </w:pPr>
            <w:r>
              <w:rPr>
                <w:b/>
                <w:color w:val="0D5F78"/>
              </w:rPr>
              <w:t>Material structural</w:t>
            </w:r>
            <w:r w:rsidR="009E435D">
              <w:rPr>
                <w:b/>
                <w:color w:val="0D5F78"/>
              </w:rPr>
              <w:t xml:space="preserve"> </w:t>
            </w:r>
            <w:r w:rsidR="009E435D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(existent/propus)</w:t>
            </w:r>
          </w:p>
          <w:p w14:paraId="52213A2A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3"/>
          </w:tcPr>
          <w:p w14:paraId="5FC13512" w14:textId="6C261E0A" w:rsidR="003C7CA3" w:rsidRPr="009E435D" w:rsidRDefault="003454F7">
            <w:pPr>
              <w:keepNext/>
              <w:rPr>
                <w:lang w:val="fr-FR"/>
              </w:rPr>
            </w:pPr>
            <w:r w:rsidRPr="009E435D">
              <w:rPr>
                <w:b/>
                <w:color w:val="0D5F78"/>
                <w:lang w:val="fr-FR"/>
              </w:rPr>
              <w:t>Clasa de risc seismic</w:t>
            </w:r>
            <w:r w:rsidR="009E435D" w:rsidRPr="009E435D">
              <w:rPr>
                <w:b/>
                <w:color w:val="0D5F78"/>
                <w:lang w:val="fr-FR"/>
              </w:rPr>
              <w:t xml:space="preserve"> </w:t>
            </w:r>
            <w:r w:rsidR="009E435D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(existent/propus)</w:t>
            </w:r>
          </w:p>
          <w:p w14:paraId="121DEF40" w14:textId="77777777" w:rsidR="003C7CA3" w:rsidRDefault="003454F7">
            <w:pPr>
              <w:keepNext/>
            </w:pPr>
            <w:r>
              <w:rPr>
                <w:i/>
                <w:color w:val="7A7A7A"/>
              </w:rPr>
              <w:t>Rs I … Rs IV</w:t>
            </w:r>
          </w:p>
          <w:p w14:paraId="21701975" w14:textId="77777777" w:rsidR="003C7CA3" w:rsidRDefault="003C7CA3">
            <w:pPr>
              <w:keepNext/>
            </w:pPr>
          </w:p>
        </w:tc>
      </w:tr>
      <w:tr w:rsidR="003C7CA3" w14:paraId="10E744AE" w14:textId="77777777">
        <w:trPr>
          <w:cantSplit/>
        </w:trPr>
        <w:tc>
          <w:tcPr>
            <w:tcW w:w="9636" w:type="dxa"/>
            <w:gridSpan w:val="9"/>
            <w:shd w:val="clear" w:color="auto" w:fill="F4F4F4"/>
          </w:tcPr>
          <w:p w14:paraId="1EE6A226" w14:textId="77777777" w:rsidR="003C7CA3" w:rsidRDefault="003454F7">
            <w:pPr>
              <w:keepNext/>
            </w:pPr>
            <w:r>
              <w:rPr>
                <w:sz w:val="16"/>
              </w:rPr>
              <w:t xml:space="preserve"> Anvelopă</w:t>
            </w:r>
          </w:p>
        </w:tc>
      </w:tr>
      <w:tr w:rsidR="003C7CA3" w:rsidRPr="009E435D" w14:paraId="7BA6871E" w14:textId="77777777">
        <w:trPr>
          <w:cantSplit/>
          <w:trHeight w:val="510"/>
        </w:trPr>
        <w:tc>
          <w:tcPr>
            <w:tcW w:w="2409" w:type="dxa"/>
          </w:tcPr>
          <w:p w14:paraId="13427585" w14:textId="056B9861" w:rsidR="003C7CA3" w:rsidRDefault="003454F7">
            <w:pPr>
              <w:keepNext/>
            </w:pPr>
            <w:r>
              <w:rPr>
                <w:b/>
                <w:color w:val="0D5F78"/>
              </w:rPr>
              <w:t>Acoperiș / învelitoare</w:t>
            </w:r>
            <w:r w:rsidR="009E435D">
              <w:rPr>
                <w:b/>
                <w:color w:val="0D5F78"/>
              </w:rPr>
              <w:t xml:space="preserve"> </w:t>
            </w:r>
            <w:r w:rsidR="009E435D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(existent/propus)</w:t>
            </w:r>
          </w:p>
          <w:p w14:paraId="77A32C88" w14:textId="77777777" w:rsidR="003C7CA3" w:rsidRDefault="003454F7">
            <w:pPr>
              <w:keepNext/>
            </w:pPr>
            <w:r>
              <w:rPr>
                <w:i/>
                <w:color w:val="7A7A7A"/>
              </w:rPr>
              <w:t>ș</w:t>
            </w:r>
            <w:r>
              <w:rPr>
                <w:i/>
                <w:color w:val="7A7A7A"/>
              </w:rPr>
              <w:t>arpantă sau terasă</w:t>
            </w:r>
          </w:p>
          <w:p w14:paraId="49F0469B" w14:textId="77777777" w:rsidR="003C7CA3" w:rsidRDefault="003C7CA3">
            <w:pPr>
              <w:keepNext/>
            </w:pPr>
          </w:p>
        </w:tc>
        <w:tc>
          <w:tcPr>
            <w:tcW w:w="2409" w:type="dxa"/>
            <w:gridSpan w:val="3"/>
          </w:tcPr>
          <w:p w14:paraId="21D1830D" w14:textId="77777777" w:rsidR="003C7CA3" w:rsidRDefault="003454F7">
            <w:pPr>
              <w:keepNext/>
              <w:rPr>
                <w:b/>
                <w:color w:val="0D5F78"/>
              </w:rPr>
            </w:pPr>
            <w:r>
              <w:rPr>
                <w:b/>
                <w:color w:val="0D5F78"/>
              </w:rPr>
              <w:t>Învelitoare (material / culoare)</w:t>
            </w:r>
          </w:p>
          <w:p w14:paraId="19E92829" w14:textId="20B66F95" w:rsidR="009E435D" w:rsidRDefault="009E435D">
            <w:pPr>
              <w:keepNext/>
            </w:pPr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(</w:t>
            </w:r>
            <w:proofErr w:type="gramStart"/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existent</w:t>
            </w:r>
            <w:proofErr w:type="gramEnd"/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/propus)</w:t>
            </w:r>
          </w:p>
          <w:p w14:paraId="7D9D3BEC" w14:textId="77777777" w:rsidR="003C7CA3" w:rsidRDefault="003C7CA3">
            <w:pPr>
              <w:keepNext/>
            </w:pPr>
          </w:p>
        </w:tc>
        <w:tc>
          <w:tcPr>
            <w:tcW w:w="2409" w:type="dxa"/>
            <w:gridSpan w:val="3"/>
          </w:tcPr>
          <w:p w14:paraId="74D7EE9D" w14:textId="77777777" w:rsidR="009E435D" w:rsidRDefault="003454F7">
            <w:pPr>
              <w:keepNext/>
              <w:rPr>
                <w:b/>
                <w:color w:val="0D5F78"/>
              </w:rPr>
            </w:pPr>
            <w:r>
              <w:rPr>
                <w:b/>
                <w:color w:val="0D5F78"/>
              </w:rPr>
              <w:t>Finisaj / tâmplărie exterioară</w:t>
            </w:r>
          </w:p>
          <w:p w14:paraId="1410C167" w14:textId="5DE35244" w:rsidR="003C7CA3" w:rsidRDefault="009E435D">
            <w:pPr>
              <w:keepNext/>
            </w:pPr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(</w:t>
            </w:r>
            <w:proofErr w:type="gramStart"/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existent</w:t>
            </w:r>
            <w:proofErr w:type="gramEnd"/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/propus)</w:t>
            </w:r>
          </w:p>
          <w:p w14:paraId="61D838D9" w14:textId="77777777" w:rsidR="003C7CA3" w:rsidRDefault="003454F7">
            <w:pPr>
              <w:keepNext/>
            </w:pPr>
            <w:r>
              <w:rPr>
                <w:i/>
                <w:color w:val="7A7A7A"/>
              </w:rPr>
              <w:t>material, culoare</w:t>
            </w:r>
          </w:p>
          <w:p w14:paraId="3F09D205" w14:textId="77777777" w:rsidR="003C7CA3" w:rsidRDefault="003C7CA3">
            <w:pPr>
              <w:keepNext/>
            </w:pPr>
          </w:p>
        </w:tc>
        <w:tc>
          <w:tcPr>
            <w:tcW w:w="2409" w:type="dxa"/>
            <w:gridSpan w:val="2"/>
          </w:tcPr>
          <w:p w14:paraId="6AC4C09E" w14:textId="77777777" w:rsidR="009E435D" w:rsidRDefault="003454F7">
            <w:pPr>
              <w:keepNext/>
              <w:rPr>
                <w:b/>
                <w:color w:val="0D5F78"/>
                <w:lang w:val="fr-FR"/>
              </w:rPr>
            </w:pPr>
            <w:r w:rsidRPr="009E435D">
              <w:rPr>
                <w:b/>
                <w:color w:val="0D5F78"/>
                <w:lang w:val="fr-FR"/>
              </w:rPr>
              <w:t>Sistem de încălzire</w:t>
            </w:r>
          </w:p>
          <w:p w14:paraId="76CAE6F3" w14:textId="1DA1FF1D" w:rsidR="003C7CA3" w:rsidRPr="009E435D" w:rsidRDefault="009E435D">
            <w:pPr>
              <w:keepNext/>
              <w:rPr>
                <w:lang w:val="fr-FR"/>
              </w:rPr>
            </w:pPr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(</w:t>
            </w:r>
            <w:proofErr w:type="gramStart"/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existent</w:t>
            </w:r>
            <w:proofErr w:type="gramEnd"/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/propus)</w:t>
            </w:r>
          </w:p>
          <w:p w14:paraId="610AF003" w14:textId="77777777" w:rsidR="003C7CA3" w:rsidRPr="009E435D" w:rsidRDefault="003C7CA3">
            <w:pPr>
              <w:keepNext/>
              <w:rPr>
                <w:lang w:val="fr-FR"/>
              </w:rPr>
            </w:pPr>
          </w:p>
        </w:tc>
      </w:tr>
      <w:tr w:rsidR="003C7CA3" w14:paraId="46C29B05" w14:textId="77777777">
        <w:trPr>
          <w:cantSplit/>
        </w:trPr>
        <w:tc>
          <w:tcPr>
            <w:tcW w:w="9636" w:type="dxa"/>
            <w:gridSpan w:val="9"/>
            <w:shd w:val="clear" w:color="auto" w:fill="F4F4F4"/>
          </w:tcPr>
          <w:p w14:paraId="3E9A768B" w14:textId="77777777" w:rsidR="003C7CA3" w:rsidRDefault="003454F7">
            <w:pPr>
              <w:keepNext/>
            </w:pPr>
            <w:r w:rsidRPr="009E435D">
              <w:rPr>
                <w:sz w:val="16"/>
                <w:lang w:val="fr-FR"/>
              </w:rPr>
              <w:t xml:space="preserve"> </w:t>
            </w:r>
            <w:r>
              <w:rPr>
                <w:sz w:val="16"/>
              </w:rPr>
              <w:t>Siguranță la incendiu</w:t>
            </w:r>
          </w:p>
        </w:tc>
      </w:tr>
      <w:tr w:rsidR="003C7CA3" w:rsidRPr="009E435D" w14:paraId="6546425B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32C1F791" w14:textId="3C57619C" w:rsidR="003C7CA3" w:rsidRPr="009E435D" w:rsidRDefault="003454F7">
            <w:pPr>
              <w:keepNext/>
              <w:rPr>
                <w:lang w:val="fr-FR"/>
              </w:rPr>
            </w:pPr>
            <w:r w:rsidRPr="009E435D">
              <w:rPr>
                <w:b/>
                <w:color w:val="0D5F78"/>
                <w:lang w:val="fr-FR"/>
              </w:rPr>
              <w:t>Nivel de stabilitate la incendiu</w:t>
            </w:r>
            <w:r w:rsidR="009E435D" w:rsidRPr="009E435D">
              <w:rPr>
                <w:b/>
                <w:color w:val="0D5F78"/>
                <w:lang w:val="fr-FR"/>
              </w:rPr>
              <w:t xml:space="preserve"> </w:t>
            </w:r>
            <w:r w:rsidR="009E435D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(existent/propus)</w:t>
            </w:r>
          </w:p>
          <w:p w14:paraId="56434CF7" w14:textId="77777777" w:rsidR="003C7CA3" w:rsidRPr="009E435D" w:rsidRDefault="003C7CA3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4"/>
          </w:tcPr>
          <w:p w14:paraId="6EEC9105" w14:textId="1B1D82C1" w:rsidR="003C7CA3" w:rsidRPr="009E435D" w:rsidRDefault="003454F7">
            <w:pPr>
              <w:keepNext/>
              <w:rPr>
                <w:lang w:val="fr-FR"/>
              </w:rPr>
            </w:pPr>
            <w:r w:rsidRPr="009E435D">
              <w:rPr>
                <w:b/>
                <w:color w:val="0D5F78"/>
                <w:lang w:val="fr-FR"/>
              </w:rPr>
              <w:t>Număr maxim utilizatori</w:t>
            </w:r>
            <w:r w:rsidR="009E435D" w:rsidRPr="009E435D">
              <w:rPr>
                <w:b/>
                <w:color w:val="0D5F78"/>
                <w:lang w:val="fr-FR"/>
              </w:rPr>
              <w:t xml:space="preserve"> </w:t>
            </w:r>
            <w:r w:rsidR="009E435D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(existent/propus)</w:t>
            </w:r>
          </w:p>
          <w:p w14:paraId="04845F3C" w14:textId="77777777" w:rsidR="003C7CA3" w:rsidRPr="009E435D" w:rsidRDefault="003C7CA3">
            <w:pPr>
              <w:keepNext/>
              <w:rPr>
                <w:lang w:val="fr-FR"/>
              </w:rPr>
            </w:pPr>
          </w:p>
        </w:tc>
      </w:tr>
    </w:tbl>
    <w:p w14:paraId="5444A95F" w14:textId="77777777" w:rsidR="003C7CA3" w:rsidRPr="009E435D" w:rsidRDefault="003C7CA3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803"/>
        <w:gridCol w:w="803"/>
        <w:gridCol w:w="803"/>
        <w:gridCol w:w="803"/>
        <w:gridCol w:w="1606"/>
        <w:gridCol w:w="803"/>
        <w:gridCol w:w="803"/>
        <w:gridCol w:w="1606"/>
      </w:tblGrid>
      <w:tr w:rsidR="003C7CA3" w:rsidRPr="005B29C5" w14:paraId="6C362E1B" w14:textId="77777777">
        <w:trPr>
          <w:cantSplit/>
        </w:trPr>
        <w:tc>
          <w:tcPr>
            <w:tcW w:w="9636" w:type="dxa"/>
            <w:gridSpan w:val="9"/>
            <w:shd w:val="clear" w:color="auto" w:fill="F4F4F4"/>
          </w:tcPr>
          <w:p w14:paraId="69228431" w14:textId="79EC420A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b/>
                <w:sz w:val="16"/>
                <w:lang w:val="fr-FR"/>
              </w:rPr>
              <w:t xml:space="preserve"> 5. </w:t>
            </w:r>
            <w:r w:rsidRPr="005B29C5">
              <w:rPr>
                <w:b/>
                <w:color w:val="000000"/>
                <w:sz w:val="18"/>
                <w:lang w:val="fr-FR"/>
              </w:rPr>
              <w:t>CAPACITĂȚILE FUNCȚIONALE ALE CONSTRUCȚIILOR PROIECTATE</w:t>
            </w:r>
          </w:p>
        </w:tc>
      </w:tr>
      <w:tr w:rsidR="003C7CA3" w14:paraId="3C92EC5C" w14:textId="77777777">
        <w:trPr>
          <w:cantSplit/>
        </w:trPr>
        <w:tc>
          <w:tcPr>
            <w:tcW w:w="9636" w:type="dxa"/>
            <w:gridSpan w:val="9"/>
            <w:shd w:val="clear" w:color="auto" w:fill="F4F4F4"/>
          </w:tcPr>
          <w:p w14:paraId="7593A7A2" w14:textId="77777777" w:rsidR="003C7CA3" w:rsidRDefault="003454F7">
            <w:pPr>
              <w:keepNext/>
            </w:pPr>
            <w:r w:rsidRPr="005B29C5">
              <w:rPr>
                <w:sz w:val="16"/>
                <w:lang w:val="fr-FR"/>
              </w:rPr>
              <w:t xml:space="preserve"> </w:t>
            </w:r>
            <w:r>
              <w:rPr>
                <w:sz w:val="16"/>
              </w:rPr>
              <w:t xml:space="preserve">Construcții de </w:t>
            </w:r>
            <w:r>
              <w:rPr>
                <w:sz w:val="16"/>
              </w:rPr>
              <w:t>locuințe</w:t>
            </w:r>
          </w:p>
        </w:tc>
      </w:tr>
      <w:tr w:rsidR="003C7CA3" w:rsidRPr="00F61A70" w14:paraId="0376600D" w14:textId="77777777">
        <w:trPr>
          <w:cantSplit/>
        </w:trPr>
        <w:tc>
          <w:tcPr>
            <w:tcW w:w="9636" w:type="dxa"/>
            <w:gridSpan w:val="9"/>
          </w:tcPr>
          <w:p w14:paraId="6B825EA9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 ☐ principale (</w:t>
            </w:r>
            <w:proofErr w:type="gramStart"/>
            <w:r w:rsidRPr="005B29C5">
              <w:rPr>
                <w:sz w:val="16"/>
                <w:lang w:val="fr-FR"/>
              </w:rPr>
              <w:t xml:space="preserve">permanente)   </w:t>
            </w:r>
            <w:proofErr w:type="gramEnd"/>
            <w:r w:rsidRPr="005B29C5">
              <w:rPr>
                <w:sz w:val="16"/>
                <w:lang w:val="fr-FR"/>
              </w:rPr>
              <w:t xml:space="preserve">  ☐ sezoniere (de vacanță)     ☐ pentru închiriere     ☐ sociale     ☐ de serviciu     ☐ de necesitate     ☐ de intervenție     ☐ de protocol</w:t>
            </w:r>
          </w:p>
        </w:tc>
      </w:tr>
      <w:tr w:rsidR="003C7CA3" w14:paraId="5B05CAB7" w14:textId="77777777">
        <w:trPr>
          <w:cantSplit/>
          <w:trHeight w:val="510"/>
        </w:trPr>
        <w:tc>
          <w:tcPr>
            <w:tcW w:w="1606" w:type="dxa"/>
          </w:tcPr>
          <w:p w14:paraId="6F4F8080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Număr de apartamente</w:t>
            </w:r>
          </w:p>
          <w:p w14:paraId="5801AE07" w14:textId="77777777" w:rsidR="003C7CA3" w:rsidRDefault="003C7CA3">
            <w:pPr>
              <w:keepNext/>
            </w:pPr>
          </w:p>
        </w:tc>
        <w:tc>
          <w:tcPr>
            <w:tcW w:w="1606" w:type="dxa"/>
            <w:gridSpan w:val="2"/>
          </w:tcPr>
          <w:p w14:paraId="537E2260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cu 1 cameră</w:t>
            </w:r>
          </w:p>
          <w:p w14:paraId="28F9A2EE" w14:textId="77777777" w:rsidR="003C7CA3" w:rsidRDefault="003C7CA3">
            <w:pPr>
              <w:keepNext/>
            </w:pPr>
          </w:p>
        </w:tc>
        <w:tc>
          <w:tcPr>
            <w:tcW w:w="1606" w:type="dxa"/>
            <w:gridSpan w:val="2"/>
          </w:tcPr>
          <w:p w14:paraId="0BEC4713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2 camere</w:t>
            </w:r>
          </w:p>
          <w:p w14:paraId="026F69BD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0738363B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3 camere</w:t>
            </w:r>
          </w:p>
          <w:p w14:paraId="12851C40" w14:textId="77777777" w:rsidR="003C7CA3" w:rsidRDefault="003C7CA3">
            <w:pPr>
              <w:keepNext/>
            </w:pPr>
          </w:p>
        </w:tc>
        <w:tc>
          <w:tcPr>
            <w:tcW w:w="1606" w:type="dxa"/>
            <w:gridSpan w:val="2"/>
          </w:tcPr>
          <w:p w14:paraId="1799912B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4 camere</w:t>
            </w:r>
          </w:p>
          <w:p w14:paraId="7962E59D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620FA910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5+ camere</w:t>
            </w:r>
          </w:p>
          <w:p w14:paraId="0DD5B823" w14:textId="77777777" w:rsidR="003C7CA3" w:rsidRDefault="003C7CA3">
            <w:pPr>
              <w:keepNext/>
            </w:pPr>
          </w:p>
        </w:tc>
      </w:tr>
      <w:tr w:rsidR="003C7CA3" w:rsidRPr="00F61A70" w14:paraId="67225F94" w14:textId="77777777">
        <w:trPr>
          <w:cantSplit/>
        </w:trPr>
        <w:tc>
          <w:tcPr>
            <w:tcW w:w="9636" w:type="dxa"/>
            <w:gridSpan w:val="9"/>
            <w:shd w:val="clear" w:color="auto" w:fill="F4F4F4"/>
          </w:tcPr>
          <w:p w14:paraId="083EAA92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 Construcții pentru instituții publice și servicii</w:t>
            </w:r>
          </w:p>
        </w:tc>
      </w:tr>
      <w:tr w:rsidR="003C7CA3" w14:paraId="48DCBDEE" w14:textId="77777777">
        <w:trPr>
          <w:cantSplit/>
          <w:trHeight w:val="510"/>
        </w:trPr>
        <w:tc>
          <w:tcPr>
            <w:tcW w:w="3212" w:type="dxa"/>
            <w:gridSpan w:val="3"/>
          </w:tcPr>
          <w:p w14:paraId="2CB9A7FA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sănătate — nr. de paturi</w:t>
            </w:r>
          </w:p>
          <w:p w14:paraId="696DFB48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3"/>
          </w:tcPr>
          <w:p w14:paraId="3B4DF4B7" w14:textId="040DD092" w:rsidR="003C7CA3" w:rsidRDefault="003454F7">
            <w:pPr>
              <w:keepNext/>
            </w:pPr>
            <w:r>
              <w:rPr>
                <w:b/>
                <w:color w:val="0D5F78"/>
              </w:rPr>
              <w:t xml:space="preserve">învățământ — </w:t>
            </w:r>
            <w:r w:rsidR="00B0669A">
              <w:rPr>
                <w:b/>
                <w:color w:val="0D5F78"/>
              </w:rPr>
              <w:t>nr. s</w:t>
            </w:r>
            <w:r>
              <w:rPr>
                <w:b/>
                <w:color w:val="0D5F78"/>
              </w:rPr>
              <w:t xml:space="preserve">ăli / </w:t>
            </w:r>
            <w:r w:rsidR="00B0669A">
              <w:rPr>
                <w:b/>
                <w:color w:val="0D5F78"/>
              </w:rPr>
              <w:t xml:space="preserve">nr. </w:t>
            </w:r>
            <w:r>
              <w:rPr>
                <w:b/>
                <w:color w:val="0D5F78"/>
              </w:rPr>
              <w:t xml:space="preserve">locuri / </w:t>
            </w:r>
            <w:r w:rsidR="00B0669A">
              <w:rPr>
                <w:b/>
                <w:color w:val="0D5F78"/>
              </w:rPr>
              <w:t xml:space="preserve">nr. </w:t>
            </w:r>
            <w:r>
              <w:rPr>
                <w:b/>
                <w:color w:val="0D5F78"/>
              </w:rPr>
              <w:t>grupe</w:t>
            </w:r>
          </w:p>
          <w:p w14:paraId="38B1D81D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3"/>
          </w:tcPr>
          <w:p w14:paraId="19BC9CE4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cultură — nr. de locuri</w:t>
            </w:r>
          </w:p>
          <w:p w14:paraId="73DB8DD3" w14:textId="77777777" w:rsidR="003C7CA3" w:rsidRDefault="003C7CA3">
            <w:pPr>
              <w:keepNext/>
            </w:pPr>
          </w:p>
        </w:tc>
      </w:tr>
      <w:tr w:rsidR="003C7CA3" w14:paraId="5F9F33DB" w14:textId="77777777">
        <w:trPr>
          <w:cantSplit/>
          <w:trHeight w:val="510"/>
        </w:trPr>
        <w:tc>
          <w:tcPr>
            <w:tcW w:w="3212" w:type="dxa"/>
            <w:gridSpan w:val="3"/>
          </w:tcPr>
          <w:p w14:paraId="576F2B0D" w14:textId="2EBEFE6B" w:rsidR="003C7CA3" w:rsidRDefault="003454F7">
            <w:pPr>
              <w:keepNext/>
            </w:pPr>
            <w:r>
              <w:rPr>
                <w:b/>
                <w:color w:val="0D5F78"/>
              </w:rPr>
              <w:t xml:space="preserve">hoteliere — </w:t>
            </w:r>
            <w:r w:rsidR="00B0669A">
              <w:rPr>
                <w:b/>
                <w:color w:val="0D5F78"/>
              </w:rPr>
              <w:t xml:space="preserve">nr. </w:t>
            </w:r>
            <w:r>
              <w:rPr>
                <w:b/>
                <w:color w:val="0D5F78"/>
              </w:rPr>
              <w:t>camere /</w:t>
            </w:r>
            <w:r w:rsidR="00B0669A">
              <w:rPr>
                <w:b/>
                <w:color w:val="0D5F78"/>
              </w:rPr>
              <w:t>nr.</w:t>
            </w:r>
            <w:r>
              <w:rPr>
                <w:b/>
                <w:color w:val="0D5F78"/>
              </w:rPr>
              <w:t xml:space="preserve"> locuri</w:t>
            </w:r>
          </w:p>
          <w:p w14:paraId="5ED37886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3"/>
          </w:tcPr>
          <w:p w14:paraId="71C38E9C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culte — nr. de locuri</w:t>
            </w:r>
          </w:p>
          <w:p w14:paraId="7642E005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3"/>
          </w:tcPr>
          <w:p w14:paraId="7E9908A3" w14:textId="2A87A6F6" w:rsidR="003C7CA3" w:rsidRDefault="003454F7">
            <w:pPr>
              <w:keepNext/>
            </w:pPr>
            <w:r>
              <w:rPr>
                <w:b/>
                <w:color w:val="0D5F78"/>
              </w:rPr>
              <w:t xml:space="preserve">administrative și financiare — </w:t>
            </w:r>
            <w:proofErr w:type="gramStart"/>
            <w:r w:rsidR="00B0669A">
              <w:rPr>
                <w:b/>
                <w:color w:val="0D5F78"/>
              </w:rPr>
              <w:t>nr.</w:t>
            </w:r>
            <w:r>
              <w:rPr>
                <w:b/>
                <w:color w:val="0D5F78"/>
              </w:rPr>
              <w:t>personal</w:t>
            </w:r>
            <w:proofErr w:type="gramEnd"/>
          </w:p>
          <w:p w14:paraId="4FED59EA" w14:textId="77777777" w:rsidR="003C7CA3" w:rsidRDefault="003C7CA3">
            <w:pPr>
              <w:keepNext/>
            </w:pPr>
          </w:p>
        </w:tc>
      </w:tr>
      <w:tr w:rsidR="003C7CA3" w14:paraId="38F7A7A2" w14:textId="77777777">
        <w:trPr>
          <w:cantSplit/>
          <w:trHeight w:val="510"/>
        </w:trPr>
        <w:tc>
          <w:tcPr>
            <w:tcW w:w="2409" w:type="dxa"/>
            <w:gridSpan w:val="2"/>
          </w:tcPr>
          <w:p w14:paraId="79954E31" w14:textId="0F435CFF" w:rsidR="003C7CA3" w:rsidRDefault="003454F7">
            <w:pPr>
              <w:keepNext/>
            </w:pPr>
            <w:r>
              <w:rPr>
                <w:b/>
                <w:color w:val="0D5F78"/>
              </w:rPr>
              <w:t xml:space="preserve">comerț — </w:t>
            </w:r>
            <w:proofErr w:type="gramStart"/>
            <w:r w:rsidR="00B0669A">
              <w:rPr>
                <w:b/>
                <w:color w:val="0D5F78"/>
              </w:rPr>
              <w:t>nr.</w:t>
            </w:r>
            <w:r>
              <w:rPr>
                <w:b/>
                <w:color w:val="0D5F78"/>
              </w:rPr>
              <w:t>personal</w:t>
            </w:r>
            <w:proofErr w:type="gramEnd"/>
          </w:p>
          <w:p w14:paraId="6FE5B4BE" w14:textId="77777777" w:rsidR="003C7CA3" w:rsidRDefault="003C7CA3">
            <w:pPr>
              <w:keepNext/>
            </w:pPr>
          </w:p>
        </w:tc>
        <w:tc>
          <w:tcPr>
            <w:tcW w:w="2409" w:type="dxa"/>
            <w:gridSpan w:val="3"/>
          </w:tcPr>
          <w:p w14:paraId="5A53E278" w14:textId="7ADE5129" w:rsidR="003C7CA3" w:rsidRPr="00B0669A" w:rsidRDefault="003454F7">
            <w:pPr>
              <w:keepNext/>
              <w:rPr>
                <w:lang w:val="fr-FR"/>
              </w:rPr>
            </w:pPr>
            <w:proofErr w:type="gramStart"/>
            <w:r w:rsidRPr="00B0669A">
              <w:rPr>
                <w:b/>
                <w:color w:val="0D5F78"/>
                <w:lang w:val="fr-FR"/>
              </w:rPr>
              <w:t>alimentație</w:t>
            </w:r>
            <w:proofErr w:type="gramEnd"/>
            <w:r w:rsidRPr="00B0669A">
              <w:rPr>
                <w:b/>
                <w:color w:val="0D5F78"/>
                <w:lang w:val="fr-FR"/>
              </w:rPr>
              <w:t xml:space="preserve"> publică — </w:t>
            </w:r>
            <w:r w:rsidR="00B0669A" w:rsidRPr="00B0669A">
              <w:rPr>
                <w:b/>
                <w:color w:val="0D5F78"/>
                <w:lang w:val="fr-FR"/>
              </w:rPr>
              <w:t>nr.</w:t>
            </w:r>
            <w:r w:rsidRPr="00B0669A">
              <w:rPr>
                <w:b/>
                <w:color w:val="0D5F78"/>
                <w:lang w:val="fr-FR"/>
              </w:rPr>
              <w:t xml:space="preserve">locuri / </w:t>
            </w:r>
            <w:r w:rsidR="00B0669A" w:rsidRPr="00B0669A">
              <w:rPr>
                <w:b/>
                <w:color w:val="0D5F78"/>
                <w:lang w:val="fr-FR"/>
              </w:rPr>
              <w:t>nr.</w:t>
            </w:r>
            <w:r w:rsidRPr="00B0669A">
              <w:rPr>
                <w:b/>
                <w:color w:val="0D5F78"/>
                <w:lang w:val="fr-FR"/>
              </w:rPr>
              <w:t>personal</w:t>
            </w:r>
          </w:p>
          <w:p w14:paraId="5F2402C3" w14:textId="77777777" w:rsidR="003C7CA3" w:rsidRPr="00B0669A" w:rsidRDefault="003C7CA3">
            <w:pPr>
              <w:keepNext/>
              <w:rPr>
                <w:lang w:val="fr-FR"/>
              </w:rPr>
            </w:pPr>
          </w:p>
        </w:tc>
        <w:tc>
          <w:tcPr>
            <w:tcW w:w="2409" w:type="dxa"/>
            <w:gridSpan w:val="2"/>
          </w:tcPr>
          <w:p w14:paraId="038AE5A2" w14:textId="771FB35C" w:rsidR="003C7CA3" w:rsidRDefault="003454F7">
            <w:pPr>
              <w:keepNext/>
            </w:pPr>
            <w:r>
              <w:rPr>
                <w:b/>
                <w:color w:val="0D5F78"/>
              </w:rPr>
              <w:t xml:space="preserve">servicii — </w:t>
            </w:r>
            <w:proofErr w:type="gramStart"/>
            <w:r w:rsidR="00B0669A">
              <w:rPr>
                <w:b/>
                <w:color w:val="0D5F78"/>
              </w:rPr>
              <w:t>nr.</w:t>
            </w:r>
            <w:r>
              <w:rPr>
                <w:b/>
                <w:color w:val="0D5F78"/>
              </w:rPr>
              <w:t>personal</w:t>
            </w:r>
            <w:proofErr w:type="gramEnd"/>
          </w:p>
          <w:p w14:paraId="029835D2" w14:textId="77777777" w:rsidR="003C7CA3" w:rsidRDefault="003C7CA3">
            <w:pPr>
              <w:keepNext/>
            </w:pPr>
          </w:p>
        </w:tc>
        <w:tc>
          <w:tcPr>
            <w:tcW w:w="2409" w:type="dxa"/>
            <w:gridSpan w:val="2"/>
          </w:tcPr>
          <w:p w14:paraId="24557515" w14:textId="7A52047F" w:rsidR="003C7CA3" w:rsidRDefault="003454F7">
            <w:pPr>
              <w:keepNext/>
            </w:pPr>
            <w:r>
              <w:rPr>
                <w:b/>
                <w:color w:val="0D5F78"/>
              </w:rPr>
              <w:t xml:space="preserve">sport / recreere — </w:t>
            </w:r>
            <w:proofErr w:type="gramStart"/>
            <w:r w:rsidR="00B0669A">
              <w:rPr>
                <w:b/>
                <w:color w:val="0D5F78"/>
              </w:rPr>
              <w:t>nr.</w:t>
            </w:r>
            <w:r>
              <w:rPr>
                <w:b/>
                <w:color w:val="0D5F78"/>
              </w:rPr>
              <w:t>locuri</w:t>
            </w:r>
            <w:proofErr w:type="gramEnd"/>
          </w:p>
          <w:p w14:paraId="7D797E85" w14:textId="77777777" w:rsidR="003C7CA3" w:rsidRDefault="003C7CA3">
            <w:pPr>
              <w:keepNext/>
            </w:pPr>
          </w:p>
        </w:tc>
      </w:tr>
      <w:tr w:rsidR="003C7CA3" w14:paraId="130398B3" w14:textId="77777777">
        <w:trPr>
          <w:cantSplit/>
          <w:trHeight w:val="510"/>
        </w:trPr>
        <w:tc>
          <w:tcPr>
            <w:tcW w:w="4015" w:type="dxa"/>
            <w:gridSpan w:val="4"/>
          </w:tcPr>
          <w:p w14:paraId="0FE6BA4F" w14:textId="3AC1EE71" w:rsidR="003C7CA3" w:rsidRPr="005B29C5" w:rsidRDefault="003454F7">
            <w:pPr>
              <w:keepNext/>
              <w:rPr>
                <w:lang w:val="fr-FR"/>
              </w:rPr>
            </w:pPr>
            <w:proofErr w:type="gramStart"/>
            <w:r w:rsidRPr="005B29C5">
              <w:rPr>
                <w:b/>
                <w:color w:val="0D5F78"/>
                <w:lang w:val="fr-FR"/>
              </w:rPr>
              <w:t>agricole</w:t>
            </w:r>
            <w:proofErr w:type="gramEnd"/>
            <w:r w:rsidRPr="005B29C5">
              <w:rPr>
                <w:b/>
                <w:color w:val="0D5F78"/>
                <w:lang w:val="fr-FR"/>
              </w:rPr>
              <w:t xml:space="preserve"> — nr. </w:t>
            </w:r>
            <w:proofErr w:type="gramStart"/>
            <w:r w:rsidRPr="005B29C5">
              <w:rPr>
                <w:b/>
                <w:color w:val="0D5F78"/>
                <w:lang w:val="fr-FR"/>
              </w:rPr>
              <w:t>de</w:t>
            </w:r>
            <w:proofErr w:type="gramEnd"/>
            <w:r w:rsidRPr="005B29C5">
              <w:rPr>
                <w:b/>
                <w:color w:val="0D5F78"/>
                <w:lang w:val="fr-FR"/>
              </w:rPr>
              <w:t xml:space="preserve"> capete / capacitate</w:t>
            </w:r>
          </w:p>
          <w:p w14:paraId="218634FA" w14:textId="77777777" w:rsidR="003C7CA3" w:rsidRPr="005B29C5" w:rsidRDefault="003C7CA3">
            <w:pPr>
              <w:keepNext/>
              <w:rPr>
                <w:lang w:val="fr-FR"/>
              </w:rPr>
            </w:pPr>
          </w:p>
        </w:tc>
        <w:tc>
          <w:tcPr>
            <w:tcW w:w="2409" w:type="dxa"/>
            <w:gridSpan w:val="2"/>
          </w:tcPr>
          <w:p w14:paraId="34AB3137" w14:textId="243B5D05" w:rsidR="003C7CA3" w:rsidRDefault="003454F7">
            <w:pPr>
              <w:keepNext/>
            </w:pPr>
            <w:r>
              <w:rPr>
                <w:b/>
                <w:color w:val="0D5F78"/>
              </w:rPr>
              <w:t xml:space="preserve">producție — </w:t>
            </w:r>
            <w:proofErr w:type="gramStart"/>
            <w:r w:rsidR="00B0669A">
              <w:rPr>
                <w:b/>
                <w:color w:val="0D5F78"/>
              </w:rPr>
              <w:t>nr.</w:t>
            </w:r>
            <w:r>
              <w:rPr>
                <w:b/>
                <w:color w:val="0D5F78"/>
              </w:rPr>
              <w:t>personal</w:t>
            </w:r>
            <w:proofErr w:type="gramEnd"/>
          </w:p>
          <w:p w14:paraId="268BCF04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3"/>
          </w:tcPr>
          <w:p w14:paraId="5C91A398" w14:textId="41675E97" w:rsidR="003C7CA3" w:rsidRDefault="003454F7">
            <w:pPr>
              <w:keepNext/>
            </w:pPr>
            <w:r>
              <w:rPr>
                <w:b/>
                <w:color w:val="0D5F78"/>
              </w:rPr>
              <w:t xml:space="preserve">depozitare — </w:t>
            </w:r>
            <w:proofErr w:type="gramStart"/>
            <w:r w:rsidR="00B0669A">
              <w:rPr>
                <w:b/>
                <w:color w:val="0D5F78"/>
              </w:rPr>
              <w:t>nr.</w:t>
            </w:r>
            <w:r>
              <w:rPr>
                <w:b/>
                <w:color w:val="0D5F78"/>
              </w:rPr>
              <w:t>personal</w:t>
            </w:r>
            <w:proofErr w:type="gramEnd"/>
            <w:r>
              <w:rPr>
                <w:b/>
                <w:color w:val="0D5F78"/>
              </w:rPr>
              <w:t xml:space="preserve"> / capacitate</w:t>
            </w:r>
          </w:p>
          <w:p w14:paraId="5A3DE193" w14:textId="77777777" w:rsidR="003C7CA3" w:rsidRDefault="003C7CA3">
            <w:pPr>
              <w:keepNext/>
            </w:pPr>
          </w:p>
        </w:tc>
      </w:tr>
      <w:tr w:rsidR="003C7CA3" w:rsidRPr="00F61A70" w14:paraId="69EA93CE" w14:textId="77777777">
        <w:trPr>
          <w:cantSplit/>
          <w:trHeight w:val="510"/>
        </w:trPr>
        <w:tc>
          <w:tcPr>
            <w:tcW w:w="9636" w:type="dxa"/>
            <w:gridSpan w:val="9"/>
          </w:tcPr>
          <w:p w14:paraId="0C05CBC5" w14:textId="77777777" w:rsidR="003C7CA3" w:rsidRPr="005B29C5" w:rsidRDefault="003454F7">
            <w:pPr>
              <w:rPr>
                <w:lang w:val="fr-FR"/>
              </w:rPr>
            </w:pPr>
            <w:r w:rsidRPr="005B29C5">
              <w:rPr>
                <w:b/>
                <w:color w:val="0D5F78"/>
                <w:lang w:val="fr-FR"/>
              </w:rPr>
              <w:t xml:space="preserve">Alte caracteristici ale </w:t>
            </w:r>
            <w:r w:rsidRPr="005B29C5">
              <w:rPr>
                <w:b/>
                <w:color w:val="0D5F78"/>
                <w:lang w:val="fr-FR"/>
              </w:rPr>
              <w:t>capacităților funcționale, necuprinse mai sus</w:t>
            </w:r>
          </w:p>
          <w:p w14:paraId="5566F5A5" w14:textId="77777777" w:rsidR="003C7CA3" w:rsidRPr="005B29C5" w:rsidRDefault="003C7CA3">
            <w:pPr>
              <w:rPr>
                <w:lang w:val="fr-FR"/>
              </w:rPr>
            </w:pPr>
          </w:p>
        </w:tc>
      </w:tr>
    </w:tbl>
    <w:p w14:paraId="67353002" w14:textId="77777777" w:rsidR="003C7CA3" w:rsidRPr="005B29C5" w:rsidRDefault="003C7CA3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629"/>
        <w:gridCol w:w="1842"/>
        <w:gridCol w:w="2347"/>
        <w:gridCol w:w="1606"/>
        <w:gridCol w:w="1606"/>
      </w:tblGrid>
      <w:tr w:rsidR="003C7CA3" w:rsidRPr="00F61A70" w14:paraId="01F650E0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7E7FA553" w14:textId="77AE8320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b/>
                <w:sz w:val="16"/>
                <w:lang w:val="fr-FR"/>
              </w:rPr>
              <w:lastRenderedPageBreak/>
              <w:t xml:space="preserve"> 6. </w:t>
            </w:r>
            <w:r w:rsidRPr="005B29C5">
              <w:rPr>
                <w:b/>
                <w:color w:val="000000"/>
                <w:sz w:val="18"/>
                <w:lang w:val="fr-FR"/>
              </w:rPr>
              <w:t>UTILITĂȚI · GARAJE ȘI PARCAJE · AMENAJĂRI EXTERIOARE</w:t>
            </w:r>
          </w:p>
        </w:tc>
      </w:tr>
      <w:tr w:rsidR="003C7CA3" w:rsidRPr="00F61A70" w14:paraId="6B8C0C3F" w14:textId="77777777">
        <w:trPr>
          <w:cantSplit/>
        </w:trPr>
        <w:tc>
          <w:tcPr>
            <w:tcW w:w="9636" w:type="dxa"/>
            <w:gridSpan w:val="6"/>
          </w:tcPr>
          <w:p w14:paraId="61894E41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 ☐ apă     ☐ canalizare     ☐ energie electrică     ☐ energie termică     ☐ gaze naturale     ☐ telefonizare     ☐ salubritate     ☐ transport urban     ☐ alte </w:t>
            </w:r>
            <w:proofErr w:type="gramStart"/>
            <w:r w:rsidRPr="005B29C5">
              <w:rPr>
                <w:sz w:val="16"/>
                <w:lang w:val="fr-FR"/>
              </w:rPr>
              <w:t>utilități:</w:t>
            </w:r>
            <w:proofErr w:type="gramEnd"/>
          </w:p>
        </w:tc>
      </w:tr>
      <w:tr w:rsidR="00C46767" w:rsidRPr="00F61A70" w14:paraId="27EC2DE3" w14:textId="77777777" w:rsidTr="00C46767">
        <w:trPr>
          <w:cantSplit/>
          <w:trHeight w:val="510"/>
        </w:trPr>
        <w:tc>
          <w:tcPr>
            <w:tcW w:w="2235" w:type="dxa"/>
            <w:gridSpan w:val="2"/>
          </w:tcPr>
          <w:p w14:paraId="76BECEA9" w14:textId="320759E1" w:rsidR="00C46767" w:rsidRDefault="00C46767">
            <w:pPr>
              <w:keepNext/>
            </w:pPr>
            <w:r>
              <w:rPr>
                <w:b/>
                <w:color w:val="0D5F78"/>
              </w:rPr>
              <w:t xml:space="preserve">garaje — nr. locuri </w:t>
            </w:r>
          </w:p>
          <w:p w14:paraId="110B1A51" w14:textId="77777777" w:rsidR="00C46767" w:rsidRDefault="00C46767">
            <w:pPr>
              <w:keepNext/>
            </w:pPr>
          </w:p>
        </w:tc>
        <w:tc>
          <w:tcPr>
            <w:tcW w:w="1842" w:type="dxa"/>
          </w:tcPr>
          <w:p w14:paraId="0ABBB532" w14:textId="77777777" w:rsidR="00C46767" w:rsidRPr="00C46767" w:rsidRDefault="00C46767">
            <w:pPr>
              <w:keepNext/>
              <w:rPr>
                <w:lang w:val="fr-FR"/>
              </w:rPr>
            </w:pPr>
            <w:proofErr w:type="gramStart"/>
            <w:r w:rsidRPr="00C46767">
              <w:rPr>
                <w:b/>
                <w:color w:val="0D5F78"/>
                <w:lang w:val="fr-FR"/>
              </w:rPr>
              <w:t>parcaje</w:t>
            </w:r>
            <w:proofErr w:type="gramEnd"/>
            <w:r w:rsidRPr="00C46767">
              <w:rPr>
                <w:b/>
                <w:color w:val="0D5F78"/>
                <w:lang w:val="fr-FR"/>
              </w:rPr>
              <w:t xml:space="preserve"> — nr. </w:t>
            </w:r>
            <w:proofErr w:type="gramStart"/>
            <w:r w:rsidRPr="00C46767">
              <w:rPr>
                <w:b/>
                <w:color w:val="0D5F78"/>
                <w:lang w:val="fr-FR"/>
              </w:rPr>
              <w:t>locuri</w:t>
            </w:r>
            <w:proofErr w:type="gramEnd"/>
            <w:r w:rsidRPr="00C46767">
              <w:rPr>
                <w:b/>
                <w:color w:val="0D5F78"/>
                <w:lang w:val="fr-FR"/>
              </w:rPr>
              <w:t xml:space="preserve"> </w:t>
            </w:r>
          </w:p>
        </w:tc>
        <w:tc>
          <w:tcPr>
            <w:tcW w:w="2347" w:type="dxa"/>
          </w:tcPr>
          <w:p w14:paraId="5E230273" w14:textId="480ECC30" w:rsidR="00C46767" w:rsidRPr="00C46767" w:rsidRDefault="00C46767" w:rsidP="00C46767">
            <w:pPr>
              <w:rPr>
                <w:lang w:val="fr-FR"/>
              </w:rPr>
            </w:pPr>
            <w:proofErr w:type="gramStart"/>
            <w:r>
              <w:rPr>
                <w:b/>
                <w:color w:val="0D5F78"/>
                <w:lang w:val="fr-FR"/>
              </w:rPr>
              <w:t>p</w:t>
            </w:r>
            <w:r w:rsidRPr="00C46767">
              <w:rPr>
                <w:b/>
                <w:color w:val="0D5F78"/>
                <w:lang w:val="fr-FR"/>
              </w:rPr>
              <w:t>arc</w:t>
            </w:r>
            <w:r>
              <w:rPr>
                <w:b/>
                <w:color w:val="0D5F78"/>
                <w:lang w:val="fr-FR"/>
              </w:rPr>
              <w:t>aje</w:t>
            </w:r>
            <w:proofErr w:type="gramEnd"/>
            <w:r w:rsidRPr="00C46767">
              <w:rPr>
                <w:b/>
                <w:color w:val="0D5F78"/>
                <w:lang w:val="fr-FR"/>
              </w:rPr>
              <w:t xml:space="preserve"> pentru biciclete – nr. </w:t>
            </w:r>
            <w:proofErr w:type="gramStart"/>
            <w:r w:rsidRPr="00C46767">
              <w:rPr>
                <w:b/>
                <w:color w:val="0D5F78"/>
                <w:lang w:val="fr-FR"/>
              </w:rPr>
              <w:t>locuri</w:t>
            </w:r>
            <w:proofErr w:type="gramEnd"/>
          </w:p>
          <w:p w14:paraId="1B5BA92E" w14:textId="423BC9DB" w:rsidR="00C46767" w:rsidRPr="00C46767" w:rsidRDefault="00C46767">
            <w:pPr>
              <w:keepNext/>
              <w:rPr>
                <w:lang w:val="fr-FR"/>
              </w:rPr>
            </w:pPr>
          </w:p>
        </w:tc>
        <w:tc>
          <w:tcPr>
            <w:tcW w:w="3212" w:type="dxa"/>
            <w:gridSpan w:val="2"/>
          </w:tcPr>
          <w:p w14:paraId="26761444" w14:textId="77777777" w:rsidR="00C46767" w:rsidRPr="005B29C5" w:rsidRDefault="00C46767">
            <w:pPr>
              <w:keepNext/>
              <w:rPr>
                <w:lang w:val="fr-FR"/>
              </w:rPr>
            </w:pPr>
            <w:proofErr w:type="gramStart"/>
            <w:r w:rsidRPr="005B29C5">
              <w:rPr>
                <w:b/>
                <w:color w:val="0D5F78"/>
                <w:lang w:val="fr-FR"/>
              </w:rPr>
              <w:t>alei</w:t>
            </w:r>
            <w:proofErr w:type="gramEnd"/>
            <w:r w:rsidRPr="005B29C5">
              <w:rPr>
                <w:b/>
                <w:color w:val="0D5F78"/>
                <w:lang w:val="fr-FR"/>
              </w:rPr>
              <w:t xml:space="preserve"> carosabile, inclusiv parcaje la sol (m²)</w:t>
            </w:r>
          </w:p>
          <w:p w14:paraId="1AF44448" w14:textId="77777777" w:rsidR="00C46767" w:rsidRPr="005B29C5" w:rsidRDefault="00C46767">
            <w:pPr>
              <w:keepNext/>
              <w:rPr>
                <w:lang w:val="fr-FR"/>
              </w:rPr>
            </w:pPr>
          </w:p>
        </w:tc>
      </w:tr>
      <w:tr w:rsidR="003C7CA3" w14:paraId="6E7FDA17" w14:textId="77777777" w:rsidTr="00C46767">
        <w:trPr>
          <w:cantSplit/>
          <w:trHeight w:val="510"/>
        </w:trPr>
        <w:tc>
          <w:tcPr>
            <w:tcW w:w="1606" w:type="dxa"/>
          </w:tcPr>
          <w:p w14:paraId="2AA92BFE" w14:textId="77777777" w:rsidR="003C7CA3" w:rsidRDefault="003454F7">
            <w:r>
              <w:rPr>
                <w:b/>
                <w:color w:val="0D5F78"/>
              </w:rPr>
              <w:t>alei pietonale (m²)</w:t>
            </w:r>
          </w:p>
          <w:p w14:paraId="37097089" w14:textId="77777777" w:rsidR="003C7CA3" w:rsidRDefault="003C7CA3"/>
        </w:tc>
        <w:tc>
          <w:tcPr>
            <w:tcW w:w="2471" w:type="dxa"/>
            <w:gridSpan w:val="2"/>
          </w:tcPr>
          <w:p w14:paraId="002F19A1" w14:textId="77777777" w:rsidR="003C7CA3" w:rsidRPr="005B29C5" w:rsidRDefault="003454F7">
            <w:pPr>
              <w:rPr>
                <w:lang w:val="fr-FR"/>
              </w:rPr>
            </w:pPr>
            <w:proofErr w:type="gramStart"/>
            <w:r w:rsidRPr="005B29C5">
              <w:rPr>
                <w:b/>
                <w:color w:val="0D5F78"/>
                <w:lang w:val="fr-FR"/>
              </w:rPr>
              <w:t>alte</w:t>
            </w:r>
            <w:proofErr w:type="gramEnd"/>
            <w:r w:rsidRPr="005B29C5">
              <w:rPr>
                <w:b/>
                <w:color w:val="0D5F78"/>
                <w:lang w:val="fr-FR"/>
              </w:rPr>
              <w:t xml:space="preserve"> platforme la nivelul solului (m²)</w:t>
            </w:r>
          </w:p>
          <w:p w14:paraId="29F6F182" w14:textId="77777777" w:rsidR="003C7CA3" w:rsidRDefault="003454F7">
            <w:r>
              <w:rPr>
                <w:i/>
                <w:color w:val="7A7A7A"/>
              </w:rPr>
              <w:t>deșeuri etc.</w:t>
            </w:r>
          </w:p>
          <w:p w14:paraId="019BCEAA" w14:textId="77777777" w:rsidR="003C7CA3" w:rsidRDefault="003C7CA3"/>
        </w:tc>
        <w:tc>
          <w:tcPr>
            <w:tcW w:w="3953" w:type="dxa"/>
            <w:gridSpan w:val="2"/>
          </w:tcPr>
          <w:p w14:paraId="515407BB" w14:textId="77777777" w:rsidR="003C7CA3" w:rsidRPr="005B29C5" w:rsidRDefault="003454F7">
            <w:pPr>
              <w:rPr>
                <w:lang w:val="fr-FR"/>
              </w:rPr>
            </w:pPr>
            <w:proofErr w:type="gramStart"/>
            <w:r w:rsidRPr="005B29C5">
              <w:rPr>
                <w:b/>
                <w:color w:val="0D5F78"/>
                <w:lang w:val="fr-FR"/>
              </w:rPr>
              <w:t>arbori</w:t>
            </w:r>
            <w:proofErr w:type="gramEnd"/>
            <w:r w:rsidRPr="005B29C5">
              <w:rPr>
                <w:b/>
                <w:color w:val="0D5F78"/>
                <w:lang w:val="fr-FR"/>
              </w:rPr>
              <w:t xml:space="preserve"> tăiați / menținuți / plantați (nr.)</w:t>
            </w:r>
          </w:p>
          <w:p w14:paraId="1FB95EB6" w14:textId="77777777" w:rsidR="003C7CA3" w:rsidRPr="005B29C5" w:rsidRDefault="003C7CA3">
            <w:pPr>
              <w:rPr>
                <w:lang w:val="fr-FR"/>
              </w:rPr>
            </w:pPr>
          </w:p>
        </w:tc>
        <w:tc>
          <w:tcPr>
            <w:tcW w:w="1606" w:type="dxa"/>
          </w:tcPr>
          <w:p w14:paraId="25733FE4" w14:textId="77777777" w:rsidR="003C7CA3" w:rsidRDefault="003454F7">
            <w:r>
              <w:rPr>
                <w:b/>
                <w:color w:val="0D5F78"/>
              </w:rPr>
              <w:t>spații verzi (m²)</w:t>
            </w:r>
          </w:p>
          <w:p w14:paraId="5166C427" w14:textId="77777777" w:rsidR="003C7CA3" w:rsidRDefault="003C7CA3"/>
        </w:tc>
      </w:tr>
    </w:tbl>
    <w:p w14:paraId="39DEA0F6" w14:textId="77777777" w:rsidR="003C7CA3" w:rsidRDefault="003C7CA3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4818"/>
        <w:gridCol w:w="4818"/>
      </w:tblGrid>
      <w:tr w:rsidR="003C7CA3" w:rsidRPr="00F61A70" w14:paraId="09A15946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2CD1D9E8" w14:textId="5C533AE5" w:rsidR="003C7CA3" w:rsidRPr="00481869" w:rsidRDefault="003454F7">
            <w:pPr>
              <w:keepNext/>
              <w:rPr>
                <w:lang w:val="fr-FR"/>
              </w:rPr>
            </w:pPr>
            <w:r w:rsidRPr="00481869">
              <w:rPr>
                <w:b/>
                <w:sz w:val="16"/>
                <w:lang w:val="fr-FR"/>
              </w:rPr>
              <w:t xml:space="preserve"> 7. </w:t>
            </w:r>
            <w:r w:rsidRPr="00481869">
              <w:rPr>
                <w:b/>
                <w:color w:val="000000"/>
                <w:sz w:val="18"/>
                <w:lang w:val="fr-FR"/>
              </w:rPr>
              <w:t xml:space="preserve">MĂSURI </w:t>
            </w:r>
            <w:r w:rsidR="00481869" w:rsidRPr="00481869">
              <w:rPr>
                <w:b/>
                <w:color w:val="000000"/>
                <w:sz w:val="18"/>
                <w:lang w:val="fr-FR"/>
              </w:rPr>
              <w:t xml:space="preserve">DE PROTECȚIE </w:t>
            </w:r>
            <w:r w:rsidR="00481869">
              <w:rPr>
                <w:b/>
                <w:color w:val="000000"/>
                <w:sz w:val="18"/>
                <w:lang w:val="fr-FR"/>
              </w:rPr>
              <w:t>A MEDIULUI/SECURITATE LA INCENDIU/PROTECTIE CIVILA</w:t>
            </w:r>
          </w:p>
        </w:tc>
      </w:tr>
      <w:tr w:rsidR="003C7CA3" w:rsidRPr="00F61A70" w14:paraId="64A301DA" w14:textId="77777777">
        <w:trPr>
          <w:cantSplit/>
          <w:trHeight w:val="510"/>
        </w:trPr>
        <w:tc>
          <w:tcPr>
            <w:tcW w:w="4818" w:type="dxa"/>
          </w:tcPr>
          <w:p w14:paraId="0DEA8A8E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Modul de evacuare a deșeurilor</w:t>
            </w:r>
          </w:p>
          <w:p w14:paraId="79D21EEF" w14:textId="77777777" w:rsidR="003C7CA3" w:rsidRDefault="003C7CA3">
            <w:pPr>
              <w:keepNext/>
            </w:pPr>
          </w:p>
        </w:tc>
        <w:tc>
          <w:tcPr>
            <w:tcW w:w="4818" w:type="dxa"/>
          </w:tcPr>
          <w:p w14:paraId="0CF99D41" w14:textId="6EA15F11" w:rsidR="003C7CA3" w:rsidRPr="005B29C5" w:rsidRDefault="00B0669A">
            <w:pPr>
              <w:keepNext/>
              <w:rPr>
                <w:lang w:val="fr-FR"/>
              </w:rPr>
            </w:pPr>
            <w:r>
              <w:rPr>
                <w:b/>
                <w:color w:val="0D5F78"/>
                <w:lang w:val="fr-FR"/>
              </w:rPr>
              <w:t>Alte m</w:t>
            </w:r>
            <w:r w:rsidRPr="005B29C5">
              <w:rPr>
                <w:b/>
                <w:color w:val="0D5F78"/>
                <w:lang w:val="fr-FR"/>
              </w:rPr>
              <w:t>ăsuri de securitate la incendiu și protecție civilă</w:t>
            </w:r>
          </w:p>
          <w:p w14:paraId="5F1285C7" w14:textId="77777777" w:rsidR="003C7CA3" w:rsidRPr="005B29C5" w:rsidRDefault="003C7CA3">
            <w:pPr>
              <w:keepNext/>
              <w:rPr>
                <w:lang w:val="fr-FR"/>
              </w:rPr>
            </w:pPr>
          </w:p>
        </w:tc>
      </w:tr>
      <w:tr w:rsidR="003C7CA3" w14:paraId="3A6BBC96" w14:textId="77777777">
        <w:trPr>
          <w:cantSplit/>
          <w:trHeight w:val="510"/>
        </w:trPr>
        <w:tc>
          <w:tcPr>
            <w:tcW w:w="4818" w:type="dxa"/>
          </w:tcPr>
          <w:p w14:paraId="5C8AEAE0" w14:textId="77777777" w:rsidR="003C7CA3" w:rsidRDefault="003454F7">
            <w:r>
              <w:rPr>
                <w:b/>
                <w:color w:val="0D5F78"/>
              </w:rPr>
              <w:t>Măsuri de protecție a mediului</w:t>
            </w:r>
          </w:p>
          <w:p w14:paraId="586175AE" w14:textId="77777777" w:rsidR="003C7CA3" w:rsidRDefault="003C7CA3"/>
        </w:tc>
        <w:tc>
          <w:tcPr>
            <w:tcW w:w="4818" w:type="dxa"/>
          </w:tcPr>
          <w:p w14:paraId="2DEC7A0A" w14:textId="181A6029" w:rsidR="003C7CA3" w:rsidRDefault="003454F7">
            <w:r>
              <w:rPr>
                <w:b/>
                <w:color w:val="0D5F78"/>
              </w:rPr>
              <w:t xml:space="preserve">Alte </w:t>
            </w:r>
            <w:r w:rsidR="00481869">
              <w:rPr>
                <w:b/>
                <w:color w:val="0D5F78"/>
              </w:rPr>
              <w:t xml:space="preserve">măsuri </w:t>
            </w:r>
            <w:r w:rsidR="009E435D">
              <w:rPr>
                <w:b/>
                <w:color w:val="0D5F78"/>
              </w:rPr>
              <w:t>specifice:</w:t>
            </w:r>
          </w:p>
          <w:p w14:paraId="6412A5B3" w14:textId="77777777" w:rsidR="003C7CA3" w:rsidRDefault="003C7CA3"/>
        </w:tc>
      </w:tr>
    </w:tbl>
    <w:p w14:paraId="522EAA4C" w14:textId="77777777" w:rsidR="003C7CA3" w:rsidRDefault="003C7CA3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4818"/>
        <w:gridCol w:w="1606"/>
        <w:gridCol w:w="3212"/>
      </w:tblGrid>
      <w:tr w:rsidR="003C7CA3" w14:paraId="5BCF3412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6347FD59" w14:textId="1C8D5E4A" w:rsidR="003C7CA3" w:rsidRDefault="003454F7">
            <w:pPr>
              <w:keepNext/>
            </w:pPr>
            <w:r>
              <w:rPr>
                <w:b/>
                <w:sz w:val="16"/>
              </w:rPr>
              <w:t xml:space="preserve"> 8. </w:t>
            </w:r>
            <w:r>
              <w:rPr>
                <w:b/>
                <w:color w:val="000000"/>
                <w:sz w:val="18"/>
              </w:rPr>
              <w:t>ÎNTOCMIT</w:t>
            </w:r>
          </w:p>
        </w:tc>
      </w:tr>
      <w:tr w:rsidR="003C7CA3" w14:paraId="2FAD5169" w14:textId="77777777">
        <w:trPr>
          <w:cantSplit/>
          <w:trHeight w:val="510"/>
        </w:trPr>
        <w:tc>
          <w:tcPr>
            <w:tcW w:w="4818" w:type="dxa"/>
          </w:tcPr>
          <w:p w14:paraId="370D703B" w14:textId="77777777" w:rsidR="003C7CA3" w:rsidRDefault="003454F7">
            <w:r>
              <w:rPr>
                <w:b/>
                <w:color w:val="0D5F78"/>
              </w:rPr>
              <w:t>Numele și prenumele / firma și reprezentantul</w:t>
            </w:r>
          </w:p>
          <w:p w14:paraId="19974B2C" w14:textId="77777777" w:rsidR="003C7CA3" w:rsidRDefault="003C7CA3"/>
        </w:tc>
        <w:tc>
          <w:tcPr>
            <w:tcW w:w="1606" w:type="dxa"/>
          </w:tcPr>
          <w:p w14:paraId="5C2B9240" w14:textId="77777777" w:rsidR="003C7CA3" w:rsidRDefault="003454F7">
            <w:r>
              <w:rPr>
                <w:b/>
                <w:color w:val="0D5F78"/>
              </w:rPr>
              <w:t>Data</w:t>
            </w:r>
          </w:p>
          <w:p w14:paraId="0E969518" w14:textId="77777777" w:rsidR="003C7CA3" w:rsidRDefault="003C7CA3"/>
        </w:tc>
        <w:tc>
          <w:tcPr>
            <w:tcW w:w="3212" w:type="dxa"/>
          </w:tcPr>
          <w:p w14:paraId="41E26627" w14:textId="77777777" w:rsidR="003C7CA3" w:rsidRDefault="003454F7">
            <w:r>
              <w:rPr>
                <w:b/>
                <w:color w:val="0D5F78"/>
              </w:rPr>
              <w:t>Semnătura și parafa</w:t>
            </w:r>
          </w:p>
          <w:p w14:paraId="2575B4FF" w14:textId="77777777" w:rsidR="003C7CA3" w:rsidRDefault="003C7CA3"/>
        </w:tc>
      </w:tr>
    </w:tbl>
    <w:p w14:paraId="2718FA85" w14:textId="77777777" w:rsidR="003C7CA3" w:rsidRDefault="003C7CA3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1606"/>
        <w:gridCol w:w="1606"/>
        <w:gridCol w:w="803"/>
        <w:gridCol w:w="3212"/>
      </w:tblGrid>
      <w:tr w:rsidR="003C7CA3" w14:paraId="789B3316" w14:textId="77777777">
        <w:trPr>
          <w:cantSplit/>
        </w:trPr>
        <w:tc>
          <w:tcPr>
            <w:tcW w:w="9636" w:type="dxa"/>
            <w:gridSpan w:val="5"/>
            <w:shd w:val="clear" w:color="auto" w:fill="F4F4F4"/>
          </w:tcPr>
          <w:p w14:paraId="044F7DD6" w14:textId="6A35DD59" w:rsidR="003C7CA3" w:rsidRDefault="003454F7">
            <w:pPr>
              <w:keepNext/>
            </w:pPr>
            <w:r>
              <w:rPr>
                <w:b/>
                <w:sz w:val="16"/>
              </w:rPr>
              <w:t xml:space="preserve"> 9. </w:t>
            </w:r>
            <w:r>
              <w:rPr>
                <w:b/>
                <w:color w:val="000000"/>
                <w:sz w:val="18"/>
              </w:rPr>
              <w:t>COMUNICAREA ÎN REGISTRUL NAȚIONAL AL CLĂDIRILOR</w:t>
            </w:r>
          </w:p>
        </w:tc>
      </w:tr>
      <w:tr w:rsidR="003C7CA3" w14:paraId="09C9D1CA" w14:textId="77777777">
        <w:trPr>
          <w:cantSplit/>
          <w:trHeight w:val="510"/>
        </w:trPr>
        <w:tc>
          <w:tcPr>
            <w:tcW w:w="4015" w:type="dxa"/>
            <w:gridSpan w:val="2"/>
          </w:tcPr>
          <w:p w14:paraId="7503C39B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Clădirea a fost</w:t>
            </w:r>
          </w:p>
          <w:p w14:paraId="2C7411D0" w14:textId="77777777" w:rsidR="003C7CA3" w:rsidRDefault="003454F7">
            <w:pPr>
              <w:keepNext/>
            </w:pPr>
            <w:r>
              <w:rPr>
                <w:sz w:val="16"/>
              </w:rPr>
              <w:t>☐</w:t>
            </w:r>
            <w:r>
              <w:rPr>
                <w:sz w:val="16"/>
              </w:rPr>
              <w:t xml:space="preserve"> identificată în registru     ☐ declarată acum</w:t>
            </w:r>
          </w:p>
        </w:tc>
        <w:tc>
          <w:tcPr>
            <w:tcW w:w="2409" w:type="dxa"/>
            <w:gridSpan w:val="2"/>
          </w:tcPr>
          <w:p w14:paraId="7BDC1FD1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NIS atribuit / confirmat</w:t>
            </w:r>
          </w:p>
          <w:p w14:paraId="46BD8B2A" w14:textId="77777777" w:rsidR="003C7CA3" w:rsidRDefault="003C7CA3">
            <w:pPr>
              <w:keepNext/>
            </w:pPr>
          </w:p>
        </w:tc>
        <w:tc>
          <w:tcPr>
            <w:tcW w:w="3212" w:type="dxa"/>
          </w:tcPr>
          <w:p w14:paraId="70909602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Cod investiție</w:t>
            </w:r>
          </w:p>
          <w:p w14:paraId="75D7BD10" w14:textId="77777777" w:rsidR="003C7CA3" w:rsidRDefault="003454F7">
            <w:pPr>
              <w:keepNext/>
            </w:pPr>
            <w:r>
              <w:rPr>
                <w:i/>
                <w:color w:val="7A7A7A"/>
              </w:rPr>
              <w:t>dacă lucrarea e legată de o investiție</w:t>
            </w:r>
          </w:p>
          <w:p w14:paraId="707D1635" w14:textId="77777777" w:rsidR="003C7CA3" w:rsidRDefault="003C7CA3">
            <w:pPr>
              <w:keepNext/>
            </w:pPr>
          </w:p>
        </w:tc>
      </w:tr>
      <w:tr w:rsidR="003C7CA3" w14:paraId="404DE9B4" w14:textId="77777777">
        <w:trPr>
          <w:cantSplit/>
          <w:trHeight w:val="510"/>
        </w:trPr>
        <w:tc>
          <w:tcPr>
            <w:tcW w:w="2409" w:type="dxa"/>
          </w:tcPr>
          <w:p w14:paraId="1E81E077" w14:textId="77777777" w:rsidR="003C7CA3" w:rsidRDefault="003454F7">
            <w:r>
              <w:rPr>
                <w:b/>
                <w:color w:val="0D5F78"/>
              </w:rPr>
              <w:t>Data comunicării</w:t>
            </w:r>
          </w:p>
          <w:p w14:paraId="778D03E7" w14:textId="77777777" w:rsidR="003C7CA3" w:rsidRDefault="003C7CA3"/>
        </w:tc>
        <w:tc>
          <w:tcPr>
            <w:tcW w:w="3212" w:type="dxa"/>
            <w:gridSpan w:val="2"/>
          </w:tcPr>
          <w:p w14:paraId="77DBAA7A" w14:textId="77777777" w:rsidR="003C7CA3" w:rsidRDefault="003454F7">
            <w:r>
              <w:rPr>
                <w:b/>
                <w:color w:val="0D5F78"/>
              </w:rPr>
              <w:t>Numărul tranzacției</w:t>
            </w:r>
          </w:p>
          <w:p w14:paraId="41280A5F" w14:textId="77777777" w:rsidR="003C7CA3" w:rsidRDefault="003C7CA3"/>
        </w:tc>
        <w:tc>
          <w:tcPr>
            <w:tcW w:w="4015" w:type="dxa"/>
            <w:gridSpan w:val="2"/>
          </w:tcPr>
          <w:p w14:paraId="3822C8B0" w14:textId="77777777" w:rsidR="003C7CA3" w:rsidRDefault="003454F7">
            <w:r>
              <w:rPr>
                <w:b/>
                <w:color w:val="0D5F78"/>
              </w:rPr>
              <w:t>Comunicat de</w:t>
            </w:r>
          </w:p>
          <w:p w14:paraId="2979CA2D" w14:textId="77777777" w:rsidR="003C7CA3" w:rsidRDefault="003C7CA3"/>
        </w:tc>
      </w:tr>
    </w:tbl>
    <w:p w14:paraId="080B7191" w14:textId="77777777" w:rsidR="003C7CA3" w:rsidRDefault="003C7CA3">
      <w:pPr>
        <w:spacing w:line="168" w:lineRule="auto"/>
      </w:pPr>
    </w:p>
    <w:p w14:paraId="0A206510" w14:textId="77777777" w:rsidR="00913191" w:rsidRDefault="00913191">
      <w:pPr>
        <w:spacing w:line="168" w:lineRule="auto"/>
      </w:pPr>
    </w:p>
    <w:p w14:paraId="763CAB70" w14:textId="557CB50E" w:rsidR="00913191" w:rsidRPr="00913191" w:rsidRDefault="00913191" w:rsidP="00913191">
      <w:pPr>
        <w:rPr>
          <w:sz w:val="20"/>
          <w:szCs w:val="20"/>
          <w:u w:val="single"/>
        </w:rPr>
      </w:pPr>
      <w:r w:rsidRPr="00913191">
        <w:rPr>
          <w:sz w:val="20"/>
          <w:szCs w:val="20"/>
          <w:u w:val="single"/>
        </w:rPr>
        <w:t xml:space="preserve">Punctele </w:t>
      </w:r>
      <w:r>
        <w:rPr>
          <w:sz w:val="20"/>
          <w:szCs w:val="20"/>
          <w:u w:val="single"/>
        </w:rPr>
        <w:t>10</w:t>
      </w:r>
      <w:r w:rsidRPr="00913191">
        <w:rPr>
          <w:sz w:val="20"/>
          <w:szCs w:val="20"/>
          <w:u w:val="single"/>
        </w:rPr>
        <w:t>-</w:t>
      </w:r>
      <w:r>
        <w:rPr>
          <w:sz w:val="20"/>
          <w:szCs w:val="20"/>
          <w:u w:val="single"/>
        </w:rPr>
        <w:t>1</w:t>
      </w:r>
      <w:r w:rsidR="00481869">
        <w:rPr>
          <w:sz w:val="20"/>
          <w:szCs w:val="20"/>
          <w:u w:val="single"/>
        </w:rPr>
        <w:t xml:space="preserve">3 </w:t>
      </w:r>
      <w:r w:rsidRPr="00913191">
        <w:rPr>
          <w:sz w:val="20"/>
          <w:szCs w:val="20"/>
          <w:u w:val="single"/>
        </w:rPr>
        <w:t>se completeaza în cazul amenjărilor /lucrărilor inginerești</w:t>
      </w:r>
    </w:p>
    <w:p w14:paraId="67473F2C" w14:textId="77777777" w:rsidR="00913191" w:rsidRPr="00913191" w:rsidRDefault="00913191">
      <w:pPr>
        <w:spacing w:line="168" w:lineRule="auto"/>
      </w:pPr>
    </w:p>
    <w:p w14:paraId="088990E5" w14:textId="77777777" w:rsidR="00913191" w:rsidRPr="00913191" w:rsidRDefault="00913191">
      <w:pPr>
        <w:spacing w:line="168" w:lineRule="auto"/>
      </w:pPr>
    </w:p>
    <w:p w14:paraId="26959348" w14:textId="77777777" w:rsidR="00913191" w:rsidRPr="00913191" w:rsidRDefault="00913191">
      <w:pPr>
        <w:spacing w:line="168" w:lineRule="auto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636"/>
      </w:tblGrid>
      <w:tr w:rsidR="00913191" w14:paraId="15E654A6" w14:textId="77777777" w:rsidTr="00303E64">
        <w:tc>
          <w:tcPr>
            <w:tcW w:w="9636" w:type="dxa"/>
            <w:shd w:val="clear" w:color="auto" w:fill="F4F4F4"/>
          </w:tcPr>
          <w:p w14:paraId="15526B2D" w14:textId="6391DFF7" w:rsidR="00481869" w:rsidRPr="00481869" w:rsidRDefault="00913191" w:rsidP="00303E64">
            <w:pPr>
              <w:rPr>
                <w:b/>
                <w:color w:val="000000"/>
                <w:sz w:val="18"/>
                <w:szCs w:val="18"/>
              </w:rPr>
            </w:pPr>
            <w:r w:rsidRPr="00481869">
              <w:rPr>
                <w:b/>
                <w:sz w:val="18"/>
                <w:szCs w:val="18"/>
              </w:rPr>
              <w:t xml:space="preserve">10.  </w:t>
            </w:r>
            <w:r w:rsidRPr="00481869">
              <w:rPr>
                <w:b/>
                <w:color w:val="000000"/>
                <w:sz w:val="18"/>
                <w:szCs w:val="18"/>
              </w:rPr>
              <w:t>DATELE CARACTERISTICE ALE AMPLASAMENTULUI</w:t>
            </w:r>
          </w:p>
        </w:tc>
      </w:tr>
      <w:tr w:rsidR="00913191" w14:paraId="35BBF072" w14:textId="77777777" w:rsidTr="00303E64">
        <w:trPr>
          <w:trHeight w:val="311"/>
        </w:trPr>
        <w:tc>
          <w:tcPr>
            <w:tcW w:w="9636" w:type="dxa"/>
          </w:tcPr>
          <w:p w14:paraId="404A19BB" w14:textId="77777777" w:rsidR="00913191" w:rsidRDefault="00913191" w:rsidP="00303E64"/>
          <w:p w14:paraId="75C9E1F6" w14:textId="77777777" w:rsidR="00913191" w:rsidRDefault="00913191" w:rsidP="00303E64"/>
          <w:p w14:paraId="5CEEA210" w14:textId="77777777" w:rsidR="00913191" w:rsidRDefault="00913191" w:rsidP="00303E64"/>
          <w:p w14:paraId="49CC17DA" w14:textId="77777777" w:rsidR="00913191" w:rsidRDefault="00913191" w:rsidP="00303E64"/>
        </w:tc>
      </w:tr>
      <w:tr w:rsidR="00913191" w:rsidRPr="00F61A70" w14:paraId="64B1AEFE" w14:textId="77777777" w:rsidTr="00481869">
        <w:trPr>
          <w:trHeight w:val="311"/>
        </w:trPr>
        <w:tc>
          <w:tcPr>
            <w:tcW w:w="9636" w:type="dxa"/>
            <w:shd w:val="clear" w:color="auto" w:fill="F2F2F2" w:themeFill="background1" w:themeFillShade="F2"/>
          </w:tcPr>
          <w:p w14:paraId="06040E9F" w14:textId="73498F5D" w:rsidR="00913191" w:rsidRPr="00481869" w:rsidRDefault="00913191" w:rsidP="00303E64">
            <w:pPr>
              <w:rPr>
                <w:sz w:val="18"/>
                <w:szCs w:val="18"/>
                <w:lang w:val="fr-FR"/>
              </w:rPr>
            </w:pPr>
            <w:r w:rsidRPr="00481869">
              <w:rPr>
                <w:b/>
                <w:sz w:val="18"/>
                <w:szCs w:val="18"/>
                <w:lang w:val="fr-FR"/>
              </w:rPr>
              <w:t xml:space="preserve">11.  CARACTERISTICI TEHNICE SI </w:t>
            </w:r>
            <w:r w:rsidRPr="00481869">
              <w:rPr>
                <w:b/>
                <w:color w:val="000000"/>
                <w:sz w:val="18"/>
                <w:szCs w:val="18"/>
                <w:lang w:val="fr-FR"/>
              </w:rPr>
              <w:t xml:space="preserve">CAPACITĂȚI </w:t>
            </w:r>
            <w:proofErr w:type="gramStart"/>
            <w:r w:rsidRPr="00481869">
              <w:rPr>
                <w:b/>
                <w:color w:val="000000"/>
                <w:sz w:val="18"/>
                <w:szCs w:val="18"/>
                <w:lang w:val="fr-FR"/>
              </w:rPr>
              <w:t>FUNCȚIONALE  SPECIFICE</w:t>
            </w:r>
            <w:proofErr w:type="gramEnd"/>
            <w:r w:rsidRPr="00481869">
              <w:rPr>
                <w:b/>
                <w:color w:val="000000"/>
                <w:sz w:val="18"/>
                <w:szCs w:val="18"/>
                <w:lang w:val="fr-FR"/>
              </w:rPr>
              <w:t xml:space="preserve"> </w:t>
            </w:r>
          </w:p>
        </w:tc>
      </w:tr>
      <w:tr w:rsidR="00913191" w:rsidRPr="00F61A70" w14:paraId="6CA09AF3" w14:textId="77777777" w:rsidTr="00303E64">
        <w:trPr>
          <w:trHeight w:val="311"/>
        </w:trPr>
        <w:tc>
          <w:tcPr>
            <w:tcW w:w="9636" w:type="dxa"/>
          </w:tcPr>
          <w:p w14:paraId="0F93402F" w14:textId="77777777" w:rsidR="00913191" w:rsidRPr="00913191" w:rsidRDefault="00913191" w:rsidP="00303E64">
            <w:pPr>
              <w:rPr>
                <w:lang w:val="fr-FR"/>
              </w:rPr>
            </w:pPr>
          </w:p>
          <w:p w14:paraId="1F1212DC" w14:textId="77777777" w:rsidR="00913191" w:rsidRPr="00913191" w:rsidRDefault="00913191" w:rsidP="00303E64">
            <w:pPr>
              <w:rPr>
                <w:lang w:val="fr-FR"/>
              </w:rPr>
            </w:pPr>
          </w:p>
          <w:p w14:paraId="136A35DA" w14:textId="77777777" w:rsidR="00913191" w:rsidRPr="00913191" w:rsidRDefault="00913191" w:rsidP="00303E64">
            <w:pPr>
              <w:rPr>
                <w:lang w:val="fr-FR"/>
              </w:rPr>
            </w:pPr>
          </w:p>
        </w:tc>
      </w:tr>
    </w:tbl>
    <w:p w14:paraId="57F60CB5" w14:textId="77777777" w:rsidR="00913191" w:rsidRDefault="00913191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4818"/>
        <w:gridCol w:w="4818"/>
      </w:tblGrid>
      <w:tr w:rsidR="00481869" w:rsidRPr="00F61A70" w14:paraId="48814357" w14:textId="77777777" w:rsidTr="00303E64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78149411" w14:textId="5CE759DD" w:rsidR="00481869" w:rsidRPr="00481869" w:rsidRDefault="00481869" w:rsidP="00303E64">
            <w:pPr>
              <w:keepNext/>
              <w:rPr>
                <w:lang w:val="fr-FR"/>
              </w:rPr>
            </w:pPr>
            <w:r w:rsidRPr="00481869">
              <w:rPr>
                <w:b/>
                <w:sz w:val="16"/>
                <w:lang w:val="fr-FR"/>
              </w:rPr>
              <w:t xml:space="preserve">12. </w:t>
            </w:r>
            <w:r w:rsidRPr="00481869">
              <w:rPr>
                <w:b/>
                <w:color w:val="000000"/>
                <w:sz w:val="18"/>
                <w:lang w:val="fr-FR"/>
              </w:rPr>
              <w:t>MĂSURI DE PROTECTIE A M</w:t>
            </w:r>
            <w:r>
              <w:rPr>
                <w:b/>
                <w:color w:val="000000"/>
                <w:sz w:val="18"/>
                <w:lang w:val="fr-FR"/>
              </w:rPr>
              <w:t>EDIULUI / SECURITATE LA INCENDIU</w:t>
            </w:r>
          </w:p>
        </w:tc>
      </w:tr>
      <w:tr w:rsidR="00481869" w:rsidRPr="005B29C5" w14:paraId="0827F875" w14:textId="77777777" w:rsidTr="00303E64">
        <w:trPr>
          <w:cantSplit/>
          <w:trHeight w:val="510"/>
        </w:trPr>
        <w:tc>
          <w:tcPr>
            <w:tcW w:w="4818" w:type="dxa"/>
          </w:tcPr>
          <w:p w14:paraId="2201417D" w14:textId="77777777" w:rsidR="00481869" w:rsidRDefault="00481869" w:rsidP="00303E64">
            <w:pPr>
              <w:keepNext/>
            </w:pPr>
            <w:r>
              <w:rPr>
                <w:b/>
                <w:color w:val="0D5F78"/>
              </w:rPr>
              <w:t>Modul de evacuare a deșeurilor</w:t>
            </w:r>
          </w:p>
          <w:p w14:paraId="253A2CEE" w14:textId="77777777" w:rsidR="00481869" w:rsidRDefault="00481869" w:rsidP="00303E64">
            <w:pPr>
              <w:keepNext/>
            </w:pPr>
          </w:p>
        </w:tc>
        <w:tc>
          <w:tcPr>
            <w:tcW w:w="4818" w:type="dxa"/>
          </w:tcPr>
          <w:p w14:paraId="43DA7C1B" w14:textId="3909995D" w:rsidR="00481869" w:rsidRPr="005B29C5" w:rsidRDefault="00481869" w:rsidP="00303E64">
            <w:pPr>
              <w:keepNext/>
              <w:rPr>
                <w:lang w:val="fr-FR"/>
              </w:rPr>
            </w:pPr>
            <w:r>
              <w:rPr>
                <w:b/>
                <w:color w:val="0D5F78"/>
                <w:lang w:val="fr-FR"/>
              </w:rPr>
              <w:t>M</w:t>
            </w:r>
            <w:r w:rsidRPr="005B29C5">
              <w:rPr>
                <w:b/>
                <w:color w:val="0D5F78"/>
                <w:lang w:val="fr-FR"/>
              </w:rPr>
              <w:t>ăsuri de securitate la incendiu</w:t>
            </w:r>
          </w:p>
          <w:p w14:paraId="2FD7E2E3" w14:textId="77777777" w:rsidR="00481869" w:rsidRPr="005B29C5" w:rsidRDefault="00481869" w:rsidP="00303E64">
            <w:pPr>
              <w:keepNext/>
              <w:rPr>
                <w:lang w:val="fr-FR"/>
              </w:rPr>
            </w:pPr>
          </w:p>
        </w:tc>
      </w:tr>
      <w:tr w:rsidR="00481869" w14:paraId="6A3E6F3D" w14:textId="77777777" w:rsidTr="00303E64">
        <w:trPr>
          <w:cantSplit/>
          <w:trHeight w:val="510"/>
        </w:trPr>
        <w:tc>
          <w:tcPr>
            <w:tcW w:w="4818" w:type="dxa"/>
          </w:tcPr>
          <w:p w14:paraId="007359C1" w14:textId="77777777" w:rsidR="00481869" w:rsidRDefault="00481869" w:rsidP="00303E64">
            <w:r>
              <w:rPr>
                <w:b/>
                <w:color w:val="0D5F78"/>
              </w:rPr>
              <w:t>Măsuri de protecție a mediului</w:t>
            </w:r>
          </w:p>
          <w:p w14:paraId="6446EBE5" w14:textId="77777777" w:rsidR="00481869" w:rsidRDefault="00481869" w:rsidP="00303E64"/>
        </w:tc>
        <w:tc>
          <w:tcPr>
            <w:tcW w:w="4818" w:type="dxa"/>
          </w:tcPr>
          <w:p w14:paraId="0FD4A589" w14:textId="1EE59EF2" w:rsidR="00481869" w:rsidRDefault="00481869" w:rsidP="00303E64">
            <w:proofErr w:type="gramStart"/>
            <w:r>
              <w:rPr>
                <w:b/>
                <w:color w:val="0D5F78"/>
              </w:rPr>
              <w:t>Alte  măsuri</w:t>
            </w:r>
            <w:proofErr w:type="gramEnd"/>
            <w:r>
              <w:rPr>
                <w:b/>
                <w:color w:val="0D5F78"/>
              </w:rPr>
              <w:t xml:space="preserve"> specifice</w:t>
            </w:r>
          </w:p>
          <w:p w14:paraId="6BDF2294" w14:textId="77777777" w:rsidR="00481869" w:rsidRDefault="00481869" w:rsidP="00303E64"/>
        </w:tc>
      </w:tr>
    </w:tbl>
    <w:p w14:paraId="56875253" w14:textId="77777777" w:rsidR="00481869" w:rsidRDefault="00481869">
      <w:pPr>
        <w:spacing w:line="168" w:lineRule="auto"/>
        <w:rPr>
          <w:lang w:val="fr-FR"/>
        </w:rPr>
      </w:pPr>
    </w:p>
    <w:p w14:paraId="3C380F78" w14:textId="77777777" w:rsidR="00481869" w:rsidRDefault="00481869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4818"/>
        <w:gridCol w:w="1606"/>
        <w:gridCol w:w="3212"/>
      </w:tblGrid>
      <w:tr w:rsidR="00481869" w14:paraId="05487BBA" w14:textId="77777777" w:rsidTr="00303E64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4CC38EC2" w14:textId="2887E864" w:rsidR="00481869" w:rsidRDefault="00481869" w:rsidP="00303E64">
            <w:pPr>
              <w:keepNext/>
            </w:pPr>
            <w:r>
              <w:rPr>
                <w:b/>
                <w:sz w:val="16"/>
              </w:rPr>
              <w:t xml:space="preserve">13. </w:t>
            </w:r>
            <w:r>
              <w:rPr>
                <w:b/>
                <w:color w:val="000000"/>
                <w:sz w:val="18"/>
              </w:rPr>
              <w:t>ÎNTOCMIT</w:t>
            </w:r>
          </w:p>
        </w:tc>
      </w:tr>
      <w:tr w:rsidR="00481869" w14:paraId="7D366BD0" w14:textId="77777777" w:rsidTr="00303E64">
        <w:trPr>
          <w:cantSplit/>
          <w:trHeight w:val="510"/>
        </w:trPr>
        <w:tc>
          <w:tcPr>
            <w:tcW w:w="4818" w:type="dxa"/>
          </w:tcPr>
          <w:p w14:paraId="48BF3A7A" w14:textId="77777777" w:rsidR="00481869" w:rsidRDefault="00481869" w:rsidP="00303E64">
            <w:r>
              <w:rPr>
                <w:b/>
                <w:color w:val="0D5F78"/>
              </w:rPr>
              <w:t>Numele și prenumele / firma și reprezentantul</w:t>
            </w:r>
          </w:p>
          <w:p w14:paraId="6B334517" w14:textId="77777777" w:rsidR="00481869" w:rsidRDefault="00481869" w:rsidP="00303E64"/>
        </w:tc>
        <w:tc>
          <w:tcPr>
            <w:tcW w:w="1606" w:type="dxa"/>
          </w:tcPr>
          <w:p w14:paraId="28EE7D57" w14:textId="77777777" w:rsidR="00481869" w:rsidRDefault="00481869" w:rsidP="00303E64">
            <w:r>
              <w:rPr>
                <w:b/>
                <w:color w:val="0D5F78"/>
              </w:rPr>
              <w:t>Data</w:t>
            </w:r>
          </w:p>
          <w:p w14:paraId="604B415A" w14:textId="77777777" w:rsidR="00481869" w:rsidRDefault="00481869" w:rsidP="00303E64"/>
        </w:tc>
        <w:tc>
          <w:tcPr>
            <w:tcW w:w="3212" w:type="dxa"/>
          </w:tcPr>
          <w:p w14:paraId="4217163A" w14:textId="77777777" w:rsidR="00481869" w:rsidRDefault="00481869" w:rsidP="00303E64">
            <w:r>
              <w:rPr>
                <w:b/>
                <w:color w:val="0D5F78"/>
              </w:rPr>
              <w:t>Semnătura și parafa</w:t>
            </w:r>
          </w:p>
          <w:p w14:paraId="0ABC8491" w14:textId="77777777" w:rsidR="00481869" w:rsidRDefault="00481869" w:rsidP="00303E64"/>
        </w:tc>
      </w:tr>
    </w:tbl>
    <w:p w14:paraId="6405C781" w14:textId="77777777" w:rsidR="00481869" w:rsidRPr="00913191" w:rsidRDefault="00481869">
      <w:pPr>
        <w:spacing w:line="168" w:lineRule="auto"/>
        <w:rPr>
          <w:lang w:val="fr-FR"/>
        </w:rPr>
      </w:pPr>
    </w:p>
    <w:sectPr w:rsidR="00481869" w:rsidRPr="00913191" w:rsidSect="002B61AC">
      <w:headerReference w:type="default" r:id="rId8"/>
      <w:footerReference w:type="default" r:id="rId9"/>
      <w:headerReference w:type="first" r:id="rId10"/>
      <w:pgSz w:w="11906" w:h="16838"/>
      <w:pgMar w:top="567" w:right="1134" w:bottom="454" w:left="1134" w:header="720" w:footer="22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92EB5E" w14:textId="77777777" w:rsidR="003454F7" w:rsidRDefault="003454F7">
      <w:r>
        <w:separator/>
      </w:r>
    </w:p>
  </w:endnote>
  <w:endnote w:type="continuationSeparator" w:id="0">
    <w:p w14:paraId="39F2EA36" w14:textId="77777777" w:rsidR="003454F7" w:rsidRDefault="00345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EC1461" w14:textId="0660487A" w:rsidR="003C7CA3" w:rsidRDefault="003454F7">
    <w:pPr>
      <w:pStyle w:val="Footer"/>
      <w:tabs>
        <w:tab w:val="right" w:pos="9639"/>
      </w:tabs>
    </w:pPr>
    <w:r>
      <w:rPr>
        <w:color w:val="595959"/>
      </w:rPr>
      <w:t xml:space="preserve">F_A_01 </w:t>
    </w:r>
    <w:r>
      <w:rPr>
        <w:color w:val="595959"/>
      </w:rPr>
      <w:t>· versiunea 1.0</w:t>
    </w:r>
    <w:r>
      <w:rPr>
        <w:color w:val="595959"/>
      </w:rPr>
      <w:tab/>
      <w:t xml:space="preserve">pagina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5B29C5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5B29C5">
      <w:rPr>
        <w:noProof/>
        <w:color w:val="595959"/>
      </w:rPr>
      <w:t>2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78399A" w14:textId="77777777" w:rsidR="003454F7" w:rsidRDefault="003454F7">
      <w:r>
        <w:separator/>
      </w:r>
    </w:p>
  </w:footnote>
  <w:footnote w:type="continuationSeparator" w:id="0">
    <w:p w14:paraId="6B0808E1" w14:textId="77777777" w:rsidR="003454F7" w:rsidRDefault="003454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E110B0" w14:textId="57BD5E57" w:rsidR="002B61AC" w:rsidRDefault="002B61AC">
    <w:pPr>
      <w:pStyle w:val="Header"/>
    </w:pPr>
    <w:r>
      <w:rPr>
        <w:color w:val="595959"/>
      </w:rPr>
      <w:t>F_A_01 · versiunea 1.0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628B78" w14:textId="05EF2CCB" w:rsidR="002B61AC" w:rsidRDefault="002B61AC">
    <w:pPr>
      <w:pStyle w:val="Header"/>
      <w:rPr>
        <w:i/>
        <w:iCs/>
        <w:sz w:val="24"/>
        <w:szCs w:val="24"/>
        <w:u w:val="single"/>
        <w:lang w:val="ro-RO"/>
      </w:rPr>
    </w:pPr>
    <w:r w:rsidRPr="002B61AC">
      <w:rPr>
        <w:i/>
        <w:iCs/>
        <w:sz w:val="24"/>
        <w:szCs w:val="24"/>
        <w:u w:val="single"/>
        <w:lang w:val="ro-RO"/>
      </w:rPr>
      <w:t>Anexa nr.2</w:t>
    </w:r>
  </w:p>
  <w:p w14:paraId="260ED929" w14:textId="22ADB072" w:rsidR="002B61AC" w:rsidRPr="002B61AC" w:rsidRDefault="002B61AC">
    <w:pPr>
      <w:pStyle w:val="Header"/>
      <w:rPr>
        <w:i/>
        <w:iCs/>
        <w:sz w:val="24"/>
        <w:szCs w:val="24"/>
        <w:u w:val="single"/>
        <w:lang w:val="ro-RO"/>
      </w:rPr>
    </w:pPr>
    <w:r>
      <w:rPr>
        <w:color w:val="595959"/>
      </w:rPr>
      <w:t>F_A_01 · versiunea 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5E65C2"/>
    <w:multiLevelType w:val="hybridMultilevel"/>
    <w:tmpl w:val="939C5BF2"/>
    <w:lvl w:ilvl="0" w:tplc="724C5A7A">
      <w:start w:val="1"/>
      <w:numFmt w:val="decimal"/>
      <w:lvlText w:val="%1."/>
      <w:lvlJc w:val="left"/>
      <w:pPr>
        <w:ind w:left="405" w:hanging="360"/>
      </w:pPr>
      <w:rPr>
        <w:rFonts w:hint="default"/>
        <w:color w:val="auto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047E"/>
    <w:rsid w:val="0015074B"/>
    <w:rsid w:val="001531A5"/>
    <w:rsid w:val="0029639D"/>
    <w:rsid w:val="002B61AC"/>
    <w:rsid w:val="002E47B8"/>
    <w:rsid w:val="0031113E"/>
    <w:rsid w:val="00326F90"/>
    <w:rsid w:val="003454F7"/>
    <w:rsid w:val="003C7CA3"/>
    <w:rsid w:val="003F6F31"/>
    <w:rsid w:val="00481869"/>
    <w:rsid w:val="005375AB"/>
    <w:rsid w:val="005B29C5"/>
    <w:rsid w:val="006C103E"/>
    <w:rsid w:val="007E5D45"/>
    <w:rsid w:val="00913191"/>
    <w:rsid w:val="009E435D"/>
    <w:rsid w:val="00A80531"/>
    <w:rsid w:val="00AA1D8D"/>
    <w:rsid w:val="00B0669A"/>
    <w:rsid w:val="00B47730"/>
    <w:rsid w:val="00C32AB5"/>
    <w:rsid w:val="00C46767"/>
    <w:rsid w:val="00CB0664"/>
    <w:rsid w:val="00CD3FD2"/>
    <w:rsid w:val="00DB3B82"/>
    <w:rsid w:val="00E61A6B"/>
    <w:rsid w:val="00E9623F"/>
    <w:rsid w:val="00EC2567"/>
    <w:rsid w:val="00F61A70"/>
    <w:rsid w:val="00F97996"/>
    <w:rsid w:val="00FC2F0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78F16EB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D722CA0-0F59-406E-9ADC-7FFF681EB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2400</Words>
  <Characters>13681</Characters>
  <DocSecurity>0</DocSecurity>
  <Lines>114</Lines>
  <Paragraphs>32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16049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2013-12-23T23:15:00Z</dcterms:created>
  <dcterms:modified xsi:type="dcterms:W3CDTF">2026-08-25T07:16:00Z</dcterms:modified>
  <cp:category/>
</cp:coreProperties>
</file>