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9FF7" w14:textId="06591690" w:rsidR="000E5772" w:rsidRDefault="000E5772" w:rsidP="000E5772">
      <w:pPr>
        <w:pStyle w:val="Titlu6"/>
        <w:rPr>
          <w:rFonts w:ascii="Arial" w:hAnsi="Arial" w:cs="Arial"/>
          <w:color w:val="000000" w:themeColor="text1"/>
          <w:sz w:val="30"/>
          <w:szCs w:val="30"/>
        </w:rPr>
      </w:pPr>
      <w:r>
        <w:rPr>
          <w:color w:val="595959"/>
        </w:rPr>
        <w:t>F_A_0</w:t>
      </w:r>
      <w:r w:rsidR="00AD04F8">
        <w:rPr>
          <w:color w:val="595959"/>
        </w:rPr>
        <w:t>7</w:t>
      </w:r>
      <w:r>
        <w:rPr>
          <w:color w:val="595959"/>
        </w:rPr>
        <w:t xml:space="preserve"> · </w:t>
      </w:r>
      <w:proofErr w:type="spellStart"/>
      <w:r>
        <w:rPr>
          <w:color w:val="595959"/>
        </w:rPr>
        <w:t>versiunea</w:t>
      </w:r>
      <w:proofErr w:type="spellEnd"/>
      <w:r>
        <w:rPr>
          <w:color w:val="595959"/>
        </w:rPr>
        <w:t xml:space="preserve"> 1.0</w:t>
      </w:r>
    </w:p>
    <w:p w14:paraId="5B0B63B3" w14:textId="5755E492" w:rsidR="00605EA8" w:rsidRPr="0045346C" w:rsidRDefault="00605EA8" w:rsidP="000E5772">
      <w:pPr>
        <w:pStyle w:val="Titlu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5346C">
        <w:rPr>
          <w:rFonts w:ascii="Times New Roman" w:hAnsi="Times New Roman" w:cs="Times New Roman"/>
          <w:color w:val="000000" w:themeColor="text1"/>
          <w:sz w:val="24"/>
          <w:szCs w:val="24"/>
        </w:rPr>
        <w:t>ŞTAMPILA  MODEL</w:t>
      </w:r>
      <w:proofErr w:type="gramEnd"/>
    </w:p>
    <w:p w14:paraId="5EFCA789" w14:textId="77777777" w:rsidR="00605EA8" w:rsidRPr="0045346C" w:rsidRDefault="00605EA8" w:rsidP="00605EA8">
      <w:pPr>
        <w:rPr>
          <w:rFonts w:cs="Times New Roman"/>
          <w:sz w:val="24"/>
          <w:szCs w:val="24"/>
          <w:lang w:val="ro-RO"/>
        </w:rPr>
      </w:pPr>
    </w:p>
    <w:p w14:paraId="1DB426FC" w14:textId="77777777" w:rsidR="00605EA8" w:rsidRPr="0045346C" w:rsidRDefault="00605EA8" w:rsidP="00605EA8">
      <w:pPr>
        <w:jc w:val="center"/>
        <w:rPr>
          <w:rFonts w:cs="Times New Roman"/>
          <w:b/>
          <w:sz w:val="24"/>
          <w:szCs w:val="24"/>
          <w:lang w:val="ro-RO"/>
        </w:rPr>
      </w:pPr>
      <w:r w:rsidRPr="0045346C">
        <w:rPr>
          <w:rFonts w:cs="Times New Roman"/>
          <w:b/>
          <w:sz w:val="24"/>
          <w:szCs w:val="24"/>
          <w:lang w:val="ro-RO"/>
        </w:rPr>
        <w:t xml:space="preserve"> “VIZAT SPRE NESCHIMBARE”</w:t>
      </w:r>
    </w:p>
    <w:p w14:paraId="234860D3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2AB738E0" w14:textId="5504B253" w:rsidR="00605EA8" w:rsidRDefault="00605EA8" w:rsidP="00605EA8">
      <w:pPr>
        <w:tabs>
          <w:tab w:val="left" w:pos="7020"/>
        </w:tabs>
        <w:jc w:val="both"/>
        <w:rPr>
          <w:rFonts w:ascii="Arial" w:hAnsi="Arial" w:cs="Arial"/>
          <w:sz w:val="20"/>
          <w:lang w:val="ro-RO"/>
        </w:rPr>
      </w:pPr>
      <w:r>
        <w:rPr>
          <w:rFonts w:ascii="Arial" w:hAnsi="Arial" w:cs="Arial"/>
          <w:sz w:val="20"/>
          <w:lang w:val="ro-RO"/>
        </w:rPr>
        <w:tab/>
      </w:r>
    </w:p>
    <w:p w14:paraId="520DA205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700D7FF1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780"/>
        <w:gridCol w:w="360"/>
        <w:gridCol w:w="1080"/>
        <w:gridCol w:w="360"/>
        <w:gridCol w:w="3600"/>
        <w:gridCol w:w="387"/>
      </w:tblGrid>
      <w:tr w:rsidR="00605EA8" w14:paraId="6C6CA6F8" w14:textId="777777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F2307E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3B39FF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CONSILIUL  JUDEŢEAN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2CDEE0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F1F4D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10A457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7D6F81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JUDEŢUL  BISTRIŢA - NĂSĂUD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2B6FC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5453AF01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E6B56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883CF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lang w:val="ro-RO"/>
              </w:rPr>
              <w:t xml:space="preserve">BISTRIŢA </w:t>
            </w:r>
            <w:r>
              <w:rPr>
                <w:rFonts w:ascii="Arial" w:hAnsi="Arial" w:cs="Arial"/>
                <w:sz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sz w:val="20"/>
                <w:lang w:val="ro-RO"/>
              </w:rPr>
              <w:t xml:space="preserve"> NĂSĂUD</w:t>
            </w:r>
          </w:p>
          <w:p w14:paraId="10654D35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F95C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22E5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79B4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7D32C2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PRIMĂRIA  MUNICIPIULUI</w:t>
            </w:r>
          </w:p>
          <w:p w14:paraId="31112441" w14:textId="77777777" w:rsidR="00605EA8" w:rsidRDefault="00605EA8">
            <w:pPr>
              <w:pStyle w:val="Titlu2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</w:rPr>
              <w:t>BISTRIŢA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89B1D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01B7A40D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DA2CA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AE8A9" w14:textId="77777777" w:rsidR="00605EA8" w:rsidRDefault="00605EA8">
            <w:pPr>
              <w:jc w:val="center"/>
              <w:rPr>
                <w:rFonts w:ascii="Arial" w:hAnsi="Arial" w:cs="Arial"/>
                <w:b/>
                <w:i/>
                <w:sz w:val="20"/>
                <w:lang w:val="ro-RO"/>
              </w:rPr>
            </w:pPr>
            <w:r>
              <w:rPr>
                <w:rFonts w:ascii="Arial" w:hAnsi="Arial" w:cs="Arial"/>
                <w:b/>
                <w:i/>
                <w:sz w:val="20"/>
                <w:lang w:val="ro-RO"/>
              </w:rPr>
              <w:t>VIZAT  SPRE  NESCHIMBARE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C8DF6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EE5DE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544C6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9C3294" w14:textId="77777777" w:rsidR="00605EA8" w:rsidRDefault="00605EA8">
            <w:pPr>
              <w:jc w:val="center"/>
              <w:rPr>
                <w:rFonts w:ascii="Arial" w:hAnsi="Arial" w:cs="Arial"/>
                <w:b/>
                <w:i/>
                <w:sz w:val="20"/>
                <w:lang w:val="ro-RO"/>
              </w:rPr>
            </w:pPr>
            <w:r>
              <w:rPr>
                <w:rFonts w:ascii="Arial" w:hAnsi="Arial" w:cs="Arial"/>
                <w:b/>
                <w:i/>
                <w:sz w:val="20"/>
                <w:lang w:val="ro-RO"/>
              </w:rPr>
              <w:t>VIZAT  SPRE  NESCHIMBARE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D18A8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28E5D754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D30F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ECF81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construire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71C5F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825F3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4D96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3452F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construire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01A8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7130D7FC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826CC9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94287E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Anexa la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autorizaţia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de -----------------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262EF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A39A7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827270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D2A6D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Anexa la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autorizaţia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de -----------------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15543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265BE2EC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AC71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13E65D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desfiinţare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95C1E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FDF0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C4B17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C97DA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desfiinţare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5863E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74CFEA3B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D4EE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CABB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Nr. ……….. din …………… 20….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93C3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8642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7C36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0577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Nr. ……….. din …………… 20….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B6A0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01D62898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9C926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86B069" w14:textId="3E836E4E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Arhitect-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şef</w:t>
            </w:r>
            <w:proofErr w:type="spellEnd"/>
            <w:r w:rsidR="0045346C">
              <w:rPr>
                <w:rFonts w:ascii="Arial" w:hAnsi="Arial" w:cs="Arial"/>
                <w:sz w:val="20"/>
                <w:lang w:val="ro-RO"/>
              </w:rPr>
              <w:t xml:space="preserve"> *</w:t>
            </w:r>
            <w:r>
              <w:rPr>
                <w:rFonts w:ascii="Arial" w:hAnsi="Arial" w:cs="Arial"/>
                <w:sz w:val="20"/>
                <w:lang w:val="ro-RO"/>
              </w:rPr>
              <w:t>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AA4C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0513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388C89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7450A5" w14:textId="07D28643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Arhitect-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şef</w:t>
            </w:r>
            <w:proofErr w:type="spellEnd"/>
            <w:r w:rsidR="0045346C">
              <w:rPr>
                <w:rFonts w:ascii="Arial" w:hAnsi="Arial" w:cs="Arial"/>
                <w:sz w:val="20"/>
                <w:lang w:val="ro-RO"/>
              </w:rPr>
              <w:t xml:space="preserve"> *</w:t>
            </w:r>
            <w:r>
              <w:rPr>
                <w:rFonts w:ascii="Arial" w:hAnsi="Arial" w:cs="Arial"/>
                <w:sz w:val="20"/>
                <w:lang w:val="ro-RO"/>
              </w:rPr>
              <w:t>,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67A7F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08CC8F0E" w14:textId="77777777"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DFFA2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C8715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…………………….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7041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51A4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5D346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F8EB5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…………………….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2A04E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4F9FCFE9" w14:textId="77777777"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8C0D6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AA6C9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D4D1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92CCD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9F089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D7EB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37FEF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:rsidRPr="00AD04F8" w14:paraId="2EA3D98F" w14:textId="77777777">
        <w:trPr>
          <w:cantSplit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F8008D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val="ro-RO"/>
              </w:rPr>
              <w:t>Ştampila</w:t>
            </w:r>
            <w:proofErr w:type="spellEnd"/>
            <w:r>
              <w:rPr>
                <w:rFonts w:ascii="Arial" w:hAnsi="Arial" w:cs="Arial"/>
                <w:b/>
                <w:sz w:val="20"/>
                <w:lang w:val="ro-RO"/>
              </w:rPr>
              <w:t xml:space="preserve"> model pentru Consiliul </w:t>
            </w:r>
            <w:proofErr w:type="spellStart"/>
            <w:r>
              <w:rPr>
                <w:rFonts w:ascii="Arial" w:hAnsi="Arial" w:cs="Arial"/>
                <w:b/>
                <w:sz w:val="20"/>
                <w:lang w:val="ro-RO"/>
              </w:rPr>
              <w:t>judeţean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39F213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</w:p>
        </w:tc>
        <w:tc>
          <w:tcPr>
            <w:tcW w:w="43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B087602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val="ro-RO"/>
              </w:rPr>
              <w:t>Ştampila</w:t>
            </w:r>
            <w:proofErr w:type="spellEnd"/>
            <w:r>
              <w:rPr>
                <w:rFonts w:ascii="Arial" w:hAnsi="Arial" w:cs="Arial"/>
                <w:b/>
                <w:sz w:val="20"/>
                <w:lang w:val="ro-RO"/>
              </w:rPr>
              <w:t xml:space="preserve"> model pentru Primărie municipiu</w:t>
            </w:r>
          </w:p>
        </w:tc>
      </w:tr>
    </w:tbl>
    <w:p w14:paraId="5EDE0A94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0748C27C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0D59C60C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480F7A46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14D2A6F3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780"/>
        <w:gridCol w:w="360"/>
        <w:gridCol w:w="1080"/>
        <w:gridCol w:w="360"/>
        <w:gridCol w:w="3600"/>
        <w:gridCol w:w="387"/>
      </w:tblGrid>
      <w:tr w:rsidR="00605EA8" w14:paraId="1D841146" w14:textId="777777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5B71BF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7926F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JUDEŢUL  BISTRIŢA - NĂSĂUD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29BBD0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6EE6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C4EF7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22657E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JUDEŢUL  BISTRIŢA - NĂSĂUD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9C696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:rsidRPr="00AD04F8" w14:paraId="50866886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76C24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1C8662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PRIMĂRIA  ORAŞULUI</w:t>
            </w:r>
          </w:p>
          <w:p w14:paraId="5B5C2741" w14:textId="77777777" w:rsidR="00605EA8" w:rsidRDefault="00605EA8">
            <w:pPr>
              <w:pStyle w:val="Titlu2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</w:rPr>
              <w:t>NĂSĂUD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AD7A7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02937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09ED1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D9311E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PRIMĂRIA  COMUNEI</w:t>
            </w:r>
          </w:p>
          <w:p w14:paraId="623E3AB7" w14:textId="77777777" w:rsidR="00605EA8" w:rsidRDefault="00605EA8">
            <w:pPr>
              <w:pStyle w:val="Titlu2"/>
              <w:rPr>
                <w:rFonts w:ascii="Arial" w:hAnsi="Arial" w:cs="Arial"/>
                <w:sz w:val="20"/>
                <w:lang w:val="ro-RO"/>
              </w:rPr>
            </w:pPr>
            <w:r w:rsidRPr="00605EA8">
              <w:rPr>
                <w:rFonts w:ascii="Arial" w:hAnsi="Arial" w:cs="Arial"/>
                <w:sz w:val="20"/>
                <w:lang w:val="fr-FR"/>
              </w:rPr>
              <w:t>BUDACU DE JOS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F7133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2D30528D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4C2F5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80885" w14:textId="77777777" w:rsidR="00605EA8" w:rsidRDefault="00605EA8">
            <w:pPr>
              <w:jc w:val="center"/>
              <w:rPr>
                <w:rFonts w:ascii="Arial" w:hAnsi="Arial" w:cs="Arial"/>
                <w:b/>
                <w:i/>
                <w:sz w:val="20"/>
                <w:lang w:val="ro-RO"/>
              </w:rPr>
            </w:pPr>
            <w:r>
              <w:rPr>
                <w:rFonts w:ascii="Arial" w:hAnsi="Arial" w:cs="Arial"/>
                <w:b/>
                <w:i/>
                <w:sz w:val="20"/>
                <w:lang w:val="ro-RO"/>
              </w:rPr>
              <w:t>VIZAT  SPRE  NESCHIMBARE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BB626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7B5DB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687B88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57FC9B" w14:textId="77777777" w:rsidR="00605EA8" w:rsidRDefault="00605EA8">
            <w:pPr>
              <w:jc w:val="center"/>
              <w:rPr>
                <w:rFonts w:ascii="Arial" w:hAnsi="Arial" w:cs="Arial"/>
                <w:b/>
                <w:i/>
                <w:sz w:val="20"/>
                <w:lang w:val="ro-RO"/>
              </w:rPr>
            </w:pPr>
            <w:r>
              <w:rPr>
                <w:rFonts w:ascii="Arial" w:hAnsi="Arial" w:cs="Arial"/>
                <w:b/>
                <w:i/>
                <w:sz w:val="20"/>
                <w:lang w:val="ro-RO"/>
              </w:rPr>
              <w:t>VIZAT  SPRE  NESCHIMBARE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8284DF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57985A41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BC88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A80289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construire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61D6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2FE3D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053BD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C92A83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construire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0CDE9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6B6B11FA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B5E10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43540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Anexa la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autorizaţia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de -----------------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B9CE2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E72A0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04CF4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34E489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Anexa la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autorizaţia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de -----------------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048F1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56C9F4A8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D8827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7CFC0A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desfiinţare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DC42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9FE2E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8FC89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DCD4B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 xml:space="preserve">                                                     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desfiinţare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9F64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16D465EF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BBC5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C08C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Nr. ……….. din …………… 20….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BB97D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7C933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E8CB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CEA7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Nr. ……….. din …………… 20….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9CC02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5C3FDCED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7496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A6F9FC" w14:textId="30432D2A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Arhitect-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şef</w:t>
            </w:r>
            <w:proofErr w:type="spellEnd"/>
            <w:r w:rsidR="0045346C">
              <w:rPr>
                <w:rFonts w:ascii="Arial" w:hAnsi="Arial" w:cs="Arial"/>
                <w:sz w:val="20"/>
                <w:lang w:val="ro-RO"/>
              </w:rPr>
              <w:t xml:space="preserve"> * </w:t>
            </w:r>
            <w:r>
              <w:rPr>
                <w:rFonts w:ascii="Arial" w:hAnsi="Arial" w:cs="Arial"/>
                <w:sz w:val="20"/>
                <w:lang w:val="ro-RO"/>
              </w:rPr>
              <w:t>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11A2E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6243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7183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39849F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Arhitect-</w:t>
            </w:r>
            <w:proofErr w:type="spellStart"/>
            <w:r>
              <w:rPr>
                <w:rFonts w:ascii="Arial" w:hAnsi="Arial" w:cs="Arial"/>
                <w:sz w:val="20"/>
                <w:lang w:val="ro-RO"/>
              </w:rPr>
              <w:t>şef</w:t>
            </w:r>
            <w:proofErr w:type="spellEnd"/>
            <w:r>
              <w:rPr>
                <w:rFonts w:ascii="Arial" w:hAnsi="Arial" w:cs="Arial"/>
                <w:sz w:val="20"/>
                <w:lang w:val="ro-RO"/>
              </w:rPr>
              <w:t xml:space="preserve"> *,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1A4E6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15E2D1DE" w14:textId="77777777"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0B53F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17C87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…………………….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337A8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B2876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7BF71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2ADA7" w14:textId="77777777" w:rsidR="00605EA8" w:rsidRDefault="00605EA8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>
              <w:rPr>
                <w:rFonts w:ascii="Arial" w:hAnsi="Arial" w:cs="Arial"/>
                <w:sz w:val="20"/>
                <w:lang w:val="ro-RO"/>
              </w:rPr>
              <w:t>…………………….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CD561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14:paraId="7D5EF395" w14:textId="77777777"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9ED24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B607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0554C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753AEB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2424F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68AC5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678A3" w14:textId="77777777" w:rsidR="00605EA8" w:rsidRDefault="00605EA8">
            <w:pPr>
              <w:jc w:val="both"/>
              <w:rPr>
                <w:rFonts w:ascii="Arial" w:hAnsi="Arial" w:cs="Arial"/>
                <w:sz w:val="20"/>
                <w:lang w:val="ro-RO"/>
              </w:rPr>
            </w:pPr>
          </w:p>
        </w:tc>
      </w:tr>
      <w:tr w:rsidR="00605EA8" w:rsidRPr="00AD04F8" w14:paraId="776D8E3B" w14:textId="77777777">
        <w:trPr>
          <w:cantSplit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EB38A53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val="ro-RO"/>
              </w:rPr>
              <w:t>Ştampila</w:t>
            </w:r>
            <w:proofErr w:type="spellEnd"/>
            <w:r>
              <w:rPr>
                <w:rFonts w:ascii="Arial" w:hAnsi="Arial" w:cs="Arial"/>
                <w:b/>
                <w:sz w:val="20"/>
                <w:lang w:val="ro-RO"/>
              </w:rPr>
              <w:t xml:space="preserve"> model pentru Primărie </w:t>
            </w:r>
            <w:proofErr w:type="spellStart"/>
            <w:r>
              <w:rPr>
                <w:rFonts w:ascii="Arial" w:hAnsi="Arial" w:cs="Arial"/>
                <w:b/>
                <w:sz w:val="20"/>
                <w:lang w:val="ro-RO"/>
              </w:rPr>
              <w:t>oraş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CE5AE9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</w:p>
        </w:tc>
        <w:tc>
          <w:tcPr>
            <w:tcW w:w="43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F825E6E" w14:textId="77777777" w:rsidR="00605EA8" w:rsidRDefault="00605EA8">
            <w:pPr>
              <w:jc w:val="center"/>
              <w:rPr>
                <w:rFonts w:ascii="Arial" w:hAnsi="Arial" w:cs="Arial"/>
                <w:b/>
                <w:sz w:val="20"/>
                <w:lang w:val="ro-RO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val="ro-RO"/>
              </w:rPr>
              <w:t>Ştampila</w:t>
            </w:r>
            <w:proofErr w:type="spellEnd"/>
            <w:r>
              <w:rPr>
                <w:rFonts w:ascii="Arial" w:hAnsi="Arial" w:cs="Arial"/>
                <w:b/>
                <w:sz w:val="20"/>
                <w:lang w:val="ro-RO"/>
              </w:rPr>
              <w:t xml:space="preserve"> model pentru Primărie comună</w:t>
            </w:r>
          </w:p>
        </w:tc>
      </w:tr>
    </w:tbl>
    <w:p w14:paraId="40F65968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45D0BAE1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739E2A3E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15C78AEE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2329906C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0C964F69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7D713041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7A5527E5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2FE866D1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01BD25B0" w14:textId="77777777" w:rsidR="00605EA8" w:rsidRDefault="00605EA8" w:rsidP="00605EA8">
      <w:pPr>
        <w:ind w:firstLine="709"/>
        <w:jc w:val="both"/>
        <w:rPr>
          <w:rFonts w:ascii="Arial" w:hAnsi="Arial" w:cs="Arial"/>
          <w:sz w:val="20"/>
          <w:lang w:val="ro-RO"/>
        </w:rPr>
      </w:pPr>
    </w:p>
    <w:p w14:paraId="505B8889" w14:textId="77777777" w:rsidR="00605EA8" w:rsidRDefault="00605EA8" w:rsidP="00605EA8">
      <w:pPr>
        <w:jc w:val="both"/>
        <w:rPr>
          <w:rFonts w:ascii="Arial" w:hAnsi="Arial" w:cs="Arial"/>
          <w:sz w:val="20"/>
          <w:lang w:val="ro-RO"/>
        </w:rPr>
      </w:pPr>
    </w:p>
    <w:p w14:paraId="78E57338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3D8B4E82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1C4640AC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02D112C5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3CA56AA9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773FD165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6035128B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2112B3E2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2549D691" w14:textId="77777777" w:rsidR="0045346C" w:rsidRDefault="0045346C" w:rsidP="00605EA8">
      <w:pPr>
        <w:jc w:val="both"/>
        <w:rPr>
          <w:rFonts w:ascii="Arial" w:hAnsi="Arial" w:cs="Arial"/>
          <w:sz w:val="20"/>
          <w:lang w:val="ro-RO"/>
        </w:rPr>
      </w:pPr>
    </w:p>
    <w:p w14:paraId="6291C111" w14:textId="77777777" w:rsidR="00605EA8" w:rsidRDefault="00605EA8" w:rsidP="00605EA8">
      <w:pPr>
        <w:jc w:val="both"/>
        <w:rPr>
          <w:rFonts w:ascii="Arial" w:hAnsi="Arial" w:cs="Arial"/>
          <w:bCs/>
          <w:sz w:val="10"/>
          <w:lang w:val="ro-RO"/>
        </w:rPr>
      </w:pPr>
      <w:r>
        <w:rPr>
          <w:rFonts w:ascii="Arial" w:hAnsi="Arial" w:cs="Arial"/>
          <w:bCs/>
          <w:sz w:val="10"/>
          <w:lang w:val="ro-RO"/>
        </w:rPr>
        <w:t>__________________________</w:t>
      </w:r>
    </w:p>
    <w:p w14:paraId="370EC146" w14:textId="1CB94422" w:rsidR="0045346C" w:rsidRPr="0045346C" w:rsidRDefault="00605EA8" w:rsidP="0045346C">
      <w:pPr>
        <w:ind w:left="840" w:hanging="120"/>
        <w:jc w:val="both"/>
        <w:rPr>
          <w:rFonts w:ascii="Arial" w:hAnsi="Arial" w:cs="Arial"/>
          <w:iCs/>
          <w:sz w:val="16"/>
          <w:lang w:val="ro-RO"/>
        </w:rPr>
      </w:pPr>
      <w:r>
        <w:rPr>
          <w:rFonts w:ascii="Arial" w:hAnsi="Arial" w:cs="Arial"/>
          <w:iCs/>
          <w:sz w:val="16"/>
          <w:lang w:val="ro-RO"/>
        </w:rPr>
        <w:t xml:space="preserve">*) Se va semna de persoana cu responsabilitate în domeniul amenajării teritoriului </w:t>
      </w:r>
      <w:proofErr w:type="spellStart"/>
      <w:r>
        <w:rPr>
          <w:rFonts w:ascii="Arial" w:hAnsi="Arial" w:cs="Arial"/>
          <w:iCs/>
          <w:sz w:val="16"/>
          <w:lang w:val="ro-RO"/>
        </w:rPr>
        <w:t>şi</w:t>
      </w:r>
      <w:proofErr w:type="spellEnd"/>
      <w:r>
        <w:rPr>
          <w:rFonts w:ascii="Arial" w:hAnsi="Arial" w:cs="Arial"/>
          <w:iCs/>
          <w:sz w:val="16"/>
          <w:lang w:val="ro-RO"/>
        </w:rPr>
        <w:t xml:space="preserve"> urbanismului.</w:t>
      </w:r>
    </w:p>
    <w:p w14:paraId="081286CB" w14:textId="77777777" w:rsidR="0045346C" w:rsidRDefault="0045346C">
      <w:pPr>
        <w:spacing w:line="168" w:lineRule="auto"/>
        <w:rPr>
          <w:lang w:val="ro-RO"/>
        </w:rPr>
      </w:pPr>
    </w:p>
    <w:p w14:paraId="35114439" w14:textId="77777777" w:rsidR="0045346C" w:rsidRPr="0045346C" w:rsidRDefault="0045346C" w:rsidP="0045346C">
      <w:pPr>
        <w:keepNext/>
        <w:jc w:val="center"/>
        <w:outlineLvl w:val="5"/>
        <w:rPr>
          <w:rFonts w:eastAsia="Times New Roman" w:cs="Times New Roman"/>
          <w:sz w:val="24"/>
          <w:szCs w:val="24"/>
          <w:lang w:val="ro-RO" w:eastAsia="ro-RO"/>
        </w:rPr>
      </w:pPr>
      <w:r w:rsidRPr="0045346C">
        <w:rPr>
          <w:rFonts w:eastAsia="Times New Roman" w:cs="Times New Roman"/>
          <w:sz w:val="24"/>
          <w:szCs w:val="24"/>
          <w:lang w:val="ro-RO" w:eastAsia="ro-RO"/>
        </w:rPr>
        <w:lastRenderedPageBreak/>
        <w:t>ŞTAMPILA  MODEL</w:t>
      </w:r>
    </w:p>
    <w:p w14:paraId="72730464" w14:textId="77777777" w:rsidR="0045346C" w:rsidRPr="0045346C" w:rsidRDefault="0045346C" w:rsidP="0045346C">
      <w:pPr>
        <w:rPr>
          <w:rFonts w:eastAsia="Times New Roman" w:cs="Times New Roman"/>
          <w:sz w:val="24"/>
          <w:szCs w:val="24"/>
          <w:lang w:val="ro-RO"/>
        </w:rPr>
      </w:pPr>
    </w:p>
    <w:p w14:paraId="417C5E53" w14:textId="77777777" w:rsidR="0045346C" w:rsidRPr="0045346C" w:rsidRDefault="0045346C" w:rsidP="0045346C">
      <w:pPr>
        <w:jc w:val="center"/>
        <w:rPr>
          <w:rFonts w:eastAsia="Times New Roman" w:cs="Times New Roman"/>
          <w:b/>
          <w:sz w:val="24"/>
          <w:szCs w:val="24"/>
          <w:lang w:val="ro-RO"/>
        </w:rPr>
      </w:pPr>
      <w:r w:rsidRPr="0045346C">
        <w:rPr>
          <w:rFonts w:eastAsia="Times New Roman" w:cs="Times New Roman"/>
          <w:b/>
          <w:sz w:val="24"/>
          <w:szCs w:val="24"/>
          <w:lang w:val="ro-RO"/>
        </w:rPr>
        <w:t xml:space="preserve"> “ANEXĂ LA CERTIFICATUL DE URBANISM”</w:t>
      </w:r>
    </w:p>
    <w:p w14:paraId="5B3B6281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103ECC3A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542D8CFC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7286770F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780"/>
        <w:gridCol w:w="360"/>
        <w:gridCol w:w="1080"/>
        <w:gridCol w:w="360"/>
        <w:gridCol w:w="3600"/>
        <w:gridCol w:w="387"/>
      </w:tblGrid>
      <w:tr w:rsidR="0045346C" w:rsidRPr="0045346C" w14:paraId="284E1C76" w14:textId="777777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9280A6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5E2012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CONSILIUL  JUDEŢEAN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011C1E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092FA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333FD7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24C55E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JUDEŢUL  BISTRIŢA - NĂSĂUD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B4773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2B5FA385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6A1C0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81626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 xml:space="preserve">BISTRIŢA </w:t>
            </w: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–</w:t>
            </w:r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 xml:space="preserve"> NĂSĂUD</w:t>
            </w:r>
          </w:p>
          <w:p w14:paraId="1B9669A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FE7D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DD11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C0D6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7A9696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PRIMĂRIA  MUNICIPIULUI</w:t>
            </w:r>
          </w:p>
          <w:p w14:paraId="01EFC97E" w14:textId="77777777" w:rsidR="0045346C" w:rsidRPr="0045346C" w:rsidRDefault="0045346C" w:rsidP="0045346C">
            <w:pPr>
              <w:keepNext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o-RO" w:eastAsia="ro-RO"/>
              </w:rPr>
            </w:pPr>
            <w:r w:rsidRPr="0045346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o-RO" w:eastAsia="ro-RO"/>
              </w:rPr>
              <w:t>BISTRIŢA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1A7C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463F7992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0DE5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E6BDA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ANEXĂ </w:t>
            </w:r>
          </w:p>
          <w:p w14:paraId="30EC3F2C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LA </w:t>
            </w:r>
          </w:p>
          <w:p w14:paraId="72403E91" w14:textId="77777777" w:rsidR="0045346C" w:rsidRPr="0045346C" w:rsidRDefault="0045346C" w:rsidP="0045346C">
            <w:pPr>
              <w:keepNext/>
              <w:jc w:val="center"/>
              <w:outlineLvl w:val="6"/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  <w:t>CERTIFICATUL DE URBANISM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D3ABC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31418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68F5F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870143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ANEXĂ </w:t>
            </w:r>
          </w:p>
          <w:p w14:paraId="2048385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LA </w:t>
            </w:r>
          </w:p>
          <w:p w14:paraId="0DA622A6" w14:textId="77777777" w:rsidR="0045346C" w:rsidRPr="0045346C" w:rsidRDefault="0045346C" w:rsidP="0045346C">
            <w:pPr>
              <w:keepNext/>
              <w:jc w:val="center"/>
              <w:outlineLvl w:val="6"/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  <w:t>CERTIFICATUL DE URBANISM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0E5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612BA4EE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7C1B7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F3DA1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C3383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10354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9861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89A1EE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5FA2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0320CE1D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31FB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4A6D8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16D83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2E12E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56A1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3E007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6470E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214B4F16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FE2D6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DFD57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CDC07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1E82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545A3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D7400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81284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65FE88E0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5BF81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A0C4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Nr. ……….. din …………… 20….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43E11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DFB3B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BBB42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AEFC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Nr. ……….. din …………… 20….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4FBD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3419BD46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5D981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062BCA" w14:textId="570D472D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Arhitect-</w:t>
            </w:r>
            <w:proofErr w:type="spellStart"/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şef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val="ro-RO"/>
              </w:rPr>
              <w:t xml:space="preserve"> </w:t>
            </w:r>
            <w:r>
              <w:rPr>
                <w:rFonts w:ascii="Arial" w:hAnsi="Arial" w:cs="Arial"/>
                <w:sz w:val="20"/>
                <w:lang w:val="ro-RO"/>
              </w:rPr>
              <w:t>*</w:t>
            </w: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CABD06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26472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45E60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F57779" w14:textId="7D3A7055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Arhitect-</w:t>
            </w:r>
            <w:proofErr w:type="spellStart"/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şef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val="ro-RO"/>
              </w:rPr>
              <w:t xml:space="preserve"> </w:t>
            </w:r>
            <w:r>
              <w:rPr>
                <w:rFonts w:ascii="Arial" w:hAnsi="Arial" w:cs="Arial"/>
                <w:sz w:val="20"/>
                <w:lang w:val="ro-RO"/>
              </w:rPr>
              <w:t>*</w:t>
            </w: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,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51454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04532572" w14:textId="77777777"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7EE97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D0500D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…………………….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BF54A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DE74E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3F89DB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86D54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…………………….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6F00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76775F75" w14:textId="77777777"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0454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E9DD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A3444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B41BD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2DE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4B6E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AE6DC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433A6834" w14:textId="77777777">
        <w:trPr>
          <w:cantSplit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960E0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  <w:proofErr w:type="spellStart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>Ştampila</w:t>
            </w:r>
            <w:proofErr w:type="spellEnd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 xml:space="preserve"> model pentru Consiliul </w:t>
            </w:r>
            <w:proofErr w:type="spellStart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>judeţean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3A50C92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</w:p>
        </w:tc>
        <w:tc>
          <w:tcPr>
            <w:tcW w:w="43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DDFF156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  <w:proofErr w:type="spellStart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>Ştampila</w:t>
            </w:r>
            <w:proofErr w:type="spellEnd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 xml:space="preserve"> model pentru Primărie municipiu</w:t>
            </w:r>
          </w:p>
        </w:tc>
      </w:tr>
    </w:tbl>
    <w:p w14:paraId="32BC6563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008A6049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579C7169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27B7BF62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4F35E9AB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62522182" w14:textId="77777777" w:rsidR="0045346C" w:rsidRPr="0045346C" w:rsidRDefault="0045346C" w:rsidP="0045346C">
      <w:pPr>
        <w:ind w:firstLine="709"/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780"/>
        <w:gridCol w:w="360"/>
        <w:gridCol w:w="1080"/>
        <w:gridCol w:w="360"/>
        <w:gridCol w:w="3600"/>
        <w:gridCol w:w="387"/>
      </w:tblGrid>
      <w:tr w:rsidR="0045346C" w:rsidRPr="0045346C" w14:paraId="57AC5269" w14:textId="77777777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DC50A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0E8A4E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JUDEŢUL  BISTRIŢA - NĂSĂUD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DCAD4C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12A1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E82991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8F7385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JUDEŢUL  BISTRIŢA - NĂSĂUD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4F98F9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2E400AB5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E26AB4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2425B9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PRIMĂRIA  ORAŞULUI</w:t>
            </w:r>
          </w:p>
          <w:p w14:paraId="12C81C1A" w14:textId="77777777" w:rsidR="0045346C" w:rsidRPr="0045346C" w:rsidRDefault="0045346C" w:rsidP="0045346C">
            <w:pPr>
              <w:keepNext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o-RO" w:eastAsia="ro-RO"/>
              </w:rPr>
            </w:pPr>
            <w:r w:rsidRPr="0045346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o-RO" w:eastAsia="ro-RO"/>
              </w:rPr>
              <w:t>NĂSĂUD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AC88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B5D33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D340EB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6E7DF1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PRIMĂRIA  COMUNEI</w:t>
            </w:r>
          </w:p>
          <w:p w14:paraId="37E26915" w14:textId="77777777" w:rsidR="0045346C" w:rsidRPr="0045346C" w:rsidRDefault="0045346C" w:rsidP="0045346C">
            <w:pPr>
              <w:keepNext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o-RO" w:eastAsia="ro-RO"/>
              </w:rPr>
            </w:pPr>
            <w:r w:rsidRPr="0045346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o-RO" w:eastAsia="ro-RO"/>
              </w:rPr>
              <w:t>BUDACU DE JOS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61F01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65E48150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E79512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4ED324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ANEXĂ </w:t>
            </w:r>
          </w:p>
          <w:p w14:paraId="0F06F2BC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LA </w:t>
            </w:r>
          </w:p>
          <w:p w14:paraId="189AC415" w14:textId="77777777" w:rsidR="0045346C" w:rsidRPr="0045346C" w:rsidRDefault="0045346C" w:rsidP="0045346C">
            <w:pPr>
              <w:keepNext/>
              <w:jc w:val="center"/>
              <w:outlineLvl w:val="6"/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  <w:t>CERTIFICATUL DE URBANISM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10C6F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6B7A6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00D0E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1C34E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ANEXĂ </w:t>
            </w:r>
          </w:p>
          <w:p w14:paraId="3D0E4C6C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b/>
                <w:i/>
                <w:sz w:val="20"/>
                <w:szCs w:val="24"/>
                <w:lang w:val="ro-RO"/>
              </w:rPr>
              <w:t xml:space="preserve">LA </w:t>
            </w:r>
          </w:p>
          <w:p w14:paraId="689690D7" w14:textId="77777777" w:rsidR="0045346C" w:rsidRPr="0045346C" w:rsidRDefault="0045346C" w:rsidP="0045346C">
            <w:pPr>
              <w:keepNext/>
              <w:jc w:val="center"/>
              <w:outlineLvl w:val="6"/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  <w:t>CERTIFICATUL DE URBANISM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F7E7D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4C4DD5E5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1B64E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B7274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294BE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13D99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50B1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1782DE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44EBE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098F55CE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38A3B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AE3AF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D79C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5B2E3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CA85F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432BC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B1131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750E1CD0" w14:textId="77777777">
        <w:trPr>
          <w:cantSplit/>
        </w:trPr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B7183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E98D7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A394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5774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E722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FE3051" w14:textId="77777777" w:rsidR="0045346C" w:rsidRPr="0045346C" w:rsidRDefault="0045346C" w:rsidP="0045346C">
            <w:pPr>
              <w:rPr>
                <w:rFonts w:ascii="Arial" w:eastAsia="Times New Roman" w:hAnsi="Arial" w:cs="Arial"/>
                <w:i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04759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3412A67A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43E97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F767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Nr. ……….. din …………… 20….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D0E5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D3830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175EF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2C43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Nr. ……….. din …………… 20….</w:t>
            </w: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CE965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4E4859C3" w14:textId="77777777"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89678B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561571" w14:textId="4EB5DD08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Arhitect-</w:t>
            </w:r>
            <w:proofErr w:type="spellStart"/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şef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val="ro-RO"/>
              </w:rPr>
              <w:t xml:space="preserve"> </w:t>
            </w:r>
            <w:r>
              <w:rPr>
                <w:rFonts w:ascii="Arial" w:hAnsi="Arial" w:cs="Arial"/>
                <w:sz w:val="20"/>
                <w:lang w:val="ro-RO"/>
              </w:rPr>
              <w:t>*</w:t>
            </w: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,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150A4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F6D16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089FB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E4D8B8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Arhitect-</w:t>
            </w:r>
            <w:proofErr w:type="spellStart"/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şef</w:t>
            </w:r>
            <w:proofErr w:type="spellEnd"/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 xml:space="preserve"> *,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AFA7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3DDC46FF" w14:textId="77777777"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A86B33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569CF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…………………….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8DB5A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3EB89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CF8E7C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99E8DD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  <w:r w:rsidRPr="0045346C">
              <w:rPr>
                <w:rFonts w:ascii="Arial" w:eastAsia="Times New Roman" w:hAnsi="Arial" w:cs="Arial"/>
                <w:sz w:val="20"/>
                <w:szCs w:val="24"/>
                <w:lang w:val="ro-RO"/>
              </w:rPr>
              <w:t>…………………….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73A81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45346C" w14:paraId="46E740F0" w14:textId="77777777"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C8046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1DCE3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3DA09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C088ED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1B706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75398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ED612" w14:textId="77777777" w:rsidR="0045346C" w:rsidRPr="0045346C" w:rsidRDefault="0045346C" w:rsidP="0045346C">
            <w:pPr>
              <w:jc w:val="both"/>
              <w:rPr>
                <w:rFonts w:ascii="Arial" w:eastAsia="Times New Roman" w:hAnsi="Arial" w:cs="Arial"/>
                <w:sz w:val="20"/>
                <w:szCs w:val="24"/>
                <w:lang w:val="ro-RO"/>
              </w:rPr>
            </w:pPr>
          </w:p>
        </w:tc>
      </w:tr>
      <w:tr w:rsidR="0045346C" w:rsidRPr="00AD04F8" w14:paraId="638B0E65" w14:textId="77777777">
        <w:trPr>
          <w:cantSplit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0B30D35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  <w:proofErr w:type="spellStart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>Ştampila</w:t>
            </w:r>
            <w:proofErr w:type="spellEnd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 xml:space="preserve"> model pentru Primărie </w:t>
            </w:r>
            <w:proofErr w:type="spellStart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>oraş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0E71CF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</w:p>
        </w:tc>
        <w:tc>
          <w:tcPr>
            <w:tcW w:w="43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30FDF3" w14:textId="77777777" w:rsidR="0045346C" w:rsidRPr="0045346C" w:rsidRDefault="0045346C" w:rsidP="0045346C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</w:pPr>
            <w:proofErr w:type="spellStart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>Ştampila</w:t>
            </w:r>
            <w:proofErr w:type="spellEnd"/>
            <w:r w:rsidRPr="0045346C">
              <w:rPr>
                <w:rFonts w:ascii="Arial" w:eastAsia="Times New Roman" w:hAnsi="Arial" w:cs="Arial"/>
                <w:b/>
                <w:sz w:val="20"/>
                <w:szCs w:val="24"/>
                <w:lang w:val="ro-RO"/>
              </w:rPr>
              <w:t xml:space="preserve"> model pentru Primărie comună</w:t>
            </w:r>
          </w:p>
        </w:tc>
      </w:tr>
    </w:tbl>
    <w:p w14:paraId="68B41E97" w14:textId="77777777" w:rsidR="0045346C" w:rsidRPr="0045346C" w:rsidRDefault="0045346C" w:rsidP="0045346C">
      <w:pPr>
        <w:ind w:firstLine="709"/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61068841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52A61A0D" w14:textId="77777777" w:rsidR="0045346C" w:rsidRPr="0045346C" w:rsidRDefault="0045346C" w:rsidP="0045346C">
      <w:pPr>
        <w:jc w:val="both"/>
        <w:rPr>
          <w:rFonts w:ascii="Arial" w:eastAsia="Times New Roman" w:hAnsi="Arial" w:cs="Arial"/>
          <w:sz w:val="20"/>
          <w:szCs w:val="24"/>
          <w:lang w:val="ro-RO"/>
        </w:rPr>
      </w:pPr>
    </w:p>
    <w:p w14:paraId="5A8C1B2B" w14:textId="77777777" w:rsidR="0045346C" w:rsidRDefault="0045346C" w:rsidP="0045346C">
      <w:pPr>
        <w:jc w:val="both"/>
        <w:rPr>
          <w:rFonts w:ascii="Arial" w:hAnsi="Arial" w:cs="Arial"/>
          <w:sz w:val="20"/>
          <w:lang w:val="ro-RO"/>
        </w:rPr>
      </w:pPr>
    </w:p>
    <w:p w14:paraId="2D0E0EB9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C3D19BD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0C06311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2D7B7B1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46504EC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30A02270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E5E5FE3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50977553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81F7CF7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1A68D83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B2C871A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A1FB018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25B6460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683DCB32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649043C0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FED331A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374D4DE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0FE475C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6F71DB44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5388CA60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A1B9187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AD96A60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98CEAF4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BB0F059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3110807E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5D35A67C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7CB7D68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CC9FD5D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575660FE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23A1501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4D88862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9D9B489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6EE83782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55B2B05D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73289E56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473CF95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9072539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36B1ED46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8DA67BE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2B7FD6E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68E3FBD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5E0C52FC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20647739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7DF80384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0952C42D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7C5F0512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D2D3AD7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1CCF4DF2" w14:textId="77777777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</w:p>
    <w:p w14:paraId="4BFB397B" w14:textId="57EE0DFC" w:rsidR="0045346C" w:rsidRDefault="0045346C" w:rsidP="0045346C">
      <w:pPr>
        <w:jc w:val="both"/>
        <w:rPr>
          <w:rFonts w:ascii="Arial" w:hAnsi="Arial" w:cs="Arial"/>
          <w:bCs/>
          <w:sz w:val="10"/>
          <w:lang w:val="ro-RO"/>
        </w:rPr>
      </w:pPr>
      <w:r>
        <w:rPr>
          <w:rFonts w:ascii="Arial" w:hAnsi="Arial" w:cs="Arial"/>
          <w:bCs/>
          <w:sz w:val="10"/>
          <w:lang w:val="ro-RO"/>
        </w:rPr>
        <w:t>___________________</w:t>
      </w:r>
    </w:p>
    <w:p w14:paraId="7FD8FCFF" w14:textId="77777777" w:rsidR="0045346C" w:rsidRPr="0045346C" w:rsidRDefault="0045346C" w:rsidP="0045346C">
      <w:pPr>
        <w:ind w:left="840" w:hanging="120"/>
        <w:jc w:val="both"/>
        <w:rPr>
          <w:rFonts w:ascii="Arial" w:hAnsi="Arial" w:cs="Arial"/>
          <w:iCs/>
          <w:sz w:val="16"/>
          <w:lang w:val="ro-RO"/>
        </w:rPr>
      </w:pPr>
      <w:r>
        <w:rPr>
          <w:rFonts w:ascii="Arial" w:hAnsi="Arial" w:cs="Arial"/>
          <w:iCs/>
          <w:sz w:val="16"/>
          <w:lang w:val="ro-RO"/>
        </w:rPr>
        <w:t xml:space="preserve">*) Se va semna de persoana cu responsabilitate în domeniul amenajării teritoriului </w:t>
      </w:r>
      <w:proofErr w:type="spellStart"/>
      <w:r>
        <w:rPr>
          <w:rFonts w:ascii="Arial" w:hAnsi="Arial" w:cs="Arial"/>
          <w:iCs/>
          <w:sz w:val="16"/>
          <w:lang w:val="ro-RO"/>
        </w:rPr>
        <w:t>şi</w:t>
      </w:r>
      <w:proofErr w:type="spellEnd"/>
      <w:r>
        <w:rPr>
          <w:rFonts w:ascii="Arial" w:hAnsi="Arial" w:cs="Arial"/>
          <w:iCs/>
          <w:sz w:val="16"/>
          <w:lang w:val="ro-RO"/>
        </w:rPr>
        <w:t xml:space="preserve"> urbanismului.</w:t>
      </w:r>
    </w:p>
    <w:p w14:paraId="5E17D246" w14:textId="77777777" w:rsidR="0045346C" w:rsidRPr="00605EA8" w:rsidRDefault="0045346C">
      <w:pPr>
        <w:spacing w:line="168" w:lineRule="auto"/>
        <w:rPr>
          <w:lang w:val="ro-RO"/>
        </w:rPr>
      </w:pPr>
    </w:p>
    <w:sectPr w:rsidR="0045346C" w:rsidRPr="00605EA8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892F" w14:textId="77777777" w:rsidR="002A1294" w:rsidRDefault="002A1294">
      <w:r>
        <w:separator/>
      </w:r>
    </w:p>
  </w:endnote>
  <w:endnote w:type="continuationSeparator" w:id="0">
    <w:p w14:paraId="17C5DBEA" w14:textId="77777777" w:rsidR="002A1294" w:rsidRDefault="002A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C688" w14:textId="2A253F51" w:rsidR="006017DB" w:rsidRDefault="00000000">
    <w:pPr>
      <w:pStyle w:val="Subsol"/>
      <w:tabs>
        <w:tab w:val="right" w:pos="9639"/>
      </w:tabs>
    </w:pPr>
    <w:r>
      <w:rPr>
        <w:color w:val="595959"/>
      </w:rPr>
      <w:t>F_A_0</w:t>
    </w:r>
    <w:r w:rsidR="00AD04F8">
      <w:rPr>
        <w:color w:val="595959"/>
      </w:rPr>
      <w:t>7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05EA8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05EA8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F5BB" w14:textId="77777777" w:rsidR="002A1294" w:rsidRDefault="002A1294">
      <w:r>
        <w:separator/>
      </w:r>
    </w:p>
  </w:footnote>
  <w:footnote w:type="continuationSeparator" w:id="0">
    <w:p w14:paraId="7D4D2316" w14:textId="77777777" w:rsidR="002A1294" w:rsidRDefault="002A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968013">
    <w:abstractNumId w:val="8"/>
  </w:num>
  <w:num w:numId="2" w16cid:durableId="367607497">
    <w:abstractNumId w:val="6"/>
  </w:num>
  <w:num w:numId="3" w16cid:durableId="1535844384">
    <w:abstractNumId w:val="5"/>
  </w:num>
  <w:num w:numId="4" w16cid:durableId="332537460">
    <w:abstractNumId w:val="4"/>
  </w:num>
  <w:num w:numId="5" w16cid:durableId="779107616">
    <w:abstractNumId w:val="7"/>
  </w:num>
  <w:num w:numId="6" w16cid:durableId="1576475567">
    <w:abstractNumId w:val="3"/>
  </w:num>
  <w:num w:numId="7" w16cid:durableId="1330867080">
    <w:abstractNumId w:val="2"/>
  </w:num>
  <w:num w:numId="8" w16cid:durableId="2018656231">
    <w:abstractNumId w:val="1"/>
  </w:num>
  <w:num w:numId="9" w16cid:durableId="143736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5772"/>
    <w:rsid w:val="0015074B"/>
    <w:rsid w:val="0029639D"/>
    <w:rsid w:val="002A1294"/>
    <w:rsid w:val="00326F90"/>
    <w:rsid w:val="0045346C"/>
    <w:rsid w:val="006017DB"/>
    <w:rsid w:val="00605EA8"/>
    <w:rsid w:val="006C103E"/>
    <w:rsid w:val="006D37A4"/>
    <w:rsid w:val="00900446"/>
    <w:rsid w:val="00AA1D8D"/>
    <w:rsid w:val="00AD04F8"/>
    <w:rsid w:val="00B47730"/>
    <w:rsid w:val="00CB0664"/>
    <w:rsid w:val="00D06956"/>
    <w:rsid w:val="00FC693F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B4297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2384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2026-08-24T15:26:00Z</dcterms:modified>
  <cp:category/>
</cp:coreProperties>
</file>