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AD35FD" w14:paraId="23992E51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316410E9" w14:textId="77777777" w:rsidR="00AD35FD" w:rsidRDefault="00000000">
            <w:pPr>
              <w:keepNext/>
              <w:jc w:val="center"/>
            </w:pPr>
            <w:r>
              <w:rPr>
                <w:i/>
                <w:color w:val="595959"/>
              </w:rPr>
              <w:t>siglă / stemă</w:t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66E97BC1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263D9566" w14:textId="77777777" w:rsidR="00AD35FD" w:rsidRDefault="00AD35FD">
            <w:pPr>
              <w:keepNext/>
            </w:pPr>
          </w:p>
        </w:tc>
      </w:tr>
      <w:tr w:rsidR="00AD35FD" w14:paraId="4CF39563" w14:textId="77777777">
        <w:trPr>
          <w:cantSplit/>
          <w:trHeight w:val="510"/>
        </w:trPr>
        <w:tc>
          <w:tcPr>
            <w:tcW w:w="1606" w:type="dxa"/>
            <w:vMerge/>
          </w:tcPr>
          <w:p w14:paraId="46929F1C" w14:textId="77777777" w:rsidR="00AD35FD" w:rsidRDefault="00AD35FD"/>
        </w:tc>
        <w:tc>
          <w:tcPr>
            <w:tcW w:w="8030" w:type="dxa"/>
            <w:gridSpan w:val="3"/>
            <w:shd w:val="clear" w:color="auto" w:fill="F0F0F0"/>
          </w:tcPr>
          <w:p w14:paraId="01EECC2B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Autoritatea administrației publice</w:t>
            </w:r>
          </w:p>
          <w:p w14:paraId="411B3CAD" w14:textId="77777777" w:rsidR="00AD35FD" w:rsidRDefault="00AD35FD">
            <w:pPr>
              <w:keepNext/>
            </w:pPr>
          </w:p>
        </w:tc>
      </w:tr>
      <w:tr w:rsidR="00AD35FD" w14:paraId="75D900BC" w14:textId="77777777">
        <w:trPr>
          <w:cantSplit/>
          <w:trHeight w:val="510"/>
        </w:trPr>
        <w:tc>
          <w:tcPr>
            <w:tcW w:w="1606" w:type="dxa"/>
            <w:vMerge/>
          </w:tcPr>
          <w:p w14:paraId="37B6CDF5" w14:textId="77777777" w:rsidR="00AD35FD" w:rsidRDefault="00AD35FD"/>
        </w:tc>
        <w:tc>
          <w:tcPr>
            <w:tcW w:w="2409" w:type="dxa"/>
            <w:shd w:val="clear" w:color="auto" w:fill="F0F0F0"/>
          </w:tcPr>
          <w:p w14:paraId="7B08056B" w14:textId="77777777" w:rsidR="00AD35FD" w:rsidRPr="007050CD" w:rsidRDefault="00000000">
            <w:pPr>
              <w:keepNext/>
              <w:rPr>
                <w:lang w:val="fr-FR"/>
              </w:rPr>
            </w:pPr>
            <w:r w:rsidRPr="007050CD">
              <w:rPr>
                <w:b/>
                <w:color w:val="0D5F78"/>
                <w:lang w:val="fr-FR"/>
              </w:rPr>
              <w:t xml:space="preserve">Cod de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identificare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fiscală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(CIF)</w:t>
            </w:r>
          </w:p>
          <w:p w14:paraId="7DC4DCC4" w14:textId="77777777" w:rsidR="00AD35FD" w:rsidRPr="007050CD" w:rsidRDefault="00AD35FD">
            <w:pPr>
              <w:keepNext/>
              <w:rPr>
                <w:lang w:val="fr-FR"/>
              </w:rPr>
            </w:pPr>
          </w:p>
        </w:tc>
        <w:tc>
          <w:tcPr>
            <w:tcW w:w="5621" w:type="dxa"/>
            <w:gridSpan w:val="2"/>
            <w:shd w:val="clear" w:color="auto" w:fill="F0F0F0"/>
          </w:tcPr>
          <w:p w14:paraId="045657FF" w14:textId="77777777" w:rsidR="00AD35FD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Adresa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oficială</w:t>
            </w:r>
            <w:proofErr w:type="spellEnd"/>
          </w:p>
          <w:p w14:paraId="7F7A90CC" w14:textId="77777777" w:rsidR="00AD35FD" w:rsidRDefault="00000000">
            <w:pPr>
              <w:keepNext/>
            </w:pPr>
            <w:r>
              <w:rPr>
                <w:i/>
                <w:color w:val="7A7A7A"/>
              </w:rPr>
              <w:t>sediul · telefon · e-mail</w:t>
            </w:r>
          </w:p>
          <w:p w14:paraId="1C11E709" w14:textId="77777777" w:rsidR="00AD35FD" w:rsidRDefault="00AD35FD">
            <w:pPr>
              <w:keepNext/>
            </w:pPr>
          </w:p>
        </w:tc>
      </w:tr>
      <w:tr w:rsidR="00AD35FD" w14:paraId="20852B2C" w14:textId="77777777">
        <w:trPr>
          <w:cantSplit/>
          <w:trHeight w:val="510"/>
        </w:trPr>
        <w:tc>
          <w:tcPr>
            <w:tcW w:w="1606" w:type="dxa"/>
            <w:vMerge/>
          </w:tcPr>
          <w:p w14:paraId="20FE1C8B" w14:textId="77777777" w:rsidR="00AD35FD" w:rsidRDefault="00AD35FD"/>
        </w:tc>
        <w:tc>
          <w:tcPr>
            <w:tcW w:w="4818" w:type="dxa"/>
            <w:gridSpan w:val="2"/>
            <w:shd w:val="clear" w:color="auto" w:fill="F0F0F0"/>
          </w:tcPr>
          <w:p w14:paraId="4F99B7DE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Număr de înregistrare</w:t>
            </w:r>
          </w:p>
          <w:p w14:paraId="572FA267" w14:textId="77777777" w:rsidR="00AD35FD" w:rsidRDefault="00AD35FD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597632B1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26839202" w14:textId="77777777" w:rsidR="00AD35FD" w:rsidRDefault="00AD35FD">
            <w:pPr>
              <w:keepNext/>
            </w:pPr>
          </w:p>
        </w:tc>
      </w:tr>
      <w:tr w:rsidR="00AD35FD" w:rsidRPr="005E6036" w14:paraId="40A3F398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2FD605A9" w14:textId="77777777" w:rsidR="00AD35FD" w:rsidRPr="007050CD" w:rsidRDefault="00000000">
            <w:pPr>
              <w:rPr>
                <w:lang w:val="fr-FR"/>
              </w:rPr>
            </w:pPr>
            <w:r w:rsidRPr="007050CD">
              <w:rPr>
                <w:i/>
                <w:color w:val="595959"/>
                <w:lang w:val="fr-FR"/>
              </w:rPr>
              <w:t xml:space="preserve"> </w:t>
            </w:r>
            <w:proofErr w:type="gramStart"/>
            <w:r w:rsidRPr="007050CD">
              <w:rPr>
                <w:i/>
                <w:color w:val="595959"/>
                <w:lang w:val="fr-FR"/>
              </w:rPr>
              <w:t>se</w:t>
            </w:r>
            <w:proofErr w:type="gramEnd"/>
            <w:r w:rsidRPr="007050CD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7050CD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7050CD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7050CD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7050CD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7050CD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7050CD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7050CD">
              <w:rPr>
                <w:i/>
                <w:color w:val="595959"/>
                <w:lang w:val="fr-FR"/>
              </w:rPr>
              <w:t>scrie</w:t>
            </w:r>
            <w:proofErr w:type="spellEnd"/>
            <w:r w:rsidRPr="007050CD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7050CD">
              <w:rPr>
                <w:i/>
                <w:color w:val="595959"/>
                <w:lang w:val="fr-FR"/>
              </w:rPr>
              <w:t>în</w:t>
            </w:r>
            <w:proofErr w:type="spellEnd"/>
            <w:r w:rsidRPr="007050CD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7050CD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7050CD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7050CD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58FEB982" w14:textId="77777777" w:rsidR="00AD35FD" w:rsidRPr="005E6036" w:rsidRDefault="00000000" w:rsidP="007050CD">
      <w:pPr>
        <w:spacing w:before="140" w:after="40"/>
        <w:jc w:val="center"/>
        <w:rPr>
          <w:sz w:val="28"/>
          <w:szCs w:val="28"/>
        </w:rPr>
      </w:pPr>
      <w:r w:rsidRPr="005E6036">
        <w:rPr>
          <w:b/>
          <w:sz w:val="28"/>
          <w:szCs w:val="28"/>
        </w:rPr>
        <w:t>ÎNȘTIINȚARE</w:t>
      </w:r>
    </w:p>
    <w:p w14:paraId="3F1F960E" w14:textId="77777777" w:rsidR="00AD35FD" w:rsidRDefault="00000000">
      <w:pPr>
        <w:spacing w:after="120"/>
        <w:jc w:val="center"/>
      </w:pPr>
      <w:r>
        <w:rPr>
          <w:sz w:val="19"/>
        </w:rPr>
        <w:t>privind încheierea execuției lucrărilor</w:t>
      </w:r>
    </w:p>
    <w:p w14:paraId="39CC6B28" w14:textId="77777777" w:rsidR="00AD35FD" w:rsidRDefault="00AD35FD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AD35FD" w14:paraId="5D5D5660" w14:textId="77777777">
        <w:trPr>
          <w:cantSplit/>
        </w:trPr>
        <w:tc>
          <w:tcPr>
            <w:tcW w:w="9636" w:type="dxa"/>
            <w:shd w:val="clear" w:color="auto" w:fill="F4F4F4"/>
          </w:tcPr>
          <w:p w14:paraId="7237AFBA" w14:textId="77777777" w:rsidR="00AD35FD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AD35FD" w:rsidRPr="007050CD" w14:paraId="6E6DD37F" w14:textId="77777777">
        <w:trPr>
          <w:cantSplit/>
          <w:trHeight w:val="510"/>
        </w:trPr>
        <w:tc>
          <w:tcPr>
            <w:tcW w:w="9636" w:type="dxa"/>
          </w:tcPr>
          <w:p w14:paraId="29E26C9F" w14:textId="77777777" w:rsidR="00AD35FD" w:rsidRPr="007050CD" w:rsidRDefault="00AD35FD" w:rsidP="007050CD">
            <w:pPr>
              <w:keepNext/>
              <w:rPr>
                <w:lang w:val="fr-FR"/>
              </w:rPr>
            </w:pPr>
          </w:p>
        </w:tc>
      </w:tr>
      <w:tr w:rsidR="00AD35FD" w:rsidRPr="007050CD" w14:paraId="6859A31D" w14:textId="77777777">
        <w:trPr>
          <w:cantSplit/>
        </w:trPr>
        <w:tc>
          <w:tcPr>
            <w:tcW w:w="9636" w:type="dxa"/>
            <w:shd w:val="clear" w:color="auto" w:fill="F4F4F4"/>
          </w:tcPr>
          <w:p w14:paraId="065790C6" w14:textId="169ECA0F" w:rsidR="00AD35FD" w:rsidRPr="005E6036" w:rsidRDefault="00000000">
            <w:pPr>
              <w:spacing w:line="228" w:lineRule="auto"/>
            </w:pPr>
            <w:proofErr w:type="spellStart"/>
            <w:r w:rsidRPr="005E6036">
              <w:t>Cererea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va</w:t>
            </w:r>
            <w:proofErr w:type="spellEnd"/>
            <w:r w:rsidRPr="005E6036">
              <w:t xml:space="preserve"> fi</w:t>
            </w:r>
            <w:r w:rsidR="007050CD" w:rsidRPr="005E6036">
              <w:t xml:space="preserve"> </w:t>
            </w:r>
            <w:proofErr w:type="spellStart"/>
            <w:r w:rsidR="007050CD" w:rsidRPr="005E6036">
              <w:t>adresată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către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președintele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consiliului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județean</w:t>
            </w:r>
            <w:proofErr w:type="spellEnd"/>
            <w:r w:rsidRPr="005E6036">
              <w:t xml:space="preserve">, </w:t>
            </w:r>
            <w:proofErr w:type="spellStart"/>
            <w:r w:rsidRPr="005E6036">
              <w:t>primarul</w:t>
            </w:r>
            <w:proofErr w:type="spellEnd"/>
            <w:r w:rsidRPr="005E6036">
              <w:t xml:space="preserve"> general, </w:t>
            </w:r>
            <w:proofErr w:type="spellStart"/>
            <w:r w:rsidRPr="005E6036">
              <w:t>primarul</w:t>
            </w:r>
            <w:proofErr w:type="spellEnd"/>
            <w:r w:rsidRPr="005E6036">
              <w:t xml:space="preserve"> de sector </w:t>
            </w:r>
            <w:proofErr w:type="spellStart"/>
            <w:r w:rsidRPr="005E6036">
              <w:t>sau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primarul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municipiului</w:t>
            </w:r>
            <w:proofErr w:type="spellEnd"/>
            <w:r w:rsidRPr="005E6036">
              <w:t xml:space="preserve"> / </w:t>
            </w:r>
            <w:proofErr w:type="spellStart"/>
            <w:r w:rsidRPr="005E6036">
              <w:t>orașului</w:t>
            </w:r>
            <w:proofErr w:type="spellEnd"/>
            <w:r w:rsidRPr="005E6036">
              <w:t xml:space="preserve"> / </w:t>
            </w:r>
            <w:proofErr w:type="spellStart"/>
            <w:r w:rsidRPr="005E6036">
              <w:t>comunei</w:t>
            </w:r>
            <w:proofErr w:type="spellEnd"/>
            <w:r w:rsidRPr="005E6036">
              <w:t xml:space="preserve">, </w:t>
            </w:r>
            <w:proofErr w:type="spellStart"/>
            <w:r w:rsidRPr="005E6036">
              <w:t>după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caz</w:t>
            </w:r>
            <w:proofErr w:type="spellEnd"/>
            <w:r w:rsidRPr="005E6036">
              <w:t>.</w:t>
            </w:r>
          </w:p>
        </w:tc>
      </w:tr>
    </w:tbl>
    <w:p w14:paraId="51D38FA9" w14:textId="77777777" w:rsidR="00AD35FD" w:rsidRPr="005E6036" w:rsidRDefault="00AD35FD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AD35FD" w14:paraId="46CB8761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C3B3776" w14:textId="77777777" w:rsidR="00AD35FD" w:rsidRDefault="00000000">
            <w:pPr>
              <w:keepNext/>
            </w:pPr>
            <w:r w:rsidRPr="005E6036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AD35FD" w14:paraId="32169DFD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09156218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1460DBA2" w14:textId="77777777" w:rsidR="00AD35FD" w:rsidRDefault="00AD35FD">
            <w:pPr>
              <w:keepNext/>
            </w:pPr>
          </w:p>
        </w:tc>
        <w:tc>
          <w:tcPr>
            <w:tcW w:w="4015" w:type="dxa"/>
            <w:gridSpan w:val="3"/>
          </w:tcPr>
          <w:p w14:paraId="62D69012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5C61E18C" w14:textId="77777777" w:rsidR="00AD35FD" w:rsidRDefault="00AD35FD">
            <w:pPr>
              <w:keepNext/>
            </w:pPr>
          </w:p>
        </w:tc>
      </w:tr>
      <w:tr w:rsidR="00AD35FD" w14:paraId="2BC6EF7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8B7BC7E" w14:textId="77777777" w:rsidR="00AD35FD" w:rsidRDefault="00000000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AD35FD" w14:paraId="1EDA1342" w14:textId="77777777">
        <w:trPr>
          <w:cantSplit/>
          <w:trHeight w:val="510"/>
        </w:trPr>
        <w:tc>
          <w:tcPr>
            <w:tcW w:w="1606" w:type="dxa"/>
          </w:tcPr>
          <w:p w14:paraId="09DE4D5B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304A3F5A" w14:textId="77777777" w:rsidR="00AD35FD" w:rsidRDefault="00AD35FD">
            <w:pPr>
              <w:keepNext/>
            </w:pPr>
          </w:p>
        </w:tc>
        <w:tc>
          <w:tcPr>
            <w:tcW w:w="1606" w:type="dxa"/>
          </w:tcPr>
          <w:p w14:paraId="2B6D2861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15B2CC0F" w14:textId="77777777" w:rsidR="00AD35FD" w:rsidRDefault="00AD35FD">
            <w:pPr>
              <w:keepNext/>
            </w:pPr>
          </w:p>
        </w:tc>
        <w:tc>
          <w:tcPr>
            <w:tcW w:w="4818" w:type="dxa"/>
            <w:gridSpan w:val="5"/>
          </w:tcPr>
          <w:p w14:paraId="074B257B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68E9A4D7" w14:textId="77777777" w:rsidR="00AD35FD" w:rsidRDefault="00AD35FD">
            <w:pPr>
              <w:keepNext/>
            </w:pPr>
          </w:p>
        </w:tc>
        <w:tc>
          <w:tcPr>
            <w:tcW w:w="1606" w:type="dxa"/>
          </w:tcPr>
          <w:p w14:paraId="6665BF0B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685EFB42" w14:textId="77777777" w:rsidR="00AD35FD" w:rsidRDefault="00AD35FD">
            <w:pPr>
              <w:keepNext/>
            </w:pPr>
          </w:p>
        </w:tc>
      </w:tr>
      <w:tr w:rsidR="00AD35FD" w14:paraId="32CEFBE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F217D41" w14:textId="77777777" w:rsidR="00AD35FD" w:rsidRDefault="00000000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AD35FD" w14:paraId="5155AE8F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49A1DBB3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6176509F" w14:textId="77777777" w:rsidR="00AD35FD" w:rsidRDefault="00AD35FD">
            <w:pPr>
              <w:keepNext/>
            </w:pPr>
          </w:p>
        </w:tc>
        <w:tc>
          <w:tcPr>
            <w:tcW w:w="3212" w:type="dxa"/>
            <w:gridSpan w:val="4"/>
          </w:tcPr>
          <w:p w14:paraId="12FFC180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78AF07E4" w14:textId="77777777" w:rsidR="00AD35FD" w:rsidRDefault="00AD35FD">
            <w:pPr>
              <w:keepNext/>
            </w:pPr>
          </w:p>
        </w:tc>
        <w:tc>
          <w:tcPr>
            <w:tcW w:w="3212" w:type="dxa"/>
            <w:gridSpan w:val="2"/>
          </w:tcPr>
          <w:p w14:paraId="6DCE9F1A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2ABA8A3A" w14:textId="77777777" w:rsidR="00AD35FD" w:rsidRDefault="00AD35FD">
            <w:pPr>
              <w:keepNext/>
            </w:pPr>
          </w:p>
        </w:tc>
      </w:tr>
      <w:tr w:rsidR="00AD35FD" w14:paraId="40628C12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F167578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7BA56E68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1489889D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7B4ABA2F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7CD5A464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2B109255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35CA800D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349F3CE7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5BF03D03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2A6186CA" w14:textId="77777777" w:rsidR="00AD35FD" w:rsidRDefault="00AD35FD">
            <w:pPr>
              <w:keepNext/>
            </w:pPr>
          </w:p>
        </w:tc>
        <w:tc>
          <w:tcPr>
            <w:tcW w:w="1606" w:type="dxa"/>
          </w:tcPr>
          <w:p w14:paraId="7A7CC008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1EDFEC25" w14:textId="77777777" w:rsidR="00AD35FD" w:rsidRDefault="00AD35FD">
            <w:pPr>
              <w:keepNext/>
            </w:pPr>
          </w:p>
        </w:tc>
        <w:tc>
          <w:tcPr>
            <w:tcW w:w="1606" w:type="dxa"/>
          </w:tcPr>
          <w:p w14:paraId="0F72F706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487B61C5" w14:textId="77777777" w:rsidR="00AD35FD" w:rsidRDefault="00AD35FD">
            <w:pPr>
              <w:keepNext/>
            </w:pPr>
          </w:p>
        </w:tc>
      </w:tr>
      <w:tr w:rsidR="00AD35FD" w14:paraId="025BF65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FA46FA6" w14:textId="77777777" w:rsidR="00AD35FD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AD35FD" w14:paraId="3F62D549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1D073D6E" w14:textId="77777777" w:rsidR="00AD35FD" w:rsidRDefault="00000000">
            <w:r>
              <w:rPr>
                <w:b/>
                <w:color w:val="0D5F78"/>
              </w:rPr>
              <w:t>Telefon / fax</w:t>
            </w:r>
          </w:p>
          <w:p w14:paraId="39CC712B" w14:textId="77777777" w:rsidR="00AD35FD" w:rsidRDefault="00AD35FD"/>
        </w:tc>
        <w:tc>
          <w:tcPr>
            <w:tcW w:w="5621" w:type="dxa"/>
            <w:gridSpan w:val="5"/>
          </w:tcPr>
          <w:p w14:paraId="731E3EAF" w14:textId="77777777" w:rsidR="00AD35FD" w:rsidRDefault="00000000">
            <w:r>
              <w:rPr>
                <w:b/>
                <w:color w:val="0D5F78"/>
              </w:rPr>
              <w:t>E-mail</w:t>
            </w:r>
          </w:p>
          <w:p w14:paraId="6A57A506" w14:textId="77777777" w:rsidR="00AD35FD" w:rsidRDefault="00AD35FD"/>
        </w:tc>
      </w:tr>
    </w:tbl>
    <w:p w14:paraId="4D9D1FE5" w14:textId="77777777" w:rsidR="00AD35FD" w:rsidRDefault="00AD35FD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5621"/>
      </w:tblGrid>
      <w:tr w:rsidR="00AD35FD" w:rsidRPr="005E6036" w14:paraId="0CCD3AD7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1FDD6DE2" w14:textId="77777777" w:rsidR="00AD35FD" w:rsidRPr="007050CD" w:rsidRDefault="00000000">
            <w:pPr>
              <w:keepNext/>
              <w:rPr>
                <w:lang w:val="fr-FR"/>
              </w:rPr>
            </w:pPr>
            <w:r w:rsidRPr="007050CD">
              <w:rPr>
                <w:b/>
                <w:sz w:val="16"/>
                <w:lang w:val="fr-FR"/>
              </w:rPr>
              <w:t xml:space="preserve"> 3. </w:t>
            </w:r>
            <w:r w:rsidRPr="007050CD">
              <w:rPr>
                <w:b/>
                <w:color w:val="000000"/>
                <w:sz w:val="18"/>
                <w:lang w:val="fr-FR"/>
              </w:rPr>
              <w:t>TITULAR AL AUTORIZAȚIEI DE CONSTRUIRE / DESFIINȚARE</w:t>
            </w:r>
          </w:p>
        </w:tc>
      </w:tr>
      <w:tr w:rsidR="00AD35FD" w14:paraId="587E3C10" w14:textId="77777777">
        <w:trPr>
          <w:cantSplit/>
          <w:trHeight w:val="510"/>
        </w:trPr>
        <w:tc>
          <w:tcPr>
            <w:tcW w:w="1606" w:type="dxa"/>
          </w:tcPr>
          <w:p w14:paraId="38570560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7D760159" w14:textId="77777777" w:rsidR="00AD35FD" w:rsidRDefault="00AD35FD">
            <w:pPr>
              <w:keepNext/>
            </w:pPr>
          </w:p>
        </w:tc>
        <w:tc>
          <w:tcPr>
            <w:tcW w:w="2409" w:type="dxa"/>
          </w:tcPr>
          <w:p w14:paraId="331EAC7E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3ACC2CAC" w14:textId="77777777" w:rsidR="00AD35FD" w:rsidRDefault="00AD35FD">
            <w:pPr>
              <w:keepNext/>
            </w:pPr>
          </w:p>
        </w:tc>
        <w:tc>
          <w:tcPr>
            <w:tcW w:w="5621" w:type="dxa"/>
          </w:tcPr>
          <w:p w14:paraId="45DAA697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Emisă de</w:t>
            </w:r>
          </w:p>
          <w:p w14:paraId="7035BC1B" w14:textId="77777777" w:rsidR="00AD35FD" w:rsidRDefault="00AD35FD">
            <w:pPr>
              <w:keepNext/>
            </w:pPr>
          </w:p>
        </w:tc>
      </w:tr>
      <w:tr w:rsidR="00AD35FD" w14:paraId="24AC54C1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DD30D26" w14:textId="77777777" w:rsidR="00AD35FD" w:rsidRDefault="00000000">
            <w:pPr>
              <w:keepNext/>
            </w:pPr>
            <w:r>
              <w:rPr>
                <w:sz w:val="16"/>
              </w:rPr>
              <w:t xml:space="preserve"> emisă pentru executarea lucrărilor de construcții privind construirea / desființarea construcțiilor și amenajărilor</w:t>
            </w:r>
          </w:p>
        </w:tc>
      </w:tr>
      <w:tr w:rsidR="00AD35FD" w:rsidRPr="005E6036" w14:paraId="14CEAA34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023C43F6" w14:textId="77777777" w:rsidR="00AD35FD" w:rsidRPr="007050CD" w:rsidRDefault="00000000">
            <w:pPr>
              <w:keepNext/>
              <w:rPr>
                <w:lang w:val="fr-FR"/>
              </w:rPr>
            </w:pPr>
            <w:proofErr w:type="spellStart"/>
            <w:r w:rsidRPr="007050CD">
              <w:rPr>
                <w:b/>
                <w:color w:val="0D5F78"/>
                <w:lang w:val="fr-FR"/>
              </w:rPr>
              <w:t>Denumirea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lucrării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,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capacitatea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și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categoria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lucrări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din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autorizație</w:t>
            </w:r>
            <w:proofErr w:type="spellEnd"/>
          </w:p>
          <w:p w14:paraId="5D07F1A8" w14:textId="77777777" w:rsidR="00AD35FD" w:rsidRPr="007050CD" w:rsidRDefault="00AD35FD">
            <w:pPr>
              <w:keepNext/>
              <w:rPr>
                <w:lang w:val="fr-FR"/>
              </w:rPr>
            </w:pPr>
          </w:p>
        </w:tc>
      </w:tr>
      <w:tr w:rsidR="00AD35FD" w14:paraId="0BCFAFD1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57645425" w14:textId="77777777" w:rsidR="00AD35FD" w:rsidRDefault="00000000"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valoare</w:t>
            </w:r>
            <w:proofErr w:type="spellEnd"/>
            <w:r>
              <w:rPr>
                <w:b/>
                <w:color w:val="0D5F78"/>
              </w:rPr>
              <w:t xml:space="preserve"> de (lei)</w:t>
            </w:r>
          </w:p>
          <w:p w14:paraId="3EFD05AE" w14:textId="77777777" w:rsidR="00AD35FD" w:rsidRDefault="00AD35FD"/>
        </w:tc>
      </w:tr>
    </w:tbl>
    <w:p w14:paraId="6F25DA33" w14:textId="48CBC554" w:rsidR="00AD35FD" w:rsidRPr="005E6036" w:rsidRDefault="00000000" w:rsidP="007050CD">
      <w:pPr>
        <w:spacing w:before="140" w:after="40"/>
        <w:jc w:val="center"/>
        <w:rPr>
          <w:sz w:val="28"/>
          <w:szCs w:val="28"/>
        </w:rPr>
      </w:pPr>
      <w:r w:rsidRPr="005E6036">
        <w:rPr>
          <w:b/>
          <w:sz w:val="28"/>
          <w:szCs w:val="28"/>
        </w:rPr>
        <w:t>ADUC LA CUNOȘTINȚĂ</w:t>
      </w: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1606"/>
        <w:gridCol w:w="5621"/>
      </w:tblGrid>
      <w:tr w:rsidR="00AD35FD" w14:paraId="43F9191F" w14:textId="77777777">
        <w:trPr>
          <w:cantSplit/>
          <w:trHeight w:val="510"/>
        </w:trPr>
        <w:tc>
          <w:tcPr>
            <w:tcW w:w="2409" w:type="dxa"/>
          </w:tcPr>
          <w:p w14:paraId="1A30CAD2" w14:textId="77777777" w:rsidR="00AD35FD" w:rsidRDefault="00000000">
            <w:r>
              <w:rPr>
                <w:b/>
                <w:color w:val="0D5F78"/>
              </w:rPr>
              <w:t>Că la data de</w:t>
            </w:r>
          </w:p>
          <w:p w14:paraId="5CE18A2B" w14:textId="77777777" w:rsidR="00AD35FD" w:rsidRDefault="00AD35FD"/>
        </w:tc>
        <w:tc>
          <w:tcPr>
            <w:tcW w:w="1606" w:type="dxa"/>
          </w:tcPr>
          <w:p w14:paraId="537E7015" w14:textId="77777777" w:rsidR="00AD35FD" w:rsidRDefault="00000000">
            <w:r>
              <w:rPr>
                <w:b/>
                <w:color w:val="0D5F78"/>
              </w:rPr>
              <w:t>ora</w:t>
            </w:r>
          </w:p>
          <w:p w14:paraId="349EB503" w14:textId="77777777" w:rsidR="00AD35FD" w:rsidRDefault="00AD35FD"/>
        </w:tc>
        <w:tc>
          <w:tcPr>
            <w:tcW w:w="5621" w:type="dxa"/>
          </w:tcPr>
          <w:p w14:paraId="479316B2" w14:textId="77777777" w:rsidR="00AD35FD" w:rsidRPr="007050CD" w:rsidRDefault="00000000">
            <w:pPr>
              <w:rPr>
                <w:lang w:val="fr-FR"/>
              </w:rPr>
            </w:pPr>
            <w:proofErr w:type="gramStart"/>
            <w:r w:rsidRPr="007050CD">
              <w:rPr>
                <w:b/>
                <w:color w:val="0D5F78"/>
                <w:lang w:val="fr-FR"/>
              </w:rPr>
              <w:t>au</w:t>
            </w:r>
            <w:proofErr w:type="gram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fost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finalizate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lucrările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construcții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autorizate</w:t>
            </w:r>
            <w:proofErr w:type="spellEnd"/>
          </w:p>
          <w:p w14:paraId="70DA8600" w14:textId="77777777" w:rsidR="00AD35FD" w:rsidRDefault="00000000">
            <w:proofErr w:type="spellStart"/>
            <w:r>
              <w:rPr>
                <w:i/>
                <w:color w:val="7A7A7A"/>
              </w:rPr>
              <w:t>pentru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imobilul</w:t>
            </w:r>
            <w:proofErr w:type="spellEnd"/>
            <w:r>
              <w:rPr>
                <w:i/>
                <w:color w:val="7A7A7A"/>
              </w:rPr>
              <w:t xml:space="preserve"> de </w:t>
            </w:r>
            <w:proofErr w:type="spellStart"/>
            <w:r>
              <w:rPr>
                <w:i/>
                <w:color w:val="7A7A7A"/>
              </w:rPr>
              <w:t>mai</w:t>
            </w:r>
            <w:proofErr w:type="spellEnd"/>
            <w:r>
              <w:rPr>
                <w:i/>
                <w:color w:val="7A7A7A"/>
              </w:rPr>
              <w:t xml:space="preserve"> jos</w:t>
            </w:r>
          </w:p>
          <w:p w14:paraId="0A5397F4" w14:textId="77777777" w:rsidR="00AD35FD" w:rsidRDefault="00AD35FD"/>
        </w:tc>
      </w:tr>
    </w:tbl>
    <w:p w14:paraId="46459DEB" w14:textId="77777777" w:rsidR="00AD35FD" w:rsidRDefault="00AD35FD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AD35FD" w14:paraId="503B36F7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77C80A2C" w14:textId="77777777" w:rsidR="00AD35FD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AD35FD" w14:paraId="6246E343" w14:textId="77777777">
        <w:trPr>
          <w:cantSplit/>
        </w:trPr>
        <w:tc>
          <w:tcPr>
            <w:tcW w:w="9636" w:type="dxa"/>
            <w:gridSpan w:val="6"/>
          </w:tcPr>
          <w:p w14:paraId="0AB87AAD" w14:textId="77777777" w:rsidR="00AD35FD" w:rsidRDefault="00000000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AD35FD" w14:paraId="53BDC58A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48965D1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3613F305" w14:textId="77777777" w:rsidR="00AD35FD" w:rsidRDefault="00AD35FD">
            <w:pPr>
              <w:keepNext/>
            </w:pPr>
          </w:p>
        </w:tc>
        <w:tc>
          <w:tcPr>
            <w:tcW w:w="3212" w:type="dxa"/>
            <w:gridSpan w:val="2"/>
          </w:tcPr>
          <w:p w14:paraId="365ED677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6F56704A" w14:textId="77777777" w:rsidR="00AD35FD" w:rsidRDefault="00AD35FD">
            <w:pPr>
              <w:keepNext/>
            </w:pPr>
          </w:p>
        </w:tc>
        <w:tc>
          <w:tcPr>
            <w:tcW w:w="3212" w:type="dxa"/>
            <w:gridSpan w:val="2"/>
          </w:tcPr>
          <w:p w14:paraId="621EB7A6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4F784361" w14:textId="77777777" w:rsidR="00AD35FD" w:rsidRDefault="00AD35FD">
            <w:pPr>
              <w:keepNext/>
            </w:pPr>
          </w:p>
        </w:tc>
      </w:tr>
      <w:tr w:rsidR="00AD35FD" w14:paraId="2BC39562" w14:textId="77777777">
        <w:trPr>
          <w:cantSplit/>
          <w:trHeight w:val="510"/>
        </w:trPr>
        <w:tc>
          <w:tcPr>
            <w:tcW w:w="1606" w:type="dxa"/>
          </w:tcPr>
          <w:p w14:paraId="32502F27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492DB3D9" w14:textId="77777777" w:rsidR="00AD35FD" w:rsidRDefault="00AD35FD">
            <w:pPr>
              <w:keepNext/>
            </w:pPr>
          </w:p>
        </w:tc>
        <w:tc>
          <w:tcPr>
            <w:tcW w:w="4818" w:type="dxa"/>
            <w:gridSpan w:val="3"/>
          </w:tcPr>
          <w:p w14:paraId="79596D03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76B7FC7B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0B5DE636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C554BE8" w14:textId="77777777" w:rsidR="00AD35FD" w:rsidRDefault="00AD35FD">
            <w:pPr>
              <w:keepNext/>
            </w:pPr>
          </w:p>
        </w:tc>
        <w:tc>
          <w:tcPr>
            <w:tcW w:w="2409" w:type="dxa"/>
          </w:tcPr>
          <w:p w14:paraId="5F4DD626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481D6BF6" w14:textId="77777777" w:rsidR="00AD35FD" w:rsidRDefault="00AD35FD">
            <w:pPr>
              <w:keepNext/>
            </w:pPr>
          </w:p>
        </w:tc>
      </w:tr>
      <w:tr w:rsidR="00AD35FD" w14:paraId="45E2EB9D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0946A25A" w14:textId="77777777" w:rsidR="00AD35FD" w:rsidRPr="007050CD" w:rsidRDefault="00000000">
            <w:pPr>
              <w:keepNext/>
              <w:rPr>
                <w:lang w:val="fr-FR"/>
              </w:rPr>
            </w:pPr>
            <w:proofErr w:type="spellStart"/>
            <w:r w:rsidRPr="007050CD">
              <w:rPr>
                <w:b/>
                <w:color w:val="0D5F78"/>
                <w:lang w:val="fr-FR"/>
              </w:rPr>
              <w:t>Număr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cadastral</w:t>
            </w:r>
          </w:p>
          <w:p w14:paraId="75CF10B0" w14:textId="77777777" w:rsidR="00AD35FD" w:rsidRPr="007050CD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7050CD">
              <w:rPr>
                <w:i/>
                <w:color w:val="7A7A7A"/>
                <w:lang w:val="fr-FR"/>
              </w:rPr>
              <w:t>dacă</w:t>
            </w:r>
            <w:proofErr w:type="spellEnd"/>
            <w:proofErr w:type="gramEnd"/>
            <w:r w:rsidRPr="007050CD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7050CD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7050CD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7050CD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7050CD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7050CD">
              <w:rPr>
                <w:i/>
                <w:color w:val="7A7A7A"/>
                <w:lang w:val="fr-FR"/>
              </w:rPr>
              <w:t>în</w:t>
            </w:r>
            <w:proofErr w:type="spellEnd"/>
            <w:r w:rsidRPr="007050CD">
              <w:rPr>
                <w:i/>
                <w:color w:val="7A7A7A"/>
                <w:lang w:val="fr-FR"/>
              </w:rPr>
              <w:t xml:space="preserve"> e-Terra</w:t>
            </w:r>
          </w:p>
          <w:p w14:paraId="23C02068" w14:textId="77777777" w:rsidR="00AD35FD" w:rsidRPr="007050CD" w:rsidRDefault="00AD35FD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1CA801FC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7460EFF8" w14:textId="77777777" w:rsidR="00AD35FD" w:rsidRDefault="00AD35FD">
            <w:pPr>
              <w:keepNext/>
            </w:pPr>
          </w:p>
        </w:tc>
      </w:tr>
    </w:tbl>
    <w:p w14:paraId="4310081F" w14:textId="77777777" w:rsidR="00AD35FD" w:rsidRDefault="00AD35FD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7227"/>
        <w:gridCol w:w="2409"/>
      </w:tblGrid>
      <w:tr w:rsidR="00AD35FD" w14:paraId="00876DD1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591472DD" w14:textId="77777777" w:rsidR="00AD35FD" w:rsidRDefault="00000000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CONVOCAREA COMISIEI DE RECEPȚIE</w:t>
            </w:r>
          </w:p>
        </w:tc>
      </w:tr>
      <w:tr w:rsidR="00AD35FD" w14:paraId="1EE75B4F" w14:textId="77777777">
        <w:trPr>
          <w:cantSplit/>
          <w:trHeight w:val="510"/>
        </w:trPr>
        <w:tc>
          <w:tcPr>
            <w:tcW w:w="7227" w:type="dxa"/>
          </w:tcPr>
          <w:p w14:paraId="668CA31F" w14:textId="77777777" w:rsidR="00AD35FD" w:rsidRPr="007050CD" w:rsidRDefault="00000000">
            <w:pPr>
              <w:rPr>
                <w:lang w:val="fr-FR"/>
              </w:rPr>
            </w:pPr>
            <w:r w:rsidRPr="007050CD">
              <w:rPr>
                <w:b/>
                <w:color w:val="0D5F78"/>
                <w:lang w:val="fr-FR"/>
              </w:rPr>
              <w:t xml:space="preserve">Se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convoacă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comisia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recepție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la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terminarea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lucrărilor</w:t>
            </w:r>
            <w:proofErr w:type="spellEnd"/>
            <w:r w:rsidRPr="007050CD">
              <w:rPr>
                <w:b/>
                <w:color w:val="0D5F78"/>
                <w:lang w:val="fr-FR"/>
              </w:rPr>
              <w:t>, la data</w:t>
            </w:r>
          </w:p>
          <w:p w14:paraId="3C5ABEF2" w14:textId="77777777" w:rsidR="00AD35FD" w:rsidRPr="007050CD" w:rsidRDefault="00AD35FD">
            <w:pPr>
              <w:rPr>
                <w:lang w:val="fr-FR"/>
              </w:rPr>
            </w:pPr>
          </w:p>
        </w:tc>
        <w:tc>
          <w:tcPr>
            <w:tcW w:w="2409" w:type="dxa"/>
          </w:tcPr>
          <w:p w14:paraId="005C1153" w14:textId="77777777" w:rsidR="00AD35FD" w:rsidRDefault="00000000">
            <w:proofErr w:type="spellStart"/>
            <w:r>
              <w:rPr>
                <w:b/>
                <w:color w:val="0D5F78"/>
              </w:rPr>
              <w:t>ora</w:t>
            </w:r>
            <w:proofErr w:type="spellEnd"/>
          </w:p>
          <w:p w14:paraId="67115499" w14:textId="77777777" w:rsidR="00AD35FD" w:rsidRDefault="00AD35FD"/>
        </w:tc>
      </w:tr>
    </w:tbl>
    <w:p w14:paraId="2CA6B2E0" w14:textId="77777777" w:rsidR="00AD35FD" w:rsidRDefault="00AD35FD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AD35FD" w14:paraId="4DA3EAB4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122918AA" w14:textId="77777777" w:rsidR="00AD35FD" w:rsidRDefault="00000000">
            <w:pPr>
              <w:keepNext/>
            </w:pPr>
            <w:r>
              <w:rPr>
                <w:b/>
                <w:sz w:val="16"/>
              </w:rPr>
              <w:t xml:space="preserve"> 6.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AD35FD" w14:paraId="70E41EEA" w14:textId="77777777">
        <w:trPr>
          <w:cantSplit/>
          <w:trHeight w:val="510"/>
        </w:trPr>
        <w:tc>
          <w:tcPr>
            <w:tcW w:w="1606" w:type="dxa"/>
          </w:tcPr>
          <w:p w14:paraId="246FD708" w14:textId="77777777" w:rsidR="00AD35FD" w:rsidRDefault="00000000">
            <w:r>
              <w:rPr>
                <w:b/>
                <w:color w:val="0D5F78"/>
              </w:rPr>
              <w:t>Data</w:t>
            </w:r>
          </w:p>
          <w:p w14:paraId="71990700" w14:textId="77777777" w:rsidR="00AD35FD" w:rsidRDefault="00AD35FD"/>
        </w:tc>
        <w:tc>
          <w:tcPr>
            <w:tcW w:w="4818" w:type="dxa"/>
          </w:tcPr>
          <w:p w14:paraId="16AE7494" w14:textId="77777777" w:rsidR="00AD35FD" w:rsidRDefault="00000000">
            <w:r>
              <w:rPr>
                <w:b/>
                <w:color w:val="0D5F78"/>
              </w:rPr>
              <w:t>Titularul autorizației</w:t>
            </w:r>
          </w:p>
          <w:p w14:paraId="3DBB02B2" w14:textId="77777777" w:rsidR="00AD35FD" w:rsidRDefault="00AD35FD"/>
        </w:tc>
        <w:tc>
          <w:tcPr>
            <w:tcW w:w="3212" w:type="dxa"/>
          </w:tcPr>
          <w:p w14:paraId="4A633198" w14:textId="77777777" w:rsidR="00AD35FD" w:rsidRDefault="00000000">
            <w:r>
              <w:rPr>
                <w:b/>
                <w:color w:val="0D5F78"/>
              </w:rPr>
              <w:t>Semnătura</w:t>
            </w:r>
          </w:p>
          <w:p w14:paraId="5A726045" w14:textId="77777777" w:rsidR="00AD35FD" w:rsidRDefault="00AD35FD"/>
        </w:tc>
      </w:tr>
    </w:tbl>
    <w:p w14:paraId="7A82EDC4" w14:textId="77777777" w:rsidR="00AD35FD" w:rsidRDefault="00AD35FD">
      <w:pPr>
        <w:spacing w:line="168" w:lineRule="auto"/>
      </w:pPr>
    </w:p>
    <w:sectPr w:rsidR="00AD35FD" w:rsidSect="00034616">
      <w:footerReference w:type="default" r:id="rId8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669F9" w14:textId="77777777" w:rsidR="001D6E6F" w:rsidRDefault="001D6E6F">
      <w:r>
        <w:separator/>
      </w:r>
    </w:p>
  </w:endnote>
  <w:endnote w:type="continuationSeparator" w:id="0">
    <w:p w14:paraId="403EFCF9" w14:textId="77777777" w:rsidR="001D6E6F" w:rsidRDefault="001D6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F1F6F" w14:textId="7C30F0FC" w:rsidR="00AD35FD" w:rsidRDefault="00000000">
    <w:pPr>
      <w:pStyle w:val="Subsol"/>
      <w:tabs>
        <w:tab w:val="right" w:pos="9639"/>
      </w:tabs>
    </w:pPr>
    <w:r>
      <w:rPr>
        <w:color w:val="595959"/>
      </w:rPr>
      <w:t>F_A_</w:t>
    </w:r>
    <w:r w:rsidR="005E6036">
      <w:rPr>
        <w:color w:val="595959"/>
      </w:rPr>
      <w:t>10</w:t>
    </w:r>
    <w:r>
      <w:rPr>
        <w:color w:val="595959"/>
      </w:rPr>
      <w:t xml:space="preserve">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7050CD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7050CD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98977" w14:textId="77777777" w:rsidR="001D6E6F" w:rsidRDefault="001D6E6F">
      <w:r>
        <w:separator/>
      </w:r>
    </w:p>
  </w:footnote>
  <w:footnote w:type="continuationSeparator" w:id="0">
    <w:p w14:paraId="3BECC982" w14:textId="77777777" w:rsidR="001D6E6F" w:rsidRDefault="001D6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3549725">
    <w:abstractNumId w:val="8"/>
  </w:num>
  <w:num w:numId="2" w16cid:durableId="1043405023">
    <w:abstractNumId w:val="6"/>
  </w:num>
  <w:num w:numId="3" w16cid:durableId="2058121501">
    <w:abstractNumId w:val="5"/>
  </w:num>
  <w:num w:numId="4" w16cid:durableId="822626475">
    <w:abstractNumId w:val="4"/>
  </w:num>
  <w:num w:numId="5" w16cid:durableId="729963553">
    <w:abstractNumId w:val="7"/>
  </w:num>
  <w:num w:numId="6" w16cid:durableId="1701200132">
    <w:abstractNumId w:val="3"/>
  </w:num>
  <w:num w:numId="7" w16cid:durableId="1146553551">
    <w:abstractNumId w:val="2"/>
  </w:num>
  <w:num w:numId="8" w16cid:durableId="224266935">
    <w:abstractNumId w:val="1"/>
  </w:num>
  <w:num w:numId="9" w16cid:durableId="1878928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D6E6F"/>
    <w:rsid w:val="0029639D"/>
    <w:rsid w:val="00326F90"/>
    <w:rsid w:val="005E6036"/>
    <w:rsid w:val="006C103E"/>
    <w:rsid w:val="007050CD"/>
    <w:rsid w:val="008E3393"/>
    <w:rsid w:val="00AA1D8D"/>
    <w:rsid w:val="00AD35FD"/>
    <w:rsid w:val="00B47730"/>
    <w:rsid w:val="00B769B5"/>
    <w:rsid w:val="00CB0664"/>
    <w:rsid w:val="00E61A6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E384F2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230</Words>
  <Characters>1314</Characters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2026-08-24T15:29:00Z</dcterms:modified>
  <cp:category/>
</cp:coreProperties>
</file>