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2409"/>
        <w:gridCol w:w="2409"/>
        <w:gridCol w:w="3212"/>
      </w:tblGrid>
      <w:tr w:rsidR="0014338B" w14:paraId="49DEB83C" w14:textId="77777777">
        <w:trPr>
          <w:cantSplit/>
          <w:trHeight w:val="510"/>
        </w:trPr>
        <w:tc>
          <w:tcPr>
            <w:tcW w:w="1606" w:type="dxa"/>
            <w:vMerge w:val="restart"/>
            <w:vAlign w:val="center"/>
          </w:tcPr>
          <w:p w14:paraId="5115C6AC" w14:textId="77777777" w:rsidR="0014338B" w:rsidRDefault="00000000">
            <w:pPr>
              <w:keepNext/>
              <w:jc w:val="center"/>
            </w:pPr>
            <w:proofErr w:type="spellStart"/>
            <w:r>
              <w:rPr>
                <w:i/>
                <w:color w:val="595959"/>
              </w:rPr>
              <w:t>siglă</w:t>
            </w:r>
            <w:proofErr w:type="spellEnd"/>
            <w:r>
              <w:rPr>
                <w:i/>
                <w:color w:val="595959"/>
              </w:rPr>
              <w:t xml:space="preserve"> / </w:t>
            </w:r>
            <w:proofErr w:type="spellStart"/>
            <w:r>
              <w:rPr>
                <w:i/>
                <w:color w:val="595959"/>
              </w:rPr>
              <w:t>stemă</w:t>
            </w:r>
            <w:proofErr w:type="spellEnd"/>
          </w:p>
        </w:tc>
        <w:tc>
          <w:tcPr>
            <w:tcW w:w="8030" w:type="dxa"/>
            <w:gridSpan w:val="3"/>
            <w:shd w:val="clear" w:color="auto" w:fill="F0F0F0"/>
          </w:tcPr>
          <w:p w14:paraId="4B739B36" w14:textId="77777777" w:rsidR="0014338B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Județul</w:t>
            </w:r>
            <w:proofErr w:type="spellEnd"/>
          </w:p>
          <w:p w14:paraId="2D164195" w14:textId="77777777" w:rsidR="0014338B" w:rsidRDefault="0014338B">
            <w:pPr>
              <w:keepNext/>
            </w:pPr>
          </w:p>
        </w:tc>
      </w:tr>
      <w:tr w:rsidR="0014338B" w:rsidRPr="00143D03" w14:paraId="34CF874E" w14:textId="77777777">
        <w:trPr>
          <w:cantSplit/>
          <w:trHeight w:val="510"/>
        </w:trPr>
        <w:tc>
          <w:tcPr>
            <w:tcW w:w="1606" w:type="dxa"/>
            <w:vMerge/>
          </w:tcPr>
          <w:p w14:paraId="004EBE1A" w14:textId="77777777" w:rsidR="0014338B" w:rsidRDefault="0014338B"/>
        </w:tc>
        <w:tc>
          <w:tcPr>
            <w:tcW w:w="8030" w:type="dxa"/>
            <w:gridSpan w:val="3"/>
            <w:shd w:val="clear" w:color="auto" w:fill="F0F0F0"/>
          </w:tcPr>
          <w:p w14:paraId="00F75F0A" w14:textId="77777777" w:rsidR="00895605" w:rsidRPr="00006396" w:rsidRDefault="00895605" w:rsidP="00895605">
            <w:pPr>
              <w:keepNext/>
              <w:rPr>
                <w:lang w:val="fr-FR"/>
              </w:rPr>
            </w:pPr>
            <w:r w:rsidRPr="00006396">
              <w:rPr>
                <w:b/>
                <w:color w:val="0D5F78"/>
                <w:lang w:val="fr-FR"/>
              </w:rPr>
              <w:t xml:space="preserve">Inspectoratul de Stat </w:t>
            </w:r>
            <w:proofErr w:type="spellStart"/>
            <w:r w:rsidRPr="00006396">
              <w:rPr>
                <w:b/>
                <w:color w:val="0D5F78"/>
                <w:lang w:val="fr-FR"/>
              </w:rPr>
              <w:t>în</w:t>
            </w:r>
            <w:proofErr w:type="spellEnd"/>
            <w:r w:rsidRPr="00006396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>
              <w:rPr>
                <w:b/>
                <w:color w:val="0D5F78"/>
                <w:lang w:val="fr-FR"/>
              </w:rPr>
              <w:t>C</w:t>
            </w:r>
            <w:r w:rsidRPr="00006396">
              <w:rPr>
                <w:b/>
                <w:color w:val="0D5F78"/>
                <w:lang w:val="fr-FR"/>
              </w:rPr>
              <w:t>o</w:t>
            </w:r>
            <w:r>
              <w:rPr>
                <w:b/>
                <w:color w:val="0D5F78"/>
                <w:lang w:val="fr-FR"/>
              </w:rPr>
              <w:t>nstrucții</w:t>
            </w:r>
            <w:proofErr w:type="spellEnd"/>
            <w:r>
              <w:rPr>
                <w:b/>
                <w:color w:val="0D5F78"/>
                <w:lang w:val="fr-FR"/>
              </w:rPr>
              <w:t xml:space="preserve"> – Inspectoratul </w:t>
            </w:r>
            <w:proofErr w:type="spellStart"/>
            <w:r>
              <w:rPr>
                <w:b/>
                <w:color w:val="0D5F78"/>
                <w:lang w:val="fr-FR"/>
              </w:rPr>
              <w:t>Teritorial</w:t>
            </w:r>
            <w:proofErr w:type="spellEnd"/>
            <w:r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>
              <w:rPr>
                <w:b/>
                <w:color w:val="0D5F78"/>
                <w:lang w:val="fr-FR"/>
              </w:rPr>
              <w:t>în</w:t>
            </w:r>
            <w:proofErr w:type="spellEnd"/>
            <w:r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>
              <w:rPr>
                <w:b/>
                <w:color w:val="0D5F78"/>
                <w:lang w:val="fr-FR"/>
              </w:rPr>
              <w:t>Construcții</w:t>
            </w:r>
            <w:proofErr w:type="spellEnd"/>
          </w:p>
          <w:p w14:paraId="07FA9FC2" w14:textId="77777777" w:rsidR="0014338B" w:rsidRPr="00895605" w:rsidRDefault="0014338B">
            <w:pPr>
              <w:keepNext/>
              <w:rPr>
                <w:lang w:val="fr-FR"/>
              </w:rPr>
            </w:pPr>
          </w:p>
        </w:tc>
      </w:tr>
      <w:tr w:rsidR="0014338B" w14:paraId="5B797998" w14:textId="77777777">
        <w:trPr>
          <w:cantSplit/>
          <w:trHeight w:val="510"/>
        </w:trPr>
        <w:tc>
          <w:tcPr>
            <w:tcW w:w="1606" w:type="dxa"/>
            <w:vMerge/>
          </w:tcPr>
          <w:p w14:paraId="18868D29" w14:textId="77777777" w:rsidR="0014338B" w:rsidRPr="00895605" w:rsidRDefault="0014338B">
            <w:pPr>
              <w:rPr>
                <w:lang w:val="fr-FR"/>
              </w:rPr>
            </w:pPr>
          </w:p>
        </w:tc>
        <w:tc>
          <w:tcPr>
            <w:tcW w:w="2409" w:type="dxa"/>
            <w:shd w:val="clear" w:color="auto" w:fill="F0F0F0"/>
          </w:tcPr>
          <w:p w14:paraId="7CE21EDB" w14:textId="77777777" w:rsidR="0014338B" w:rsidRPr="00895605" w:rsidRDefault="00000000">
            <w:pPr>
              <w:keepNext/>
              <w:rPr>
                <w:lang w:val="fr-FR"/>
              </w:rPr>
            </w:pPr>
            <w:r w:rsidRPr="00895605">
              <w:rPr>
                <w:b/>
                <w:color w:val="0D5F78"/>
                <w:lang w:val="fr-FR"/>
              </w:rPr>
              <w:t xml:space="preserve">Cod de </w:t>
            </w:r>
            <w:proofErr w:type="spellStart"/>
            <w:r w:rsidRPr="00895605">
              <w:rPr>
                <w:b/>
                <w:color w:val="0D5F78"/>
                <w:lang w:val="fr-FR"/>
              </w:rPr>
              <w:t>identificare</w:t>
            </w:r>
            <w:proofErr w:type="spellEnd"/>
            <w:r w:rsidRPr="00895605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895605">
              <w:rPr>
                <w:b/>
                <w:color w:val="0D5F78"/>
                <w:lang w:val="fr-FR"/>
              </w:rPr>
              <w:t>fiscală</w:t>
            </w:r>
            <w:proofErr w:type="spellEnd"/>
            <w:r w:rsidRPr="00895605">
              <w:rPr>
                <w:b/>
                <w:color w:val="0D5F78"/>
                <w:lang w:val="fr-FR"/>
              </w:rPr>
              <w:t xml:space="preserve"> (CIF)</w:t>
            </w:r>
          </w:p>
          <w:p w14:paraId="09C6A3E9" w14:textId="77777777" w:rsidR="0014338B" w:rsidRPr="00895605" w:rsidRDefault="0014338B">
            <w:pPr>
              <w:keepNext/>
              <w:rPr>
                <w:lang w:val="fr-FR"/>
              </w:rPr>
            </w:pPr>
          </w:p>
        </w:tc>
        <w:tc>
          <w:tcPr>
            <w:tcW w:w="5621" w:type="dxa"/>
            <w:gridSpan w:val="2"/>
            <w:shd w:val="clear" w:color="auto" w:fill="F0F0F0"/>
          </w:tcPr>
          <w:p w14:paraId="248AC7EF" w14:textId="77777777" w:rsidR="0014338B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Adresa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oficială</w:t>
            </w:r>
            <w:proofErr w:type="spellEnd"/>
          </w:p>
          <w:p w14:paraId="7B24EEB1" w14:textId="77777777" w:rsidR="0014338B" w:rsidRDefault="00000000">
            <w:pPr>
              <w:keepNext/>
            </w:pPr>
            <w:proofErr w:type="spellStart"/>
            <w:r>
              <w:rPr>
                <w:i/>
                <w:color w:val="7A7A7A"/>
              </w:rPr>
              <w:t>sediul</w:t>
            </w:r>
            <w:proofErr w:type="spellEnd"/>
            <w:r>
              <w:rPr>
                <w:i/>
                <w:color w:val="7A7A7A"/>
              </w:rPr>
              <w:t xml:space="preserve"> · </w:t>
            </w:r>
            <w:proofErr w:type="spellStart"/>
            <w:r>
              <w:rPr>
                <w:i/>
                <w:color w:val="7A7A7A"/>
              </w:rPr>
              <w:t>telefon</w:t>
            </w:r>
            <w:proofErr w:type="spellEnd"/>
            <w:r>
              <w:rPr>
                <w:i/>
                <w:color w:val="7A7A7A"/>
              </w:rPr>
              <w:t xml:space="preserve"> · e-mail</w:t>
            </w:r>
          </w:p>
          <w:p w14:paraId="52E5F875" w14:textId="77777777" w:rsidR="0014338B" w:rsidRDefault="0014338B">
            <w:pPr>
              <w:keepNext/>
            </w:pPr>
          </w:p>
        </w:tc>
      </w:tr>
      <w:tr w:rsidR="0014338B" w14:paraId="2EFFF94C" w14:textId="77777777">
        <w:trPr>
          <w:cantSplit/>
          <w:trHeight w:val="510"/>
        </w:trPr>
        <w:tc>
          <w:tcPr>
            <w:tcW w:w="1606" w:type="dxa"/>
            <w:vMerge/>
          </w:tcPr>
          <w:p w14:paraId="5E3A94EF" w14:textId="77777777" w:rsidR="0014338B" w:rsidRDefault="0014338B"/>
        </w:tc>
        <w:tc>
          <w:tcPr>
            <w:tcW w:w="4818" w:type="dxa"/>
            <w:gridSpan w:val="2"/>
            <w:shd w:val="clear" w:color="auto" w:fill="F0F0F0"/>
          </w:tcPr>
          <w:p w14:paraId="08707111" w14:textId="77777777" w:rsidR="0014338B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Număr</w:t>
            </w:r>
            <w:proofErr w:type="spellEnd"/>
            <w:r>
              <w:rPr>
                <w:b/>
                <w:color w:val="0D5F78"/>
              </w:rPr>
              <w:t xml:space="preserve"> de </w:t>
            </w:r>
            <w:proofErr w:type="spellStart"/>
            <w:r>
              <w:rPr>
                <w:b/>
                <w:color w:val="0D5F78"/>
              </w:rPr>
              <w:t>înregistrare</w:t>
            </w:r>
            <w:proofErr w:type="spellEnd"/>
          </w:p>
          <w:p w14:paraId="5CAE3D4A" w14:textId="77777777" w:rsidR="0014338B" w:rsidRDefault="0014338B">
            <w:pPr>
              <w:keepNext/>
            </w:pPr>
          </w:p>
        </w:tc>
        <w:tc>
          <w:tcPr>
            <w:tcW w:w="3212" w:type="dxa"/>
            <w:shd w:val="clear" w:color="auto" w:fill="F0F0F0"/>
          </w:tcPr>
          <w:p w14:paraId="23722EDB" w14:textId="77777777" w:rsidR="0014338B" w:rsidRDefault="00000000">
            <w:pPr>
              <w:keepNext/>
            </w:pPr>
            <w:r>
              <w:rPr>
                <w:b/>
                <w:color w:val="0D5F78"/>
              </w:rPr>
              <w:t>Data</w:t>
            </w:r>
          </w:p>
          <w:p w14:paraId="6E7C3B68" w14:textId="77777777" w:rsidR="0014338B" w:rsidRDefault="0014338B">
            <w:pPr>
              <w:keepNext/>
            </w:pPr>
          </w:p>
        </w:tc>
      </w:tr>
      <w:tr w:rsidR="0014338B" w:rsidRPr="00143D03" w14:paraId="31A4DBA9" w14:textId="77777777">
        <w:trPr>
          <w:cantSplit/>
        </w:trPr>
        <w:tc>
          <w:tcPr>
            <w:tcW w:w="9636" w:type="dxa"/>
            <w:gridSpan w:val="4"/>
            <w:shd w:val="clear" w:color="auto" w:fill="F0F0F0"/>
          </w:tcPr>
          <w:p w14:paraId="2D0B9D78" w14:textId="77777777" w:rsidR="0014338B" w:rsidRPr="00895605" w:rsidRDefault="00000000">
            <w:pPr>
              <w:rPr>
                <w:lang w:val="fr-FR"/>
              </w:rPr>
            </w:pPr>
            <w:r w:rsidRPr="00895605">
              <w:rPr>
                <w:i/>
                <w:color w:val="595959"/>
                <w:lang w:val="fr-FR"/>
              </w:rPr>
              <w:t xml:space="preserve"> </w:t>
            </w:r>
            <w:proofErr w:type="gramStart"/>
            <w:r w:rsidRPr="00895605">
              <w:rPr>
                <w:i/>
                <w:color w:val="595959"/>
                <w:lang w:val="fr-FR"/>
              </w:rPr>
              <w:t>se</w:t>
            </w:r>
            <w:proofErr w:type="gramEnd"/>
            <w:r w:rsidRPr="00895605">
              <w:rPr>
                <w:i/>
                <w:color w:val="595959"/>
                <w:lang w:val="fr-FR"/>
              </w:rPr>
              <w:t xml:space="preserve"> </w:t>
            </w:r>
            <w:proofErr w:type="spellStart"/>
            <w:r w:rsidRPr="00895605">
              <w:rPr>
                <w:i/>
                <w:color w:val="595959"/>
                <w:lang w:val="fr-FR"/>
              </w:rPr>
              <w:t>completează</w:t>
            </w:r>
            <w:proofErr w:type="spellEnd"/>
            <w:r w:rsidRPr="00895605">
              <w:rPr>
                <w:i/>
                <w:color w:val="595959"/>
                <w:lang w:val="fr-FR"/>
              </w:rPr>
              <w:t xml:space="preserve"> de </w:t>
            </w:r>
            <w:proofErr w:type="spellStart"/>
            <w:r w:rsidRPr="00895605">
              <w:rPr>
                <w:i/>
                <w:color w:val="595959"/>
                <w:lang w:val="fr-FR"/>
              </w:rPr>
              <w:t>autoritate</w:t>
            </w:r>
            <w:proofErr w:type="spellEnd"/>
            <w:r w:rsidRPr="00895605">
              <w:rPr>
                <w:i/>
                <w:color w:val="595959"/>
                <w:lang w:val="fr-FR"/>
              </w:rPr>
              <w:t xml:space="preserve"> — </w:t>
            </w:r>
            <w:proofErr w:type="spellStart"/>
            <w:r w:rsidRPr="00895605">
              <w:rPr>
                <w:i/>
                <w:color w:val="595959"/>
                <w:lang w:val="fr-FR"/>
              </w:rPr>
              <w:t>solicitantul</w:t>
            </w:r>
            <w:proofErr w:type="spellEnd"/>
            <w:r w:rsidRPr="00895605">
              <w:rPr>
                <w:i/>
                <w:color w:val="595959"/>
                <w:lang w:val="fr-FR"/>
              </w:rPr>
              <w:t xml:space="preserve"> nu </w:t>
            </w:r>
            <w:proofErr w:type="spellStart"/>
            <w:r w:rsidRPr="00895605">
              <w:rPr>
                <w:i/>
                <w:color w:val="595959"/>
                <w:lang w:val="fr-FR"/>
              </w:rPr>
              <w:t>scrie</w:t>
            </w:r>
            <w:proofErr w:type="spellEnd"/>
            <w:r w:rsidRPr="00895605">
              <w:rPr>
                <w:i/>
                <w:color w:val="595959"/>
                <w:lang w:val="fr-FR"/>
              </w:rPr>
              <w:t xml:space="preserve"> </w:t>
            </w:r>
            <w:proofErr w:type="spellStart"/>
            <w:r w:rsidRPr="00895605">
              <w:rPr>
                <w:i/>
                <w:color w:val="595959"/>
                <w:lang w:val="fr-FR"/>
              </w:rPr>
              <w:t>în</w:t>
            </w:r>
            <w:proofErr w:type="spellEnd"/>
            <w:r w:rsidRPr="00895605">
              <w:rPr>
                <w:i/>
                <w:color w:val="595959"/>
                <w:lang w:val="fr-FR"/>
              </w:rPr>
              <w:t xml:space="preserve"> </w:t>
            </w:r>
            <w:proofErr w:type="spellStart"/>
            <w:r w:rsidRPr="00895605">
              <w:rPr>
                <w:i/>
                <w:color w:val="595959"/>
                <w:lang w:val="fr-FR"/>
              </w:rPr>
              <w:t>această</w:t>
            </w:r>
            <w:proofErr w:type="spellEnd"/>
            <w:r w:rsidRPr="00895605">
              <w:rPr>
                <w:i/>
                <w:color w:val="595959"/>
                <w:lang w:val="fr-FR"/>
              </w:rPr>
              <w:t xml:space="preserve"> </w:t>
            </w:r>
            <w:proofErr w:type="spellStart"/>
            <w:r w:rsidRPr="00895605">
              <w:rPr>
                <w:i/>
                <w:color w:val="595959"/>
                <w:lang w:val="fr-FR"/>
              </w:rPr>
              <w:t>zonă</w:t>
            </w:r>
            <w:proofErr w:type="spellEnd"/>
          </w:p>
        </w:tc>
      </w:tr>
    </w:tbl>
    <w:p w14:paraId="3822D713" w14:textId="77777777" w:rsidR="0014338B" w:rsidRPr="00143D03" w:rsidRDefault="00000000" w:rsidP="005C403B">
      <w:pPr>
        <w:spacing w:before="140" w:after="40"/>
        <w:jc w:val="center"/>
        <w:rPr>
          <w:sz w:val="28"/>
          <w:szCs w:val="28"/>
        </w:rPr>
      </w:pPr>
      <w:r w:rsidRPr="00143D03">
        <w:rPr>
          <w:b/>
          <w:sz w:val="28"/>
          <w:szCs w:val="28"/>
        </w:rPr>
        <w:t>ÎNȘTIINȚARE</w:t>
      </w:r>
    </w:p>
    <w:p w14:paraId="7475FDAB" w14:textId="032D3095" w:rsidR="00071E24" w:rsidRDefault="00000000" w:rsidP="00071E24">
      <w:pPr>
        <w:spacing w:after="120"/>
        <w:jc w:val="center"/>
        <w:rPr>
          <w:sz w:val="19"/>
        </w:rPr>
      </w:pPr>
      <w:proofErr w:type="spellStart"/>
      <w:r>
        <w:rPr>
          <w:sz w:val="19"/>
        </w:rPr>
        <w:t>privind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încheierea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execuției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lucrărilor</w:t>
      </w:r>
      <w:proofErr w:type="spellEnd"/>
    </w:p>
    <w:p w14:paraId="02C40D1C" w14:textId="77777777" w:rsidR="00071E24" w:rsidRDefault="00071E24" w:rsidP="005C403B">
      <w:pPr>
        <w:spacing w:after="120"/>
        <w:jc w:val="center"/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14338B" w14:paraId="33522B72" w14:textId="77777777">
        <w:trPr>
          <w:cantSplit/>
        </w:trPr>
        <w:tc>
          <w:tcPr>
            <w:tcW w:w="9636" w:type="dxa"/>
            <w:shd w:val="clear" w:color="auto" w:fill="F4F4F4"/>
          </w:tcPr>
          <w:p w14:paraId="4E01BA3A" w14:textId="77777777" w:rsidR="0014338B" w:rsidRDefault="00000000">
            <w:pPr>
              <w:keepNext/>
            </w:pPr>
            <w:r>
              <w:rPr>
                <w:b/>
                <w:sz w:val="16"/>
              </w:rPr>
              <w:t xml:space="preserve"> 1. </w:t>
            </w:r>
            <w:r>
              <w:rPr>
                <w:b/>
                <w:color w:val="000000"/>
                <w:sz w:val="18"/>
              </w:rPr>
              <w:t>CĂTRE</w:t>
            </w:r>
          </w:p>
        </w:tc>
      </w:tr>
      <w:tr w:rsidR="0014338B" w:rsidRPr="00895605" w14:paraId="7F85BD73" w14:textId="77777777">
        <w:trPr>
          <w:cantSplit/>
          <w:trHeight w:val="510"/>
        </w:trPr>
        <w:tc>
          <w:tcPr>
            <w:tcW w:w="9636" w:type="dxa"/>
          </w:tcPr>
          <w:p w14:paraId="3D3D9B90" w14:textId="77777777" w:rsidR="0014338B" w:rsidRPr="00895605" w:rsidRDefault="0014338B" w:rsidP="00895605">
            <w:pPr>
              <w:keepNext/>
              <w:rPr>
                <w:lang w:val="fr-FR"/>
              </w:rPr>
            </w:pPr>
          </w:p>
        </w:tc>
      </w:tr>
      <w:tr w:rsidR="0014338B" w:rsidRPr="00895605" w14:paraId="4EAE8335" w14:textId="77777777">
        <w:trPr>
          <w:cantSplit/>
        </w:trPr>
        <w:tc>
          <w:tcPr>
            <w:tcW w:w="9636" w:type="dxa"/>
            <w:shd w:val="clear" w:color="auto" w:fill="F4F4F4"/>
          </w:tcPr>
          <w:p w14:paraId="48C1D253" w14:textId="3261A8BC" w:rsidR="0014338B" w:rsidRPr="00895605" w:rsidRDefault="00000000">
            <w:pPr>
              <w:spacing w:line="228" w:lineRule="auto"/>
              <w:rPr>
                <w:lang w:val="fr-FR"/>
              </w:rPr>
            </w:pPr>
            <w:proofErr w:type="spellStart"/>
            <w:r w:rsidRPr="00895605">
              <w:rPr>
                <w:lang w:val="fr-FR"/>
              </w:rPr>
              <w:t>Cererea</w:t>
            </w:r>
            <w:proofErr w:type="spellEnd"/>
            <w:r w:rsidRPr="00895605">
              <w:rPr>
                <w:lang w:val="fr-FR"/>
              </w:rPr>
              <w:t xml:space="preserve"> va fi </w:t>
            </w:r>
            <w:proofErr w:type="spellStart"/>
            <w:r w:rsidR="00895605" w:rsidRPr="00895605">
              <w:rPr>
                <w:lang w:val="fr-FR"/>
              </w:rPr>
              <w:t>adresată</w:t>
            </w:r>
            <w:proofErr w:type="spellEnd"/>
            <w:r w:rsidRPr="00895605">
              <w:rPr>
                <w:lang w:val="fr-FR"/>
              </w:rPr>
              <w:t xml:space="preserve"> </w:t>
            </w:r>
            <w:proofErr w:type="spellStart"/>
            <w:r w:rsidRPr="00895605">
              <w:rPr>
                <w:lang w:val="fr-FR"/>
              </w:rPr>
              <w:t>către</w:t>
            </w:r>
            <w:proofErr w:type="spellEnd"/>
            <w:r w:rsidRPr="00895605">
              <w:rPr>
                <w:lang w:val="fr-FR"/>
              </w:rPr>
              <w:t xml:space="preserve"> </w:t>
            </w:r>
            <w:proofErr w:type="spellStart"/>
            <w:r w:rsidR="00895605" w:rsidRPr="00895605">
              <w:rPr>
                <w:lang w:val="fr-FR"/>
              </w:rPr>
              <w:t>conducerea</w:t>
            </w:r>
            <w:proofErr w:type="spellEnd"/>
            <w:r w:rsidR="00895605" w:rsidRPr="00895605">
              <w:rPr>
                <w:lang w:val="fr-FR"/>
              </w:rPr>
              <w:t xml:space="preserve"> </w:t>
            </w:r>
            <w:proofErr w:type="spellStart"/>
            <w:r w:rsidR="00895605" w:rsidRPr="00895605">
              <w:rPr>
                <w:lang w:val="fr-FR"/>
              </w:rPr>
              <w:t>Inspectoratului</w:t>
            </w:r>
            <w:proofErr w:type="spellEnd"/>
            <w:r w:rsidR="00895605" w:rsidRPr="00895605">
              <w:rPr>
                <w:lang w:val="fr-FR"/>
              </w:rPr>
              <w:t xml:space="preserve"> </w:t>
            </w:r>
            <w:proofErr w:type="spellStart"/>
            <w:r w:rsidR="00895605">
              <w:rPr>
                <w:lang w:val="fr-FR"/>
              </w:rPr>
              <w:t>Teritorial</w:t>
            </w:r>
            <w:proofErr w:type="spellEnd"/>
            <w:r w:rsidR="00895605">
              <w:rPr>
                <w:lang w:val="fr-FR"/>
              </w:rPr>
              <w:t xml:space="preserve"> </w:t>
            </w:r>
            <w:proofErr w:type="spellStart"/>
            <w:r w:rsidR="00895605">
              <w:rPr>
                <w:lang w:val="fr-FR"/>
              </w:rPr>
              <w:t>în</w:t>
            </w:r>
            <w:proofErr w:type="spellEnd"/>
            <w:r w:rsidR="00895605">
              <w:rPr>
                <w:lang w:val="fr-FR"/>
              </w:rPr>
              <w:t xml:space="preserve"> </w:t>
            </w:r>
            <w:proofErr w:type="spellStart"/>
            <w:r w:rsidR="00895605">
              <w:rPr>
                <w:lang w:val="fr-FR"/>
              </w:rPr>
              <w:t>Construcții</w:t>
            </w:r>
            <w:proofErr w:type="spellEnd"/>
          </w:p>
        </w:tc>
      </w:tr>
    </w:tbl>
    <w:p w14:paraId="17EC65EB" w14:textId="77777777" w:rsidR="0014338B" w:rsidRPr="00895605" w:rsidRDefault="0014338B">
      <w:pPr>
        <w:spacing w:line="168" w:lineRule="auto"/>
        <w:rPr>
          <w:lang w:val="fr-FR"/>
        </w:rPr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1606"/>
        <w:gridCol w:w="803"/>
        <w:gridCol w:w="803"/>
        <w:gridCol w:w="803"/>
        <w:gridCol w:w="803"/>
        <w:gridCol w:w="1606"/>
        <w:gridCol w:w="1606"/>
      </w:tblGrid>
      <w:tr w:rsidR="0014338B" w14:paraId="42C86224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630E9DCB" w14:textId="77777777" w:rsidR="0014338B" w:rsidRDefault="00000000">
            <w:pPr>
              <w:keepNext/>
            </w:pPr>
            <w:r w:rsidRPr="00895605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2. </w:t>
            </w:r>
            <w:r>
              <w:rPr>
                <w:b/>
                <w:color w:val="000000"/>
                <w:sz w:val="18"/>
              </w:rPr>
              <w:t>SOLICITANTUL</w:t>
            </w:r>
          </w:p>
        </w:tc>
      </w:tr>
      <w:tr w:rsidR="0014338B" w14:paraId="1AB91475" w14:textId="77777777">
        <w:trPr>
          <w:cantSplit/>
          <w:trHeight w:val="510"/>
        </w:trPr>
        <w:tc>
          <w:tcPr>
            <w:tcW w:w="5621" w:type="dxa"/>
            <w:gridSpan w:val="5"/>
          </w:tcPr>
          <w:p w14:paraId="1C69E06A" w14:textId="77777777" w:rsidR="0014338B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Nume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și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prenume</w:t>
            </w:r>
            <w:proofErr w:type="spellEnd"/>
          </w:p>
          <w:p w14:paraId="24D2F41D" w14:textId="77777777" w:rsidR="0014338B" w:rsidRDefault="0014338B">
            <w:pPr>
              <w:keepNext/>
            </w:pPr>
          </w:p>
        </w:tc>
        <w:tc>
          <w:tcPr>
            <w:tcW w:w="4015" w:type="dxa"/>
            <w:gridSpan w:val="3"/>
          </w:tcPr>
          <w:p w14:paraId="4BEBB974" w14:textId="77777777" w:rsidR="0014338B" w:rsidRDefault="00000000">
            <w:pPr>
              <w:keepNext/>
            </w:pPr>
            <w:r>
              <w:rPr>
                <w:b/>
                <w:color w:val="0D5F78"/>
              </w:rPr>
              <w:t>CNP</w:t>
            </w:r>
          </w:p>
          <w:p w14:paraId="2D366478" w14:textId="77777777" w:rsidR="0014338B" w:rsidRDefault="0014338B">
            <w:pPr>
              <w:keepNext/>
            </w:pPr>
          </w:p>
        </w:tc>
      </w:tr>
      <w:tr w:rsidR="0014338B" w14:paraId="7C9A36A3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49527D35" w14:textId="77777777" w:rsidR="0014338B" w:rsidRDefault="00000000">
            <w:pPr>
              <w:keepNext/>
            </w:pPr>
            <w:r>
              <w:rPr>
                <w:sz w:val="16"/>
              </w:rPr>
              <w:t xml:space="preserve"> Act de </w:t>
            </w:r>
            <w:proofErr w:type="spellStart"/>
            <w:r>
              <w:rPr>
                <w:sz w:val="16"/>
              </w:rPr>
              <w:t>identitate</w:t>
            </w:r>
            <w:proofErr w:type="spellEnd"/>
          </w:p>
        </w:tc>
      </w:tr>
      <w:tr w:rsidR="0014338B" w14:paraId="0F5DB260" w14:textId="77777777">
        <w:trPr>
          <w:cantSplit/>
          <w:trHeight w:val="510"/>
        </w:trPr>
        <w:tc>
          <w:tcPr>
            <w:tcW w:w="1606" w:type="dxa"/>
          </w:tcPr>
          <w:p w14:paraId="432F09FE" w14:textId="77777777" w:rsidR="0014338B" w:rsidRDefault="00000000">
            <w:pPr>
              <w:keepNext/>
            </w:pPr>
            <w:r>
              <w:rPr>
                <w:b/>
                <w:color w:val="0D5F78"/>
              </w:rPr>
              <w:t>Seria</w:t>
            </w:r>
          </w:p>
          <w:p w14:paraId="7E9F3BFF" w14:textId="77777777" w:rsidR="0014338B" w:rsidRDefault="0014338B">
            <w:pPr>
              <w:keepNext/>
            </w:pPr>
          </w:p>
        </w:tc>
        <w:tc>
          <w:tcPr>
            <w:tcW w:w="1606" w:type="dxa"/>
          </w:tcPr>
          <w:p w14:paraId="3DCDA6F7" w14:textId="77777777" w:rsidR="0014338B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Numărul</w:t>
            </w:r>
            <w:proofErr w:type="spellEnd"/>
          </w:p>
          <w:p w14:paraId="158B18FD" w14:textId="77777777" w:rsidR="0014338B" w:rsidRDefault="0014338B">
            <w:pPr>
              <w:keepNext/>
            </w:pPr>
          </w:p>
        </w:tc>
        <w:tc>
          <w:tcPr>
            <w:tcW w:w="4818" w:type="dxa"/>
            <w:gridSpan w:val="5"/>
          </w:tcPr>
          <w:p w14:paraId="144A71C9" w14:textId="77777777" w:rsidR="0014338B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Eliberat</w:t>
            </w:r>
            <w:proofErr w:type="spellEnd"/>
            <w:r>
              <w:rPr>
                <w:b/>
                <w:color w:val="0D5F78"/>
              </w:rPr>
              <w:t xml:space="preserve"> de</w:t>
            </w:r>
          </w:p>
          <w:p w14:paraId="06FBF7A0" w14:textId="77777777" w:rsidR="0014338B" w:rsidRDefault="0014338B">
            <w:pPr>
              <w:keepNext/>
            </w:pPr>
          </w:p>
        </w:tc>
        <w:tc>
          <w:tcPr>
            <w:tcW w:w="1606" w:type="dxa"/>
          </w:tcPr>
          <w:p w14:paraId="0B57732B" w14:textId="77777777" w:rsidR="0014338B" w:rsidRDefault="00000000">
            <w:pPr>
              <w:keepNext/>
            </w:pPr>
            <w:r>
              <w:rPr>
                <w:b/>
                <w:color w:val="0D5F78"/>
              </w:rPr>
              <w:t>La data</w:t>
            </w:r>
          </w:p>
          <w:p w14:paraId="34E9FB62" w14:textId="77777777" w:rsidR="0014338B" w:rsidRDefault="0014338B">
            <w:pPr>
              <w:keepNext/>
            </w:pPr>
          </w:p>
        </w:tc>
      </w:tr>
      <w:tr w:rsidR="0014338B" w14:paraId="049D4975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1890C333" w14:textId="77777777" w:rsidR="0014338B" w:rsidRDefault="00000000">
            <w:pPr>
              <w:keepNext/>
            </w:pPr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Domiciliul</w:t>
            </w:r>
            <w:proofErr w:type="spellEnd"/>
          </w:p>
        </w:tc>
      </w:tr>
      <w:tr w:rsidR="0014338B" w14:paraId="6673C957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2117BD63" w14:textId="77777777" w:rsidR="0014338B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Județul</w:t>
            </w:r>
            <w:proofErr w:type="spellEnd"/>
          </w:p>
          <w:p w14:paraId="26C93511" w14:textId="77777777" w:rsidR="0014338B" w:rsidRDefault="0014338B">
            <w:pPr>
              <w:keepNext/>
            </w:pPr>
          </w:p>
        </w:tc>
        <w:tc>
          <w:tcPr>
            <w:tcW w:w="3212" w:type="dxa"/>
            <w:gridSpan w:val="4"/>
          </w:tcPr>
          <w:p w14:paraId="10058633" w14:textId="77777777" w:rsidR="0014338B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Municipiul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orașul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comuna</w:t>
            </w:r>
            <w:proofErr w:type="spellEnd"/>
          </w:p>
          <w:p w14:paraId="3EFA0EC5" w14:textId="77777777" w:rsidR="0014338B" w:rsidRDefault="0014338B">
            <w:pPr>
              <w:keepNext/>
            </w:pPr>
          </w:p>
        </w:tc>
        <w:tc>
          <w:tcPr>
            <w:tcW w:w="3212" w:type="dxa"/>
            <w:gridSpan w:val="2"/>
          </w:tcPr>
          <w:p w14:paraId="1A1576E8" w14:textId="77777777" w:rsidR="0014338B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Satul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sectorul</w:t>
            </w:r>
            <w:proofErr w:type="spellEnd"/>
          </w:p>
          <w:p w14:paraId="447F65DE" w14:textId="77777777" w:rsidR="0014338B" w:rsidRDefault="0014338B">
            <w:pPr>
              <w:keepNext/>
            </w:pPr>
          </w:p>
        </w:tc>
      </w:tr>
      <w:tr w:rsidR="0014338B" w14:paraId="6AC1D48D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03000AB1" w14:textId="77777777" w:rsidR="0014338B" w:rsidRDefault="00000000">
            <w:pPr>
              <w:keepNext/>
            </w:pPr>
            <w:r>
              <w:rPr>
                <w:b/>
                <w:color w:val="0D5F78"/>
              </w:rPr>
              <w:t>Strada</w:t>
            </w:r>
          </w:p>
          <w:p w14:paraId="33A6D3FC" w14:textId="77777777" w:rsidR="0014338B" w:rsidRDefault="0014338B">
            <w:pPr>
              <w:keepNext/>
            </w:pPr>
          </w:p>
        </w:tc>
        <w:tc>
          <w:tcPr>
            <w:tcW w:w="803" w:type="dxa"/>
          </w:tcPr>
          <w:p w14:paraId="221F406B" w14:textId="77777777" w:rsidR="0014338B" w:rsidRDefault="00000000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23F7197F" w14:textId="77777777" w:rsidR="0014338B" w:rsidRDefault="0014338B">
            <w:pPr>
              <w:keepNext/>
            </w:pPr>
          </w:p>
        </w:tc>
        <w:tc>
          <w:tcPr>
            <w:tcW w:w="803" w:type="dxa"/>
          </w:tcPr>
          <w:p w14:paraId="5999E1B2" w14:textId="77777777" w:rsidR="0014338B" w:rsidRDefault="00000000">
            <w:pPr>
              <w:keepNext/>
            </w:pPr>
            <w:r>
              <w:rPr>
                <w:b/>
                <w:color w:val="0D5F78"/>
              </w:rPr>
              <w:t>Sc.</w:t>
            </w:r>
          </w:p>
          <w:p w14:paraId="7F744B38" w14:textId="77777777" w:rsidR="0014338B" w:rsidRDefault="0014338B">
            <w:pPr>
              <w:keepNext/>
            </w:pPr>
          </w:p>
        </w:tc>
        <w:tc>
          <w:tcPr>
            <w:tcW w:w="803" w:type="dxa"/>
          </w:tcPr>
          <w:p w14:paraId="2B769037" w14:textId="77777777" w:rsidR="0014338B" w:rsidRDefault="00000000">
            <w:pPr>
              <w:keepNext/>
            </w:pPr>
            <w:r>
              <w:rPr>
                <w:b/>
                <w:color w:val="0D5F78"/>
              </w:rPr>
              <w:t>Et.</w:t>
            </w:r>
          </w:p>
          <w:p w14:paraId="7E8764F8" w14:textId="77777777" w:rsidR="0014338B" w:rsidRDefault="0014338B">
            <w:pPr>
              <w:keepNext/>
            </w:pPr>
          </w:p>
        </w:tc>
        <w:tc>
          <w:tcPr>
            <w:tcW w:w="803" w:type="dxa"/>
          </w:tcPr>
          <w:p w14:paraId="2B3979E0" w14:textId="77777777" w:rsidR="0014338B" w:rsidRDefault="00000000">
            <w:pPr>
              <w:keepNext/>
            </w:pPr>
            <w:r>
              <w:rPr>
                <w:b/>
                <w:color w:val="0D5F78"/>
              </w:rPr>
              <w:t>Ap.</w:t>
            </w:r>
          </w:p>
          <w:p w14:paraId="570562E9" w14:textId="77777777" w:rsidR="0014338B" w:rsidRDefault="0014338B">
            <w:pPr>
              <w:keepNext/>
            </w:pPr>
          </w:p>
        </w:tc>
        <w:tc>
          <w:tcPr>
            <w:tcW w:w="1606" w:type="dxa"/>
          </w:tcPr>
          <w:p w14:paraId="04B06B00" w14:textId="77777777" w:rsidR="0014338B" w:rsidRDefault="00000000">
            <w:pPr>
              <w:keepNext/>
            </w:pPr>
            <w:r>
              <w:rPr>
                <w:b/>
                <w:color w:val="0D5F78"/>
              </w:rPr>
              <w:t xml:space="preserve">Cod </w:t>
            </w:r>
            <w:proofErr w:type="spellStart"/>
            <w:r>
              <w:rPr>
                <w:b/>
                <w:color w:val="0D5F78"/>
              </w:rPr>
              <w:t>poștal</w:t>
            </w:r>
            <w:proofErr w:type="spellEnd"/>
          </w:p>
          <w:p w14:paraId="7F05971E" w14:textId="77777777" w:rsidR="0014338B" w:rsidRDefault="0014338B">
            <w:pPr>
              <w:keepNext/>
            </w:pPr>
          </w:p>
        </w:tc>
        <w:tc>
          <w:tcPr>
            <w:tcW w:w="1606" w:type="dxa"/>
          </w:tcPr>
          <w:p w14:paraId="14835BFA" w14:textId="77777777" w:rsidR="0014338B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Țara</w:t>
            </w:r>
            <w:proofErr w:type="spellEnd"/>
          </w:p>
          <w:p w14:paraId="0E6C45E3" w14:textId="77777777" w:rsidR="0014338B" w:rsidRDefault="0014338B">
            <w:pPr>
              <w:keepNext/>
            </w:pPr>
          </w:p>
        </w:tc>
      </w:tr>
      <w:tr w:rsidR="0014338B" w14:paraId="1EC65C27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2904232E" w14:textId="77777777" w:rsidR="0014338B" w:rsidRDefault="00000000">
            <w:pPr>
              <w:keepNext/>
            </w:pPr>
            <w:r>
              <w:rPr>
                <w:sz w:val="16"/>
              </w:rPr>
              <w:t xml:space="preserve"> Date de contact</w:t>
            </w:r>
          </w:p>
        </w:tc>
      </w:tr>
      <w:tr w:rsidR="0014338B" w14:paraId="6CD89B20" w14:textId="77777777">
        <w:trPr>
          <w:cantSplit/>
          <w:trHeight w:val="510"/>
        </w:trPr>
        <w:tc>
          <w:tcPr>
            <w:tcW w:w="4015" w:type="dxa"/>
            <w:gridSpan w:val="3"/>
          </w:tcPr>
          <w:p w14:paraId="3AC9FFBD" w14:textId="77777777" w:rsidR="0014338B" w:rsidRDefault="00000000">
            <w:proofErr w:type="spellStart"/>
            <w:r>
              <w:rPr>
                <w:b/>
                <w:color w:val="0D5F78"/>
              </w:rPr>
              <w:t>Telefon</w:t>
            </w:r>
            <w:proofErr w:type="spellEnd"/>
            <w:r>
              <w:rPr>
                <w:b/>
                <w:color w:val="0D5F78"/>
              </w:rPr>
              <w:t xml:space="preserve"> / fax</w:t>
            </w:r>
          </w:p>
          <w:p w14:paraId="7264B8A5" w14:textId="77777777" w:rsidR="0014338B" w:rsidRDefault="0014338B"/>
        </w:tc>
        <w:tc>
          <w:tcPr>
            <w:tcW w:w="5621" w:type="dxa"/>
            <w:gridSpan w:val="5"/>
          </w:tcPr>
          <w:p w14:paraId="1D0C7A9E" w14:textId="77777777" w:rsidR="0014338B" w:rsidRDefault="00000000">
            <w:r>
              <w:rPr>
                <w:b/>
                <w:color w:val="0D5F78"/>
              </w:rPr>
              <w:t>E-mail</w:t>
            </w:r>
          </w:p>
          <w:p w14:paraId="02C8CFCD" w14:textId="77777777" w:rsidR="0014338B" w:rsidRDefault="0014338B"/>
        </w:tc>
      </w:tr>
    </w:tbl>
    <w:p w14:paraId="4CC4088C" w14:textId="77777777" w:rsidR="0014338B" w:rsidRDefault="0014338B">
      <w:pPr>
        <w:spacing w:line="168" w:lineRule="auto"/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2409"/>
        <w:gridCol w:w="5621"/>
      </w:tblGrid>
      <w:tr w:rsidR="0014338B" w:rsidRPr="00143D03" w14:paraId="741DAC4D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1788BF40" w14:textId="77777777" w:rsidR="0014338B" w:rsidRPr="00895605" w:rsidRDefault="00000000">
            <w:pPr>
              <w:keepNext/>
              <w:rPr>
                <w:lang w:val="fr-FR"/>
              </w:rPr>
            </w:pPr>
            <w:r w:rsidRPr="00895605">
              <w:rPr>
                <w:b/>
                <w:sz w:val="16"/>
                <w:lang w:val="fr-FR"/>
              </w:rPr>
              <w:t xml:space="preserve"> 3. </w:t>
            </w:r>
            <w:r w:rsidRPr="00895605">
              <w:rPr>
                <w:b/>
                <w:color w:val="000000"/>
                <w:sz w:val="18"/>
                <w:lang w:val="fr-FR"/>
              </w:rPr>
              <w:t>TITULAR AL AUTORIZAȚIEI DE CONSTRUIRE / DESFIINȚARE</w:t>
            </w:r>
          </w:p>
        </w:tc>
      </w:tr>
      <w:tr w:rsidR="0014338B" w14:paraId="5B174B53" w14:textId="77777777">
        <w:trPr>
          <w:cantSplit/>
          <w:trHeight w:val="510"/>
        </w:trPr>
        <w:tc>
          <w:tcPr>
            <w:tcW w:w="1606" w:type="dxa"/>
          </w:tcPr>
          <w:p w14:paraId="3167ECB3" w14:textId="77777777" w:rsidR="0014338B" w:rsidRDefault="00000000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7AF06A10" w14:textId="77777777" w:rsidR="0014338B" w:rsidRDefault="0014338B">
            <w:pPr>
              <w:keepNext/>
            </w:pPr>
          </w:p>
        </w:tc>
        <w:tc>
          <w:tcPr>
            <w:tcW w:w="2409" w:type="dxa"/>
          </w:tcPr>
          <w:p w14:paraId="7421DC40" w14:textId="77777777" w:rsidR="0014338B" w:rsidRDefault="00000000">
            <w:pPr>
              <w:keepNext/>
            </w:pPr>
            <w:r>
              <w:rPr>
                <w:b/>
                <w:color w:val="0D5F78"/>
              </w:rPr>
              <w:t>Din data</w:t>
            </w:r>
          </w:p>
          <w:p w14:paraId="520B6794" w14:textId="77777777" w:rsidR="0014338B" w:rsidRDefault="0014338B">
            <w:pPr>
              <w:keepNext/>
            </w:pPr>
          </w:p>
        </w:tc>
        <w:tc>
          <w:tcPr>
            <w:tcW w:w="5621" w:type="dxa"/>
          </w:tcPr>
          <w:p w14:paraId="1A917B00" w14:textId="77777777" w:rsidR="0014338B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Emisă</w:t>
            </w:r>
            <w:proofErr w:type="spellEnd"/>
            <w:r>
              <w:rPr>
                <w:b/>
                <w:color w:val="0D5F78"/>
              </w:rPr>
              <w:t xml:space="preserve"> de</w:t>
            </w:r>
          </w:p>
          <w:p w14:paraId="5A28677F" w14:textId="77777777" w:rsidR="0014338B" w:rsidRDefault="0014338B">
            <w:pPr>
              <w:keepNext/>
            </w:pPr>
          </w:p>
        </w:tc>
      </w:tr>
      <w:tr w:rsidR="0014338B" w14:paraId="656D7591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27B1A757" w14:textId="77777777" w:rsidR="0014338B" w:rsidRDefault="00000000">
            <w:pPr>
              <w:keepNext/>
            </w:pPr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emisă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pentru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executarea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lucrărilor</w:t>
            </w:r>
            <w:proofErr w:type="spellEnd"/>
            <w:r>
              <w:rPr>
                <w:sz w:val="16"/>
              </w:rPr>
              <w:t xml:space="preserve"> de </w:t>
            </w:r>
            <w:proofErr w:type="spellStart"/>
            <w:r>
              <w:rPr>
                <w:sz w:val="16"/>
              </w:rPr>
              <w:t>construcții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privind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construirea</w:t>
            </w:r>
            <w:proofErr w:type="spellEnd"/>
            <w:r>
              <w:rPr>
                <w:sz w:val="16"/>
              </w:rPr>
              <w:t xml:space="preserve"> / </w:t>
            </w:r>
            <w:proofErr w:type="spellStart"/>
            <w:r>
              <w:rPr>
                <w:sz w:val="16"/>
              </w:rPr>
              <w:t>desființarea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construcțiilor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și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amenajărilor</w:t>
            </w:r>
            <w:proofErr w:type="spellEnd"/>
          </w:p>
        </w:tc>
      </w:tr>
      <w:tr w:rsidR="0014338B" w:rsidRPr="00143D03" w14:paraId="61981082" w14:textId="77777777">
        <w:trPr>
          <w:cantSplit/>
          <w:trHeight w:val="510"/>
        </w:trPr>
        <w:tc>
          <w:tcPr>
            <w:tcW w:w="9636" w:type="dxa"/>
            <w:gridSpan w:val="3"/>
          </w:tcPr>
          <w:p w14:paraId="2D4D60C7" w14:textId="1D58D239" w:rsidR="00C25235" w:rsidRPr="00143D03" w:rsidRDefault="00000000" w:rsidP="00C25235">
            <w:pPr>
              <w:keepNext/>
              <w:rPr>
                <w:b/>
                <w:color w:val="0D5F78"/>
                <w:lang w:val="fr-FR"/>
              </w:rPr>
            </w:pPr>
            <w:proofErr w:type="spellStart"/>
            <w:r w:rsidRPr="00895605">
              <w:rPr>
                <w:b/>
                <w:color w:val="0D5F78"/>
                <w:lang w:val="fr-FR"/>
              </w:rPr>
              <w:t>Denumirea</w:t>
            </w:r>
            <w:proofErr w:type="spellEnd"/>
            <w:r w:rsidRPr="00895605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895605">
              <w:rPr>
                <w:b/>
                <w:color w:val="0D5F78"/>
                <w:lang w:val="fr-FR"/>
              </w:rPr>
              <w:t>lucrării</w:t>
            </w:r>
            <w:proofErr w:type="spellEnd"/>
            <w:r w:rsidRPr="00895605">
              <w:rPr>
                <w:b/>
                <w:color w:val="0D5F78"/>
                <w:lang w:val="fr-FR"/>
              </w:rPr>
              <w:t xml:space="preserve">, </w:t>
            </w:r>
            <w:proofErr w:type="spellStart"/>
            <w:r w:rsidRPr="00895605">
              <w:rPr>
                <w:b/>
                <w:color w:val="0D5F78"/>
                <w:lang w:val="fr-FR"/>
              </w:rPr>
              <w:t>capacitatea</w:t>
            </w:r>
            <w:proofErr w:type="spellEnd"/>
            <w:r w:rsidRPr="00895605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895605">
              <w:rPr>
                <w:b/>
                <w:color w:val="0D5F78"/>
                <w:lang w:val="fr-FR"/>
              </w:rPr>
              <w:t>și</w:t>
            </w:r>
            <w:proofErr w:type="spellEnd"/>
            <w:r w:rsidRPr="00895605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895605">
              <w:rPr>
                <w:b/>
                <w:color w:val="0D5F78"/>
                <w:lang w:val="fr-FR"/>
              </w:rPr>
              <w:t>categoria</w:t>
            </w:r>
            <w:proofErr w:type="spellEnd"/>
            <w:r w:rsidRPr="00895605">
              <w:rPr>
                <w:b/>
                <w:color w:val="0D5F78"/>
                <w:lang w:val="fr-FR"/>
              </w:rPr>
              <w:t xml:space="preserve"> de </w:t>
            </w:r>
            <w:proofErr w:type="spellStart"/>
            <w:r w:rsidRPr="00895605">
              <w:rPr>
                <w:b/>
                <w:color w:val="0D5F78"/>
                <w:lang w:val="fr-FR"/>
              </w:rPr>
              <w:t>lucrări</w:t>
            </w:r>
            <w:proofErr w:type="spellEnd"/>
            <w:r w:rsidRPr="00895605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895605">
              <w:rPr>
                <w:b/>
                <w:color w:val="0D5F78"/>
                <w:lang w:val="fr-FR"/>
              </w:rPr>
              <w:t>din</w:t>
            </w:r>
            <w:proofErr w:type="spellEnd"/>
            <w:r w:rsidRPr="00895605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proofErr w:type="gramStart"/>
            <w:r w:rsidRPr="00895605">
              <w:rPr>
                <w:b/>
                <w:color w:val="0D5F78"/>
                <w:lang w:val="fr-FR"/>
              </w:rPr>
              <w:t>autorizație</w:t>
            </w:r>
            <w:proofErr w:type="spellEnd"/>
            <w:r w:rsidR="00C25235" w:rsidRPr="00143D03">
              <w:rPr>
                <w:b/>
                <w:color w:val="0D5F78"/>
                <w:lang w:val="fr-FR"/>
              </w:rPr>
              <w:t>:</w:t>
            </w:r>
            <w:proofErr w:type="gramEnd"/>
          </w:p>
          <w:p w14:paraId="2333CCC8" w14:textId="6374BABA" w:rsidR="00C25235" w:rsidRPr="00C25235" w:rsidRDefault="00C25235" w:rsidP="00C25235">
            <w:pPr>
              <w:keepNext/>
              <w:rPr>
                <w:i/>
                <w:color w:val="7A7A7A"/>
                <w:lang w:val="ro-RO"/>
              </w:rPr>
            </w:pPr>
            <w:r>
              <w:rPr>
                <w:i/>
                <w:color w:val="7A7A7A"/>
                <w:lang w:val="fr-FR"/>
              </w:rPr>
              <w:t xml:space="preserve">Se </w:t>
            </w:r>
            <w:proofErr w:type="spellStart"/>
            <w:r>
              <w:rPr>
                <w:i/>
                <w:color w:val="7A7A7A"/>
                <w:lang w:val="fr-FR"/>
              </w:rPr>
              <w:t>noteaz</w:t>
            </w:r>
            <w:proofErr w:type="spellEnd"/>
            <w:r>
              <w:rPr>
                <w:i/>
                <w:color w:val="7A7A7A"/>
                <w:lang w:val="ro-RO"/>
              </w:rPr>
              <w:t>ă titlul din autorizația de construire</w:t>
            </w:r>
          </w:p>
          <w:p w14:paraId="077902E5" w14:textId="6A151C82" w:rsidR="00C25235" w:rsidRPr="00143D03" w:rsidRDefault="00C25235">
            <w:pPr>
              <w:keepNext/>
              <w:rPr>
                <w:i/>
                <w:color w:val="7A7A7A"/>
                <w:lang w:val="ro-RO"/>
              </w:rPr>
            </w:pPr>
            <w:r w:rsidRPr="00143D03">
              <w:rPr>
                <w:i/>
                <w:color w:val="7A7A7A"/>
                <w:lang w:val="ro-RO"/>
              </w:rPr>
              <w:t xml:space="preserve">În situația în care se închid mai multe autorizații, din cadrul aceluiași obiectiv, se vor specifica fiecare, în mod distinct. </w:t>
            </w:r>
          </w:p>
          <w:p w14:paraId="44CD27B3" w14:textId="77777777" w:rsidR="00C25235" w:rsidRPr="00143D03" w:rsidRDefault="00C25235" w:rsidP="00C25235">
            <w:pPr>
              <w:spacing w:after="120"/>
              <w:rPr>
                <w:sz w:val="19"/>
                <w:lang w:val="ro-RO"/>
              </w:rPr>
            </w:pPr>
            <w:r w:rsidRPr="00143D03">
              <w:rPr>
                <w:rFonts w:ascii="Segoe UI Symbol" w:hAnsi="Segoe UI Symbol" w:cs="Segoe UI Symbol"/>
                <w:sz w:val="19"/>
                <w:lang w:val="ro-RO"/>
              </w:rPr>
              <w:t>☐</w:t>
            </w:r>
            <w:r w:rsidRPr="00143D03">
              <w:rPr>
                <w:sz w:val="19"/>
                <w:lang w:val="ro-RO"/>
              </w:rPr>
              <w:t xml:space="preserve"> Obiectiv</w:t>
            </w:r>
          </w:p>
          <w:p w14:paraId="122CE097" w14:textId="77777777" w:rsidR="0014338B" w:rsidRPr="00143D03" w:rsidRDefault="00C25235" w:rsidP="00C25235">
            <w:pPr>
              <w:spacing w:after="120"/>
              <w:rPr>
                <w:sz w:val="19"/>
                <w:lang w:val="ro-RO"/>
              </w:rPr>
            </w:pPr>
            <w:r w:rsidRPr="00143D03">
              <w:rPr>
                <w:rFonts w:ascii="Segoe UI Symbol" w:hAnsi="Segoe UI Symbol" w:cs="Segoe UI Symbol"/>
                <w:sz w:val="19"/>
                <w:lang w:val="ro-RO"/>
              </w:rPr>
              <w:t>☐</w:t>
            </w:r>
            <w:r w:rsidRPr="00143D03">
              <w:rPr>
                <w:sz w:val="19"/>
                <w:lang w:val="ro-RO"/>
              </w:rPr>
              <w:t xml:space="preserve"> Obiect</w:t>
            </w:r>
          </w:p>
          <w:p w14:paraId="58C03AAE" w14:textId="1F8FAB58" w:rsidR="00C25235" w:rsidRPr="00B862D0" w:rsidRDefault="00B11050" w:rsidP="00B862D0">
            <w:pPr>
              <w:keepNext/>
              <w:rPr>
                <w:i/>
                <w:color w:val="7A7A7A"/>
                <w:lang w:val="ro-RO"/>
              </w:rPr>
            </w:pPr>
            <w:r w:rsidRPr="00B11050">
              <w:rPr>
                <w:i/>
                <w:color w:val="7A7A7A"/>
                <w:lang w:val="ro-RO"/>
              </w:rPr>
              <w:t xml:space="preserve">Se bifează în situația în care comunicarea privind încheierea lucrărilor se face doar pentru un obiect din cadrul obiectivului (obiect: „parte/obiect/sectoare din/de construcție” distinctă în cadrul unui obiectiv, ce face subiectul P.V.R.T.L. pe „parte/obiect/sectoare din/de construcție”, conform HG 273/1994). </w:t>
            </w:r>
          </w:p>
        </w:tc>
      </w:tr>
      <w:tr w:rsidR="0014338B" w:rsidRPr="00143D03" w14:paraId="51935E19" w14:textId="77777777">
        <w:trPr>
          <w:cantSplit/>
          <w:trHeight w:val="510"/>
        </w:trPr>
        <w:tc>
          <w:tcPr>
            <w:tcW w:w="9636" w:type="dxa"/>
            <w:gridSpan w:val="3"/>
          </w:tcPr>
          <w:p w14:paraId="19411EE2" w14:textId="5DCD057F" w:rsidR="00C25235" w:rsidRPr="00143D03" w:rsidRDefault="00000000" w:rsidP="00C25235">
            <w:pPr>
              <w:rPr>
                <w:lang w:val="fr-FR"/>
              </w:rPr>
            </w:pPr>
            <w:proofErr w:type="spellStart"/>
            <w:proofErr w:type="gramStart"/>
            <w:r w:rsidRPr="00143D03">
              <w:rPr>
                <w:b/>
                <w:color w:val="0D5F78"/>
                <w:lang w:val="fr-FR"/>
              </w:rPr>
              <w:t>în</w:t>
            </w:r>
            <w:proofErr w:type="spellEnd"/>
            <w:proofErr w:type="gramEnd"/>
            <w:r w:rsidRPr="00143D03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143D03">
              <w:rPr>
                <w:b/>
                <w:color w:val="0D5F78"/>
                <w:lang w:val="fr-FR"/>
              </w:rPr>
              <w:t>valoare</w:t>
            </w:r>
            <w:proofErr w:type="spellEnd"/>
            <w:r w:rsidRPr="00143D03">
              <w:rPr>
                <w:b/>
                <w:color w:val="0D5F78"/>
                <w:lang w:val="fr-FR"/>
              </w:rPr>
              <w:t xml:space="preserve"> de (lei)</w:t>
            </w:r>
          </w:p>
          <w:p w14:paraId="1741C79C" w14:textId="3F63FC74" w:rsidR="0014338B" w:rsidRPr="00B862D0" w:rsidRDefault="00DE33CD" w:rsidP="00B862D0">
            <w:pPr>
              <w:spacing w:after="39" w:line="268" w:lineRule="auto"/>
              <w:jc w:val="both"/>
              <w:rPr>
                <w:i/>
                <w:color w:val="7A7A7A"/>
                <w:lang w:val="ro-RO"/>
              </w:rPr>
            </w:pPr>
            <w:r w:rsidRPr="00DE33CD">
              <w:rPr>
                <w:i/>
                <w:color w:val="7A7A7A"/>
                <w:lang w:val="ro-RO"/>
              </w:rPr>
              <w:t>Valoarea trecută în autorizația de construire/desființare pentru care se anunță încheierea lucrărilor</w:t>
            </w:r>
          </w:p>
        </w:tc>
      </w:tr>
    </w:tbl>
    <w:p w14:paraId="16896482" w14:textId="77777777" w:rsidR="0014338B" w:rsidRPr="00143D03" w:rsidRDefault="00000000" w:rsidP="00895605">
      <w:pPr>
        <w:spacing w:before="140" w:after="40"/>
        <w:jc w:val="center"/>
        <w:rPr>
          <w:sz w:val="28"/>
          <w:szCs w:val="28"/>
        </w:rPr>
      </w:pPr>
      <w:r w:rsidRPr="00143D03">
        <w:rPr>
          <w:b/>
          <w:sz w:val="28"/>
          <w:szCs w:val="28"/>
        </w:rPr>
        <w:t>ADUC LA CUNOȘTINȚĂ</w:t>
      </w:r>
    </w:p>
    <w:p w14:paraId="2FE17F8E" w14:textId="77777777" w:rsidR="0014338B" w:rsidRDefault="0014338B">
      <w:pPr>
        <w:spacing w:after="60" w:line="168" w:lineRule="auto"/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2409"/>
        <w:gridCol w:w="1606"/>
        <w:gridCol w:w="5621"/>
      </w:tblGrid>
      <w:tr w:rsidR="0014338B" w14:paraId="4528D0EA" w14:textId="77777777">
        <w:trPr>
          <w:cantSplit/>
          <w:trHeight w:val="510"/>
        </w:trPr>
        <w:tc>
          <w:tcPr>
            <w:tcW w:w="2409" w:type="dxa"/>
          </w:tcPr>
          <w:p w14:paraId="78E74A7E" w14:textId="77777777" w:rsidR="0014338B" w:rsidRDefault="00000000">
            <w:proofErr w:type="spellStart"/>
            <w:r>
              <w:rPr>
                <w:b/>
                <w:color w:val="0D5F78"/>
              </w:rPr>
              <w:t>Că</w:t>
            </w:r>
            <w:proofErr w:type="spellEnd"/>
            <w:r>
              <w:rPr>
                <w:b/>
                <w:color w:val="0D5F78"/>
              </w:rPr>
              <w:t xml:space="preserve"> la data de</w:t>
            </w:r>
          </w:p>
          <w:p w14:paraId="5C21B0CB" w14:textId="77777777" w:rsidR="0014338B" w:rsidRDefault="0014338B"/>
        </w:tc>
        <w:tc>
          <w:tcPr>
            <w:tcW w:w="1606" w:type="dxa"/>
          </w:tcPr>
          <w:p w14:paraId="138840AD" w14:textId="77777777" w:rsidR="0014338B" w:rsidRDefault="00000000">
            <w:proofErr w:type="spellStart"/>
            <w:r>
              <w:rPr>
                <w:b/>
                <w:color w:val="0D5F78"/>
              </w:rPr>
              <w:t>ora</w:t>
            </w:r>
            <w:proofErr w:type="spellEnd"/>
          </w:p>
          <w:p w14:paraId="6D25FA05" w14:textId="77777777" w:rsidR="0014338B" w:rsidRDefault="0014338B"/>
        </w:tc>
        <w:tc>
          <w:tcPr>
            <w:tcW w:w="5621" w:type="dxa"/>
          </w:tcPr>
          <w:p w14:paraId="64F59577" w14:textId="77777777" w:rsidR="0014338B" w:rsidRPr="00895605" w:rsidRDefault="00000000">
            <w:pPr>
              <w:rPr>
                <w:lang w:val="fr-FR"/>
              </w:rPr>
            </w:pPr>
            <w:proofErr w:type="gramStart"/>
            <w:r w:rsidRPr="00895605">
              <w:rPr>
                <w:b/>
                <w:color w:val="0D5F78"/>
                <w:lang w:val="fr-FR"/>
              </w:rPr>
              <w:t>au</w:t>
            </w:r>
            <w:proofErr w:type="gramEnd"/>
            <w:r w:rsidRPr="00895605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895605">
              <w:rPr>
                <w:b/>
                <w:color w:val="0D5F78"/>
                <w:lang w:val="fr-FR"/>
              </w:rPr>
              <w:t>fost</w:t>
            </w:r>
            <w:proofErr w:type="spellEnd"/>
            <w:r w:rsidRPr="00895605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895605">
              <w:rPr>
                <w:b/>
                <w:color w:val="0D5F78"/>
                <w:lang w:val="fr-FR"/>
              </w:rPr>
              <w:t>finalizate</w:t>
            </w:r>
            <w:proofErr w:type="spellEnd"/>
            <w:r w:rsidRPr="00895605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895605">
              <w:rPr>
                <w:b/>
                <w:color w:val="0D5F78"/>
                <w:lang w:val="fr-FR"/>
              </w:rPr>
              <w:t>lucrările</w:t>
            </w:r>
            <w:proofErr w:type="spellEnd"/>
            <w:r w:rsidRPr="00895605">
              <w:rPr>
                <w:b/>
                <w:color w:val="0D5F78"/>
                <w:lang w:val="fr-FR"/>
              </w:rPr>
              <w:t xml:space="preserve"> de </w:t>
            </w:r>
            <w:proofErr w:type="spellStart"/>
            <w:r w:rsidRPr="00895605">
              <w:rPr>
                <w:b/>
                <w:color w:val="0D5F78"/>
                <w:lang w:val="fr-FR"/>
              </w:rPr>
              <w:t>construcții</w:t>
            </w:r>
            <w:proofErr w:type="spellEnd"/>
            <w:r w:rsidRPr="00895605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895605">
              <w:rPr>
                <w:b/>
                <w:color w:val="0D5F78"/>
                <w:lang w:val="fr-FR"/>
              </w:rPr>
              <w:t>autorizate</w:t>
            </w:r>
            <w:proofErr w:type="spellEnd"/>
          </w:p>
          <w:p w14:paraId="3C73D59D" w14:textId="77777777" w:rsidR="0014338B" w:rsidRDefault="00000000">
            <w:proofErr w:type="spellStart"/>
            <w:r>
              <w:rPr>
                <w:i/>
                <w:color w:val="7A7A7A"/>
              </w:rPr>
              <w:t>pentru</w:t>
            </w:r>
            <w:proofErr w:type="spellEnd"/>
            <w:r>
              <w:rPr>
                <w:i/>
                <w:color w:val="7A7A7A"/>
              </w:rPr>
              <w:t xml:space="preserve"> </w:t>
            </w:r>
            <w:proofErr w:type="spellStart"/>
            <w:r>
              <w:rPr>
                <w:i/>
                <w:color w:val="7A7A7A"/>
              </w:rPr>
              <w:t>imobilul</w:t>
            </w:r>
            <w:proofErr w:type="spellEnd"/>
            <w:r>
              <w:rPr>
                <w:i/>
                <w:color w:val="7A7A7A"/>
              </w:rPr>
              <w:t xml:space="preserve"> de </w:t>
            </w:r>
            <w:proofErr w:type="spellStart"/>
            <w:r>
              <w:rPr>
                <w:i/>
                <w:color w:val="7A7A7A"/>
              </w:rPr>
              <w:t>mai</w:t>
            </w:r>
            <w:proofErr w:type="spellEnd"/>
            <w:r>
              <w:rPr>
                <w:i/>
                <w:color w:val="7A7A7A"/>
              </w:rPr>
              <w:t xml:space="preserve"> </w:t>
            </w:r>
            <w:proofErr w:type="spellStart"/>
            <w:r>
              <w:rPr>
                <w:i/>
                <w:color w:val="7A7A7A"/>
              </w:rPr>
              <w:t>jos</w:t>
            </w:r>
            <w:proofErr w:type="spellEnd"/>
          </w:p>
          <w:p w14:paraId="42D6CAA4" w14:textId="77777777" w:rsidR="0014338B" w:rsidRDefault="0014338B"/>
        </w:tc>
      </w:tr>
    </w:tbl>
    <w:p w14:paraId="49E38AF5" w14:textId="77777777" w:rsidR="0014338B" w:rsidRDefault="0014338B">
      <w:pPr>
        <w:spacing w:line="168" w:lineRule="auto"/>
      </w:pPr>
    </w:p>
    <w:tbl>
      <w:tblPr>
        <w:tblStyle w:val="Tabelgril"/>
        <w:tblW w:w="9636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1606"/>
        <w:gridCol w:w="2409"/>
        <w:gridCol w:w="803"/>
        <w:gridCol w:w="803"/>
        <w:gridCol w:w="2409"/>
      </w:tblGrid>
      <w:tr w:rsidR="0014338B" w14:paraId="4D2C24BF" w14:textId="77777777" w:rsidTr="00365E65">
        <w:trPr>
          <w:cantSplit/>
        </w:trPr>
        <w:tc>
          <w:tcPr>
            <w:tcW w:w="9636" w:type="dxa"/>
            <w:gridSpan w:val="6"/>
            <w:shd w:val="clear" w:color="auto" w:fill="F4F4F4"/>
          </w:tcPr>
          <w:p w14:paraId="3956ACB3" w14:textId="77777777" w:rsidR="0014338B" w:rsidRDefault="00000000">
            <w:pPr>
              <w:keepNext/>
            </w:pPr>
            <w:r>
              <w:rPr>
                <w:b/>
                <w:sz w:val="16"/>
              </w:rPr>
              <w:t xml:space="preserve"> 4. </w:t>
            </w:r>
            <w:r>
              <w:rPr>
                <w:b/>
                <w:color w:val="000000"/>
                <w:sz w:val="18"/>
              </w:rPr>
              <w:t>IMOBILUL</w:t>
            </w:r>
          </w:p>
        </w:tc>
      </w:tr>
      <w:tr w:rsidR="0014338B" w14:paraId="2A2DC932" w14:textId="77777777" w:rsidTr="00365E65">
        <w:trPr>
          <w:cantSplit/>
        </w:trPr>
        <w:tc>
          <w:tcPr>
            <w:tcW w:w="9636" w:type="dxa"/>
            <w:gridSpan w:val="6"/>
          </w:tcPr>
          <w:p w14:paraId="318A856F" w14:textId="77777777" w:rsidR="0014338B" w:rsidRDefault="00000000">
            <w:pPr>
              <w:keepNext/>
            </w:pPr>
            <w:r>
              <w:rPr>
                <w:sz w:val="16"/>
              </w:rPr>
              <w:t xml:space="preserve"> ☐ </w:t>
            </w:r>
            <w:proofErr w:type="spellStart"/>
            <w:r>
              <w:rPr>
                <w:sz w:val="16"/>
              </w:rPr>
              <w:t>teren</w:t>
            </w:r>
            <w:proofErr w:type="spellEnd"/>
            <w:r>
              <w:rPr>
                <w:sz w:val="16"/>
              </w:rPr>
              <w:t xml:space="preserve">     ☐ </w:t>
            </w:r>
            <w:proofErr w:type="spellStart"/>
            <w:r>
              <w:rPr>
                <w:sz w:val="16"/>
              </w:rPr>
              <w:t>construcții</w:t>
            </w:r>
            <w:proofErr w:type="spellEnd"/>
          </w:p>
        </w:tc>
      </w:tr>
      <w:tr w:rsidR="0014338B" w14:paraId="36C32AED" w14:textId="77777777" w:rsidTr="00365E65">
        <w:trPr>
          <w:cantSplit/>
          <w:trHeight w:val="510"/>
        </w:trPr>
        <w:tc>
          <w:tcPr>
            <w:tcW w:w="3212" w:type="dxa"/>
            <w:gridSpan w:val="2"/>
          </w:tcPr>
          <w:p w14:paraId="398C3CC9" w14:textId="77777777" w:rsidR="0014338B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Județ</w:t>
            </w:r>
            <w:proofErr w:type="spellEnd"/>
          </w:p>
          <w:p w14:paraId="5404B8A5" w14:textId="77777777" w:rsidR="0014338B" w:rsidRDefault="0014338B">
            <w:pPr>
              <w:keepNext/>
            </w:pPr>
          </w:p>
        </w:tc>
        <w:tc>
          <w:tcPr>
            <w:tcW w:w="3212" w:type="dxa"/>
            <w:gridSpan w:val="2"/>
          </w:tcPr>
          <w:p w14:paraId="542C72AC" w14:textId="77777777" w:rsidR="0014338B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Municipiu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oraș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comună</w:t>
            </w:r>
            <w:proofErr w:type="spellEnd"/>
          </w:p>
          <w:p w14:paraId="48381D6E" w14:textId="77777777" w:rsidR="0014338B" w:rsidRDefault="0014338B">
            <w:pPr>
              <w:keepNext/>
            </w:pPr>
          </w:p>
        </w:tc>
        <w:tc>
          <w:tcPr>
            <w:tcW w:w="3212" w:type="dxa"/>
            <w:gridSpan w:val="2"/>
          </w:tcPr>
          <w:p w14:paraId="2BCDE2D9" w14:textId="77777777" w:rsidR="0014338B" w:rsidRDefault="00000000">
            <w:pPr>
              <w:keepNext/>
            </w:pPr>
            <w:r>
              <w:rPr>
                <w:b/>
                <w:color w:val="0D5F78"/>
              </w:rPr>
              <w:t>Sat / sector</w:t>
            </w:r>
          </w:p>
          <w:p w14:paraId="1484692A" w14:textId="77777777" w:rsidR="0014338B" w:rsidRDefault="0014338B">
            <w:pPr>
              <w:keepNext/>
            </w:pPr>
          </w:p>
        </w:tc>
      </w:tr>
      <w:tr w:rsidR="0014338B" w14:paraId="44C0A90C" w14:textId="77777777" w:rsidTr="00365E65">
        <w:trPr>
          <w:cantSplit/>
          <w:trHeight w:val="510"/>
        </w:trPr>
        <w:tc>
          <w:tcPr>
            <w:tcW w:w="1606" w:type="dxa"/>
          </w:tcPr>
          <w:p w14:paraId="7852A88D" w14:textId="77777777" w:rsidR="0014338B" w:rsidRDefault="00000000">
            <w:pPr>
              <w:keepNext/>
            </w:pPr>
            <w:r>
              <w:rPr>
                <w:b/>
                <w:color w:val="0D5F78"/>
              </w:rPr>
              <w:t xml:space="preserve">Cod </w:t>
            </w:r>
            <w:proofErr w:type="spellStart"/>
            <w:r>
              <w:rPr>
                <w:b/>
                <w:color w:val="0D5F78"/>
              </w:rPr>
              <w:t>poștal</w:t>
            </w:r>
            <w:proofErr w:type="spellEnd"/>
          </w:p>
          <w:p w14:paraId="16191CFD" w14:textId="77777777" w:rsidR="0014338B" w:rsidRDefault="0014338B">
            <w:pPr>
              <w:keepNext/>
            </w:pPr>
          </w:p>
        </w:tc>
        <w:tc>
          <w:tcPr>
            <w:tcW w:w="4818" w:type="dxa"/>
            <w:gridSpan w:val="3"/>
          </w:tcPr>
          <w:p w14:paraId="5C79E1D0" w14:textId="77777777" w:rsidR="0014338B" w:rsidRDefault="00000000">
            <w:pPr>
              <w:keepNext/>
            </w:pPr>
            <w:r>
              <w:rPr>
                <w:b/>
                <w:color w:val="0D5F78"/>
              </w:rPr>
              <w:t>Strada</w:t>
            </w:r>
          </w:p>
          <w:p w14:paraId="4AD8C27A" w14:textId="77777777" w:rsidR="0014338B" w:rsidRDefault="0014338B">
            <w:pPr>
              <w:keepNext/>
            </w:pPr>
          </w:p>
        </w:tc>
        <w:tc>
          <w:tcPr>
            <w:tcW w:w="803" w:type="dxa"/>
          </w:tcPr>
          <w:p w14:paraId="78A99AF5" w14:textId="77777777" w:rsidR="0014338B" w:rsidRDefault="00000000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1DAAA4A3" w14:textId="77777777" w:rsidR="0014338B" w:rsidRDefault="0014338B">
            <w:pPr>
              <w:keepNext/>
            </w:pPr>
          </w:p>
        </w:tc>
        <w:tc>
          <w:tcPr>
            <w:tcW w:w="2409" w:type="dxa"/>
          </w:tcPr>
          <w:p w14:paraId="367ACFF7" w14:textId="77777777" w:rsidR="0014338B" w:rsidRDefault="00000000">
            <w:pPr>
              <w:keepNext/>
            </w:pPr>
            <w:r>
              <w:rPr>
                <w:b/>
                <w:color w:val="0D5F78"/>
              </w:rPr>
              <w:t>Bl. / sc. / et. / ap.</w:t>
            </w:r>
          </w:p>
          <w:p w14:paraId="20890CE6" w14:textId="77777777" w:rsidR="0014338B" w:rsidRDefault="0014338B">
            <w:pPr>
              <w:keepNext/>
            </w:pPr>
          </w:p>
        </w:tc>
      </w:tr>
      <w:tr w:rsidR="0014338B" w14:paraId="7AD851EE" w14:textId="77777777" w:rsidTr="00365E65">
        <w:trPr>
          <w:cantSplit/>
          <w:trHeight w:val="510"/>
        </w:trPr>
        <w:tc>
          <w:tcPr>
            <w:tcW w:w="5621" w:type="dxa"/>
            <w:gridSpan w:val="3"/>
          </w:tcPr>
          <w:p w14:paraId="2E2214DE" w14:textId="77777777" w:rsidR="0014338B" w:rsidRPr="00895605" w:rsidRDefault="00000000">
            <w:pPr>
              <w:keepNext/>
              <w:rPr>
                <w:lang w:val="fr-FR"/>
              </w:rPr>
            </w:pPr>
            <w:proofErr w:type="spellStart"/>
            <w:r w:rsidRPr="00895605">
              <w:rPr>
                <w:b/>
                <w:color w:val="0D5F78"/>
                <w:lang w:val="fr-FR"/>
              </w:rPr>
              <w:t>Număr</w:t>
            </w:r>
            <w:proofErr w:type="spellEnd"/>
            <w:r w:rsidRPr="00895605">
              <w:rPr>
                <w:b/>
                <w:color w:val="0D5F78"/>
                <w:lang w:val="fr-FR"/>
              </w:rPr>
              <w:t xml:space="preserve"> cadastral</w:t>
            </w:r>
          </w:p>
          <w:p w14:paraId="1C5C5AD1" w14:textId="39A27CD2" w:rsidR="0014338B" w:rsidRPr="00895605" w:rsidRDefault="00000000">
            <w:pPr>
              <w:keepNext/>
              <w:rPr>
                <w:lang w:val="fr-FR"/>
              </w:rPr>
            </w:pPr>
            <w:proofErr w:type="spellStart"/>
            <w:proofErr w:type="gramStart"/>
            <w:r w:rsidRPr="00895605">
              <w:rPr>
                <w:i/>
                <w:color w:val="7A7A7A"/>
                <w:lang w:val="fr-FR"/>
              </w:rPr>
              <w:t>dacă</w:t>
            </w:r>
            <w:proofErr w:type="spellEnd"/>
            <w:proofErr w:type="gramEnd"/>
            <w:r w:rsidRPr="00895605">
              <w:rPr>
                <w:i/>
                <w:color w:val="7A7A7A"/>
                <w:lang w:val="fr-FR"/>
              </w:rPr>
              <w:t xml:space="preserve"> </w:t>
            </w:r>
            <w:proofErr w:type="spellStart"/>
            <w:r w:rsidRPr="00895605">
              <w:rPr>
                <w:i/>
                <w:color w:val="7A7A7A"/>
                <w:lang w:val="fr-FR"/>
              </w:rPr>
              <w:t>imobilul</w:t>
            </w:r>
            <w:proofErr w:type="spellEnd"/>
            <w:r w:rsidRPr="00895605">
              <w:rPr>
                <w:i/>
                <w:color w:val="7A7A7A"/>
                <w:lang w:val="fr-FR"/>
              </w:rPr>
              <w:t xml:space="preserve"> e </w:t>
            </w:r>
            <w:proofErr w:type="spellStart"/>
            <w:r w:rsidRPr="00895605">
              <w:rPr>
                <w:i/>
                <w:color w:val="7A7A7A"/>
                <w:lang w:val="fr-FR"/>
              </w:rPr>
              <w:t>înscris</w:t>
            </w:r>
            <w:proofErr w:type="spellEnd"/>
            <w:r w:rsidRPr="00895605">
              <w:rPr>
                <w:i/>
                <w:color w:val="7A7A7A"/>
                <w:lang w:val="fr-FR"/>
              </w:rPr>
              <w:t xml:space="preserve"> </w:t>
            </w:r>
            <w:proofErr w:type="spellStart"/>
            <w:r w:rsidRPr="00895605">
              <w:rPr>
                <w:i/>
                <w:color w:val="7A7A7A"/>
                <w:lang w:val="fr-FR"/>
              </w:rPr>
              <w:t>în</w:t>
            </w:r>
            <w:proofErr w:type="spellEnd"/>
            <w:r w:rsidRPr="00895605">
              <w:rPr>
                <w:i/>
                <w:color w:val="7A7A7A"/>
                <w:lang w:val="fr-FR"/>
              </w:rPr>
              <w:t xml:space="preserve"> e-Terra</w:t>
            </w:r>
          </w:p>
        </w:tc>
        <w:tc>
          <w:tcPr>
            <w:tcW w:w="4015" w:type="dxa"/>
            <w:gridSpan w:val="3"/>
          </w:tcPr>
          <w:p w14:paraId="1E14B5E8" w14:textId="77777777" w:rsidR="0014338B" w:rsidRDefault="00000000">
            <w:pPr>
              <w:keepNext/>
            </w:pPr>
            <w:r>
              <w:rPr>
                <w:b/>
                <w:color w:val="0D5F78"/>
              </w:rPr>
              <w:t xml:space="preserve">Carte </w:t>
            </w:r>
            <w:proofErr w:type="spellStart"/>
            <w:r>
              <w:rPr>
                <w:b/>
                <w:color w:val="0D5F78"/>
              </w:rPr>
              <w:t>funciară</w:t>
            </w:r>
            <w:proofErr w:type="spellEnd"/>
            <w:r>
              <w:rPr>
                <w:b/>
                <w:color w:val="0D5F78"/>
              </w:rPr>
              <w:t xml:space="preserve"> nr.</w:t>
            </w:r>
          </w:p>
          <w:p w14:paraId="1B933EAE" w14:textId="77777777" w:rsidR="0014338B" w:rsidRDefault="0014338B">
            <w:pPr>
              <w:keepNext/>
            </w:pPr>
          </w:p>
        </w:tc>
      </w:tr>
      <w:tr w:rsidR="0014338B" w14:paraId="48D7A768" w14:textId="77777777" w:rsidTr="00365E65">
        <w:trPr>
          <w:cantSplit/>
        </w:trPr>
        <w:tc>
          <w:tcPr>
            <w:tcW w:w="9636" w:type="dxa"/>
            <w:gridSpan w:val="6"/>
          </w:tcPr>
          <w:p w14:paraId="57CC048E" w14:textId="77777777" w:rsidR="0014338B" w:rsidRDefault="00000000">
            <w:r>
              <w:rPr>
                <w:sz w:val="16"/>
              </w:rPr>
              <w:t xml:space="preserve"> ☐ extras de carte </w:t>
            </w:r>
            <w:proofErr w:type="spellStart"/>
            <w:r>
              <w:rPr>
                <w:sz w:val="16"/>
              </w:rPr>
              <w:t>funciară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actualizat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anexat</w:t>
            </w:r>
            <w:proofErr w:type="spellEnd"/>
            <w:r>
              <w:rPr>
                <w:sz w:val="16"/>
              </w:rPr>
              <w:t xml:space="preserve">     ☐ plan de </w:t>
            </w:r>
            <w:proofErr w:type="spellStart"/>
            <w:r>
              <w:rPr>
                <w:sz w:val="16"/>
              </w:rPr>
              <w:t>încadrare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în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zonă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în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sistem</w:t>
            </w:r>
            <w:proofErr w:type="spellEnd"/>
            <w:r>
              <w:rPr>
                <w:sz w:val="16"/>
              </w:rPr>
              <w:t xml:space="preserve"> Stereo 70, </w:t>
            </w:r>
            <w:proofErr w:type="spellStart"/>
            <w:r>
              <w:rPr>
                <w:sz w:val="16"/>
              </w:rPr>
              <w:t>anexat</w:t>
            </w:r>
            <w:proofErr w:type="spellEnd"/>
          </w:p>
        </w:tc>
      </w:tr>
    </w:tbl>
    <w:p w14:paraId="143E293C" w14:textId="77777777" w:rsidR="0014338B" w:rsidRDefault="0014338B">
      <w:pPr>
        <w:spacing w:line="168" w:lineRule="auto"/>
      </w:pPr>
    </w:p>
    <w:tbl>
      <w:tblPr>
        <w:tblStyle w:val="Tabelgril"/>
        <w:tblW w:w="9606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06"/>
      </w:tblGrid>
      <w:tr w:rsidR="00365E65" w:rsidRPr="00365E65" w14:paraId="28EC0D9A" w14:textId="77777777" w:rsidTr="00B35B08">
        <w:trPr>
          <w:cantSplit/>
        </w:trPr>
        <w:tc>
          <w:tcPr>
            <w:tcW w:w="9606" w:type="dxa"/>
            <w:shd w:val="clear" w:color="auto" w:fill="F2F2F2" w:themeFill="background1" w:themeFillShade="F2"/>
          </w:tcPr>
          <w:p w14:paraId="1A1168BE" w14:textId="77777777" w:rsidR="00365E65" w:rsidRPr="00365E65" w:rsidRDefault="00365E65" w:rsidP="00365E65">
            <w:pPr>
              <w:keepNext/>
              <w:ind w:right="-248"/>
              <w:rPr>
                <w:sz w:val="16"/>
                <w:lang w:val="ro-RO"/>
              </w:rPr>
            </w:pPr>
            <w:r>
              <w:rPr>
                <w:b/>
                <w:sz w:val="16"/>
              </w:rPr>
              <w:lastRenderedPageBreak/>
              <w:t xml:space="preserve">5. </w:t>
            </w:r>
            <w:r>
              <w:rPr>
                <w:b/>
                <w:color w:val="000000"/>
                <w:sz w:val="18"/>
              </w:rPr>
              <w:t>IN</w:t>
            </w:r>
            <w:r>
              <w:rPr>
                <w:b/>
                <w:color w:val="000000"/>
                <w:sz w:val="18"/>
                <w:lang w:val="ro-RO"/>
              </w:rPr>
              <w:t>ȘTIINȚAREA PRIVIND ÎNCEPEREA EXECUȚIEI LUCRĂRILOR</w:t>
            </w:r>
          </w:p>
        </w:tc>
      </w:tr>
      <w:tr w:rsidR="00365E65" w14:paraId="5029F607" w14:textId="77777777" w:rsidTr="00B35B08">
        <w:trPr>
          <w:cantSplit/>
        </w:trPr>
        <w:tc>
          <w:tcPr>
            <w:tcW w:w="9606" w:type="dxa"/>
          </w:tcPr>
          <w:p w14:paraId="02D298DA" w14:textId="5F64AF3D" w:rsidR="00365E65" w:rsidRDefault="00365E65" w:rsidP="00365E65">
            <w:pPr>
              <w:ind w:right="-108"/>
              <w:rPr>
                <w:sz w:val="16"/>
              </w:rPr>
            </w:pPr>
            <w:r>
              <w:rPr>
                <w:sz w:val="16"/>
              </w:rPr>
              <w:t xml:space="preserve"> ☐ </w:t>
            </w:r>
            <w:proofErr w:type="spellStart"/>
            <w:r>
              <w:rPr>
                <w:sz w:val="16"/>
              </w:rPr>
              <w:t>copie</w:t>
            </w:r>
            <w:proofErr w:type="spellEnd"/>
            <w:r>
              <w:rPr>
                <w:sz w:val="16"/>
              </w:rPr>
              <w:t xml:space="preserve"> a </w:t>
            </w:r>
            <w:proofErr w:type="spellStart"/>
            <w:r>
              <w:rPr>
                <w:sz w:val="16"/>
              </w:rPr>
              <w:t>înștiințării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privind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începerea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execuției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lucrărilor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înregistrată</w:t>
            </w:r>
            <w:proofErr w:type="spellEnd"/>
            <w:r>
              <w:rPr>
                <w:sz w:val="16"/>
              </w:rPr>
              <w:t xml:space="preserve"> la I.S.C cu nr</w:t>
            </w:r>
            <w:r w:rsidR="00765D3C">
              <w:rPr>
                <w:sz w:val="16"/>
              </w:rPr>
              <w:t xml:space="preserve">. </w:t>
            </w:r>
            <w:r>
              <w:rPr>
                <w:sz w:val="16"/>
              </w:rPr>
              <w:t xml:space="preserve"> </w:t>
            </w:r>
          </w:p>
          <w:p w14:paraId="643E96BE" w14:textId="51516ED7" w:rsidR="00365E65" w:rsidRDefault="006A1DB8" w:rsidP="00365E65">
            <w:pPr>
              <w:ind w:right="4003"/>
              <w:rPr>
                <w:b/>
                <w:sz w:val="16"/>
              </w:rPr>
            </w:pPr>
            <w:r w:rsidRPr="00143D03">
              <w:rPr>
                <w:i/>
                <w:color w:val="7A7A7A"/>
              </w:rPr>
              <w:t xml:space="preserve"> </w:t>
            </w:r>
            <w:r w:rsidR="00365E65">
              <w:rPr>
                <w:sz w:val="16"/>
              </w:rPr>
              <w:t xml:space="preserve">☐ </w:t>
            </w:r>
            <w:proofErr w:type="spellStart"/>
            <w:r w:rsidR="00365E65">
              <w:rPr>
                <w:sz w:val="16"/>
              </w:rPr>
              <w:t>declar</w:t>
            </w:r>
            <w:proofErr w:type="spellEnd"/>
            <w:r w:rsidR="00365E65">
              <w:rPr>
                <w:sz w:val="16"/>
              </w:rPr>
              <w:t xml:space="preserve"> </w:t>
            </w:r>
            <w:proofErr w:type="spellStart"/>
            <w:r w:rsidR="00365E65">
              <w:rPr>
                <w:sz w:val="16"/>
              </w:rPr>
              <w:t>că</w:t>
            </w:r>
            <w:proofErr w:type="spellEnd"/>
            <w:r w:rsidR="00365E65">
              <w:rPr>
                <w:sz w:val="16"/>
              </w:rPr>
              <w:t xml:space="preserve"> </w:t>
            </w:r>
            <w:proofErr w:type="spellStart"/>
            <w:r w:rsidR="00365E65">
              <w:rPr>
                <w:sz w:val="16"/>
              </w:rPr>
              <w:t>înstiințarea</w:t>
            </w:r>
            <w:proofErr w:type="spellEnd"/>
            <w:r w:rsidR="00365E65">
              <w:rPr>
                <w:sz w:val="16"/>
              </w:rPr>
              <w:t xml:space="preserve"> </w:t>
            </w:r>
            <w:proofErr w:type="spellStart"/>
            <w:r w:rsidR="00365E65">
              <w:rPr>
                <w:sz w:val="16"/>
              </w:rPr>
              <w:t>privind</w:t>
            </w:r>
            <w:proofErr w:type="spellEnd"/>
            <w:r w:rsidR="00365E65">
              <w:rPr>
                <w:sz w:val="16"/>
              </w:rPr>
              <w:t xml:space="preserve"> </w:t>
            </w:r>
            <w:proofErr w:type="spellStart"/>
            <w:r w:rsidR="00365E65">
              <w:rPr>
                <w:sz w:val="16"/>
              </w:rPr>
              <w:t>începerea</w:t>
            </w:r>
            <w:proofErr w:type="spellEnd"/>
            <w:r w:rsidR="00365E65">
              <w:rPr>
                <w:sz w:val="16"/>
              </w:rPr>
              <w:t xml:space="preserve"> </w:t>
            </w:r>
            <w:proofErr w:type="spellStart"/>
            <w:r w:rsidR="00365E65">
              <w:rPr>
                <w:sz w:val="16"/>
              </w:rPr>
              <w:t>execuției</w:t>
            </w:r>
            <w:proofErr w:type="spellEnd"/>
            <w:r w:rsidR="00365E65">
              <w:rPr>
                <w:sz w:val="16"/>
              </w:rPr>
              <w:t xml:space="preserve"> </w:t>
            </w:r>
            <w:proofErr w:type="spellStart"/>
            <w:r w:rsidR="00365E65">
              <w:rPr>
                <w:sz w:val="16"/>
              </w:rPr>
              <w:t>lucrărilor</w:t>
            </w:r>
            <w:proofErr w:type="spellEnd"/>
            <w:r w:rsidR="00365E65">
              <w:rPr>
                <w:sz w:val="16"/>
              </w:rPr>
              <w:t xml:space="preserve"> nu a </w:t>
            </w:r>
            <w:proofErr w:type="spellStart"/>
            <w:r w:rsidR="00365E65">
              <w:rPr>
                <w:sz w:val="16"/>
              </w:rPr>
              <w:t>fost</w:t>
            </w:r>
            <w:proofErr w:type="spellEnd"/>
            <w:r w:rsidR="00365E65">
              <w:rPr>
                <w:sz w:val="16"/>
              </w:rPr>
              <w:t xml:space="preserve"> </w:t>
            </w:r>
            <w:proofErr w:type="spellStart"/>
            <w:r w:rsidR="00365E65">
              <w:rPr>
                <w:sz w:val="16"/>
              </w:rPr>
              <w:t>depusă</w:t>
            </w:r>
            <w:proofErr w:type="spellEnd"/>
            <w:r w:rsidR="00365E65">
              <w:rPr>
                <w:sz w:val="16"/>
              </w:rPr>
              <w:t xml:space="preserve">.  </w:t>
            </w:r>
          </w:p>
        </w:tc>
      </w:tr>
    </w:tbl>
    <w:p w14:paraId="5FA71F8E" w14:textId="77777777" w:rsidR="00365E65" w:rsidRDefault="00365E65">
      <w:pPr>
        <w:spacing w:line="168" w:lineRule="auto"/>
      </w:pPr>
    </w:p>
    <w:tbl>
      <w:tblPr>
        <w:tblStyle w:val="Tabelgril"/>
        <w:tblW w:w="9606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06"/>
      </w:tblGrid>
      <w:tr w:rsidR="00FC030E" w:rsidRPr="00365E65" w14:paraId="30FF229B" w14:textId="77777777" w:rsidTr="00DE7AC0">
        <w:trPr>
          <w:cantSplit/>
        </w:trPr>
        <w:tc>
          <w:tcPr>
            <w:tcW w:w="9606" w:type="dxa"/>
            <w:shd w:val="clear" w:color="auto" w:fill="F2F2F2" w:themeFill="background1" w:themeFillShade="F2"/>
          </w:tcPr>
          <w:p w14:paraId="544332C2" w14:textId="253C9B83" w:rsidR="00FC030E" w:rsidRPr="00365E65" w:rsidRDefault="00FC030E" w:rsidP="00DE7AC0">
            <w:pPr>
              <w:keepNext/>
              <w:ind w:right="-248"/>
              <w:rPr>
                <w:sz w:val="16"/>
                <w:lang w:val="ro-RO"/>
              </w:rPr>
            </w:pPr>
            <w:r>
              <w:rPr>
                <w:b/>
                <w:sz w:val="16"/>
              </w:rPr>
              <w:t>6. VALOAREA REALĂ A LUCRĂRILOR EXECUTATE</w:t>
            </w:r>
          </w:p>
        </w:tc>
      </w:tr>
      <w:tr w:rsidR="00FC030E" w14:paraId="20AF50DF" w14:textId="77777777" w:rsidTr="00DE7AC0">
        <w:trPr>
          <w:cantSplit/>
        </w:trPr>
        <w:tc>
          <w:tcPr>
            <w:tcW w:w="9606" w:type="dxa"/>
          </w:tcPr>
          <w:p w14:paraId="0CBA8DFA" w14:textId="77777777" w:rsidR="00FC030E" w:rsidRPr="00C25235" w:rsidRDefault="00FC030E" w:rsidP="00FC030E">
            <w:r>
              <w:rPr>
                <w:sz w:val="16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în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valoare</w:t>
            </w:r>
            <w:proofErr w:type="spellEnd"/>
            <w:r>
              <w:rPr>
                <w:b/>
                <w:color w:val="0D5F78"/>
              </w:rPr>
              <w:t xml:space="preserve"> de (lei)</w:t>
            </w:r>
          </w:p>
          <w:p w14:paraId="05942DD7" w14:textId="299B48C6" w:rsidR="00FC030E" w:rsidRPr="00143D03" w:rsidRDefault="00FC030E" w:rsidP="00B862D0">
            <w:pPr>
              <w:keepNext/>
              <w:rPr>
                <w:i/>
                <w:color w:val="7A7A7A"/>
              </w:rPr>
            </w:pPr>
            <w:proofErr w:type="spellStart"/>
            <w:r w:rsidRPr="00143D03">
              <w:rPr>
                <w:i/>
                <w:color w:val="7A7A7A"/>
              </w:rPr>
              <w:t>Valoarea</w:t>
            </w:r>
            <w:proofErr w:type="spellEnd"/>
            <w:r w:rsidRPr="00143D03">
              <w:rPr>
                <w:i/>
                <w:color w:val="7A7A7A"/>
              </w:rPr>
              <w:t xml:space="preserve"> </w:t>
            </w:r>
            <w:proofErr w:type="spellStart"/>
            <w:r w:rsidRPr="00143D03">
              <w:rPr>
                <w:i/>
                <w:color w:val="7A7A7A"/>
              </w:rPr>
              <w:t>reală</w:t>
            </w:r>
            <w:proofErr w:type="spellEnd"/>
            <w:r w:rsidRPr="00143D03">
              <w:rPr>
                <w:i/>
                <w:color w:val="7A7A7A"/>
              </w:rPr>
              <w:t xml:space="preserve"> a </w:t>
            </w:r>
            <w:proofErr w:type="spellStart"/>
            <w:r w:rsidRPr="00143D03">
              <w:rPr>
                <w:i/>
                <w:color w:val="7A7A7A"/>
              </w:rPr>
              <w:t>lucrărilor</w:t>
            </w:r>
            <w:proofErr w:type="spellEnd"/>
            <w:r w:rsidRPr="00143D03">
              <w:rPr>
                <w:i/>
                <w:color w:val="7A7A7A"/>
              </w:rPr>
              <w:t xml:space="preserve"> </w:t>
            </w:r>
            <w:proofErr w:type="spellStart"/>
            <w:r w:rsidRPr="00143D03">
              <w:rPr>
                <w:i/>
                <w:color w:val="7A7A7A"/>
              </w:rPr>
              <w:t>executate</w:t>
            </w:r>
            <w:proofErr w:type="spellEnd"/>
            <w:r w:rsidRPr="00143D03">
              <w:rPr>
                <w:i/>
                <w:color w:val="7A7A7A"/>
              </w:rPr>
              <w:t xml:space="preserve"> </w:t>
            </w:r>
            <w:proofErr w:type="spellStart"/>
            <w:r w:rsidRPr="00143D03">
              <w:rPr>
                <w:i/>
                <w:color w:val="7A7A7A"/>
              </w:rPr>
              <w:t>este</w:t>
            </w:r>
            <w:proofErr w:type="spellEnd"/>
            <w:r w:rsidRPr="00143D03">
              <w:rPr>
                <w:i/>
                <w:color w:val="7A7A7A"/>
              </w:rPr>
              <w:t xml:space="preserve"> </w:t>
            </w:r>
            <w:proofErr w:type="spellStart"/>
            <w:r w:rsidRPr="00143D03">
              <w:rPr>
                <w:i/>
                <w:color w:val="7A7A7A"/>
              </w:rPr>
              <w:t>valoarea</w:t>
            </w:r>
            <w:proofErr w:type="spellEnd"/>
            <w:r w:rsidRPr="00143D03">
              <w:rPr>
                <w:i/>
                <w:color w:val="7A7A7A"/>
              </w:rPr>
              <w:t xml:space="preserve"> </w:t>
            </w:r>
            <w:proofErr w:type="spellStart"/>
            <w:r w:rsidRPr="00143D03">
              <w:rPr>
                <w:i/>
                <w:color w:val="7A7A7A"/>
              </w:rPr>
              <w:t>finală</w:t>
            </w:r>
            <w:proofErr w:type="spellEnd"/>
            <w:r w:rsidRPr="00143D03">
              <w:rPr>
                <w:i/>
                <w:color w:val="7A7A7A"/>
              </w:rPr>
              <w:t xml:space="preserve">, </w:t>
            </w:r>
            <w:proofErr w:type="spellStart"/>
            <w:r w:rsidRPr="00143D03">
              <w:rPr>
                <w:i/>
                <w:color w:val="7A7A7A"/>
              </w:rPr>
              <w:t>fără</w:t>
            </w:r>
            <w:proofErr w:type="spellEnd"/>
            <w:r w:rsidRPr="00143D03">
              <w:rPr>
                <w:i/>
                <w:color w:val="7A7A7A"/>
              </w:rPr>
              <w:t xml:space="preserve"> TVA, a </w:t>
            </w:r>
            <w:proofErr w:type="spellStart"/>
            <w:r w:rsidRPr="00143D03">
              <w:rPr>
                <w:i/>
                <w:color w:val="7A7A7A"/>
              </w:rPr>
              <w:t>valorilor</w:t>
            </w:r>
            <w:proofErr w:type="spellEnd"/>
            <w:r w:rsidRPr="00143D03">
              <w:rPr>
                <w:i/>
                <w:color w:val="7A7A7A"/>
              </w:rPr>
              <w:t xml:space="preserve"> </w:t>
            </w:r>
            <w:proofErr w:type="spellStart"/>
            <w:r w:rsidRPr="00143D03">
              <w:rPr>
                <w:i/>
                <w:color w:val="7A7A7A"/>
              </w:rPr>
              <w:t>executate</w:t>
            </w:r>
            <w:proofErr w:type="spellEnd"/>
            <w:r w:rsidRPr="00143D03">
              <w:rPr>
                <w:i/>
                <w:color w:val="7A7A7A"/>
              </w:rPr>
              <w:t xml:space="preserve">, </w:t>
            </w:r>
            <w:proofErr w:type="gramStart"/>
            <w:r w:rsidRPr="00143D03">
              <w:rPr>
                <w:i/>
                <w:color w:val="7A7A7A"/>
              </w:rPr>
              <w:t>conform  art.</w:t>
            </w:r>
            <w:proofErr w:type="gramEnd"/>
            <w:r w:rsidRPr="00143D03">
              <w:rPr>
                <w:i/>
                <w:color w:val="7A7A7A"/>
              </w:rPr>
              <w:t xml:space="preserve"> 352 din </w:t>
            </w:r>
            <w:proofErr w:type="spellStart"/>
            <w:r w:rsidRPr="00143D03">
              <w:rPr>
                <w:i/>
                <w:color w:val="7A7A7A"/>
              </w:rPr>
              <w:t>Codul</w:t>
            </w:r>
            <w:proofErr w:type="spellEnd"/>
            <w:r w:rsidRPr="00143D03">
              <w:rPr>
                <w:i/>
                <w:color w:val="7A7A7A"/>
              </w:rPr>
              <w:t xml:space="preserve"> </w:t>
            </w:r>
            <w:proofErr w:type="spellStart"/>
            <w:r w:rsidRPr="00143D03">
              <w:rPr>
                <w:i/>
                <w:color w:val="7A7A7A"/>
              </w:rPr>
              <w:t>amenajării</w:t>
            </w:r>
            <w:proofErr w:type="spellEnd"/>
            <w:r w:rsidRPr="00143D03">
              <w:rPr>
                <w:i/>
                <w:color w:val="7A7A7A"/>
              </w:rPr>
              <w:t xml:space="preserve"> </w:t>
            </w:r>
            <w:proofErr w:type="spellStart"/>
            <w:r w:rsidRPr="00143D03">
              <w:rPr>
                <w:i/>
                <w:color w:val="7A7A7A"/>
              </w:rPr>
              <w:t>teritoriului</w:t>
            </w:r>
            <w:proofErr w:type="spellEnd"/>
            <w:r w:rsidRPr="00143D03">
              <w:rPr>
                <w:i/>
                <w:color w:val="7A7A7A"/>
              </w:rPr>
              <w:t xml:space="preserve">, </w:t>
            </w:r>
            <w:proofErr w:type="spellStart"/>
            <w:r w:rsidRPr="00143D03">
              <w:rPr>
                <w:i/>
                <w:color w:val="7A7A7A"/>
              </w:rPr>
              <w:t>urbanismului</w:t>
            </w:r>
            <w:proofErr w:type="spellEnd"/>
            <w:r w:rsidRPr="00143D03">
              <w:rPr>
                <w:i/>
                <w:color w:val="7A7A7A"/>
              </w:rPr>
              <w:t xml:space="preserve"> </w:t>
            </w:r>
            <w:proofErr w:type="spellStart"/>
            <w:r w:rsidRPr="00143D03">
              <w:rPr>
                <w:i/>
                <w:color w:val="7A7A7A"/>
              </w:rPr>
              <w:t>şi</w:t>
            </w:r>
            <w:proofErr w:type="spellEnd"/>
            <w:r w:rsidRPr="00143D03">
              <w:rPr>
                <w:i/>
                <w:color w:val="7A7A7A"/>
              </w:rPr>
              <w:t xml:space="preserve"> </w:t>
            </w:r>
            <w:proofErr w:type="spellStart"/>
            <w:r w:rsidRPr="00143D03">
              <w:rPr>
                <w:i/>
                <w:color w:val="7A7A7A"/>
              </w:rPr>
              <w:t>construcţiilor</w:t>
            </w:r>
            <w:proofErr w:type="spellEnd"/>
            <w:r w:rsidRPr="00143D03">
              <w:rPr>
                <w:i/>
                <w:color w:val="7A7A7A"/>
              </w:rPr>
              <w:t xml:space="preserve">, </w:t>
            </w:r>
            <w:proofErr w:type="spellStart"/>
            <w:r w:rsidRPr="00143D03">
              <w:rPr>
                <w:i/>
                <w:color w:val="7A7A7A"/>
              </w:rPr>
              <w:t>în</w:t>
            </w:r>
            <w:proofErr w:type="spellEnd"/>
            <w:r w:rsidRPr="00143D03">
              <w:rPr>
                <w:i/>
                <w:color w:val="7A7A7A"/>
              </w:rPr>
              <w:t xml:space="preserve"> </w:t>
            </w:r>
            <w:proofErr w:type="spellStart"/>
            <w:r w:rsidRPr="00143D03">
              <w:rPr>
                <w:i/>
                <w:color w:val="7A7A7A"/>
              </w:rPr>
              <w:t>vigoare</w:t>
            </w:r>
            <w:proofErr w:type="spellEnd"/>
            <w:r w:rsidRPr="00143D03">
              <w:rPr>
                <w:i/>
                <w:color w:val="7A7A7A"/>
              </w:rPr>
              <w:t xml:space="preserve"> de la 25.08.2026</w:t>
            </w:r>
          </w:p>
        </w:tc>
      </w:tr>
    </w:tbl>
    <w:p w14:paraId="030AE6C1" w14:textId="77777777" w:rsidR="00FC030E" w:rsidRDefault="00FC030E">
      <w:pPr>
        <w:spacing w:line="168" w:lineRule="auto"/>
      </w:pPr>
    </w:p>
    <w:p w14:paraId="259D2E99" w14:textId="77777777" w:rsidR="00365E65" w:rsidRDefault="00365E65">
      <w:pPr>
        <w:spacing w:line="168" w:lineRule="auto"/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14338B" w14:paraId="0B827F66" w14:textId="77777777">
        <w:trPr>
          <w:cantSplit/>
        </w:trPr>
        <w:tc>
          <w:tcPr>
            <w:tcW w:w="9636" w:type="dxa"/>
            <w:shd w:val="clear" w:color="auto" w:fill="F4F4F4"/>
          </w:tcPr>
          <w:p w14:paraId="2FC09E37" w14:textId="79A06479" w:rsidR="0014338B" w:rsidRDefault="00000000">
            <w:pPr>
              <w:keepNext/>
            </w:pPr>
            <w:r>
              <w:rPr>
                <w:b/>
                <w:sz w:val="16"/>
              </w:rPr>
              <w:t xml:space="preserve"> </w:t>
            </w:r>
            <w:r w:rsidR="00FC030E">
              <w:rPr>
                <w:b/>
                <w:sz w:val="16"/>
              </w:rPr>
              <w:t>7</w:t>
            </w:r>
            <w:r>
              <w:rPr>
                <w:b/>
                <w:sz w:val="16"/>
              </w:rPr>
              <w:t xml:space="preserve">. </w:t>
            </w:r>
            <w:r w:rsidR="00365E65">
              <w:rPr>
                <w:b/>
                <w:color w:val="000000"/>
                <w:sz w:val="18"/>
              </w:rPr>
              <w:t xml:space="preserve">ANEXEZ </w:t>
            </w:r>
          </w:p>
        </w:tc>
      </w:tr>
      <w:tr w:rsidR="00C25235" w:rsidRPr="00895605" w14:paraId="2099B500" w14:textId="77777777" w:rsidTr="00B862D0">
        <w:trPr>
          <w:cantSplit/>
          <w:trHeight w:val="2831"/>
        </w:trPr>
        <w:tc>
          <w:tcPr>
            <w:tcW w:w="9636" w:type="dxa"/>
          </w:tcPr>
          <w:p w14:paraId="2EE6BFB7" w14:textId="60A47592" w:rsidR="00C25235" w:rsidRPr="00143D03" w:rsidRDefault="00C25235" w:rsidP="00365E65">
            <w:pPr>
              <w:pStyle w:val="Listparagraf"/>
              <w:numPr>
                <w:ilvl w:val="0"/>
                <w:numId w:val="11"/>
              </w:numPr>
              <w:spacing w:after="33" w:line="275" w:lineRule="auto"/>
              <w:ind w:right="-6"/>
              <w:jc w:val="both"/>
              <w:rPr>
                <w:color w:val="0D5F78"/>
              </w:rPr>
            </w:pPr>
            <w:proofErr w:type="spellStart"/>
            <w:r w:rsidRPr="00143D03">
              <w:rPr>
                <w:b/>
                <w:color w:val="0D5F78"/>
              </w:rPr>
              <w:t>Dovada</w:t>
            </w:r>
            <w:proofErr w:type="spellEnd"/>
            <w:r w:rsidRPr="00143D03">
              <w:rPr>
                <w:b/>
                <w:color w:val="0D5F78"/>
              </w:rPr>
              <w:t xml:space="preserve"> </w:t>
            </w:r>
            <w:proofErr w:type="spellStart"/>
            <w:r w:rsidRPr="00143D03">
              <w:rPr>
                <w:b/>
                <w:color w:val="0D5F78"/>
              </w:rPr>
              <w:t>achitării</w:t>
            </w:r>
            <w:proofErr w:type="spellEnd"/>
            <w:r w:rsidRPr="00143D03">
              <w:rPr>
                <w:b/>
                <w:color w:val="0D5F78"/>
              </w:rPr>
              <w:t xml:space="preserve"> </w:t>
            </w:r>
            <w:proofErr w:type="spellStart"/>
            <w:r w:rsidRPr="00143D03">
              <w:rPr>
                <w:b/>
                <w:color w:val="0D5F78"/>
              </w:rPr>
              <w:t>cotei</w:t>
            </w:r>
            <w:proofErr w:type="spellEnd"/>
            <w:r w:rsidRPr="00143D03">
              <w:rPr>
                <w:b/>
                <w:color w:val="0D5F78"/>
              </w:rPr>
              <w:t xml:space="preserve"> de 0,1% din </w:t>
            </w:r>
            <w:proofErr w:type="spellStart"/>
            <w:r w:rsidRPr="00143D03">
              <w:rPr>
                <w:b/>
                <w:color w:val="0D5F78"/>
              </w:rPr>
              <w:t>valoarea</w:t>
            </w:r>
            <w:proofErr w:type="spellEnd"/>
            <w:r w:rsidRPr="00143D03">
              <w:rPr>
                <w:b/>
                <w:color w:val="0D5F78"/>
              </w:rPr>
              <w:t xml:space="preserve"> </w:t>
            </w:r>
            <w:proofErr w:type="spellStart"/>
            <w:r w:rsidRPr="00143D03">
              <w:rPr>
                <w:b/>
                <w:color w:val="0D5F78"/>
              </w:rPr>
              <w:t>lucrărilor</w:t>
            </w:r>
            <w:proofErr w:type="spellEnd"/>
            <w:r w:rsidRPr="00143D03">
              <w:rPr>
                <w:b/>
                <w:color w:val="0D5F78"/>
              </w:rPr>
              <w:t xml:space="preserve"> </w:t>
            </w:r>
            <w:proofErr w:type="spellStart"/>
            <w:r w:rsidRPr="00143D03">
              <w:rPr>
                <w:b/>
                <w:color w:val="0D5F78"/>
              </w:rPr>
              <w:t>autorizate</w:t>
            </w:r>
            <w:proofErr w:type="spellEnd"/>
            <w:r w:rsidRPr="00143D03">
              <w:rPr>
                <w:b/>
                <w:color w:val="0D5F78"/>
              </w:rPr>
              <w:t xml:space="preserve"> (</w:t>
            </w:r>
            <w:proofErr w:type="spellStart"/>
            <w:r w:rsidRPr="00143D03">
              <w:rPr>
                <w:b/>
                <w:color w:val="0D5F78"/>
              </w:rPr>
              <w:t>inclusiv</w:t>
            </w:r>
            <w:proofErr w:type="spellEnd"/>
            <w:r w:rsidRPr="00143D03">
              <w:rPr>
                <w:b/>
                <w:color w:val="0D5F78"/>
              </w:rPr>
              <w:t xml:space="preserve"> </w:t>
            </w:r>
            <w:proofErr w:type="spellStart"/>
            <w:r w:rsidRPr="00143D03">
              <w:rPr>
                <w:b/>
                <w:color w:val="0D5F78"/>
              </w:rPr>
              <w:t>diferențe</w:t>
            </w:r>
            <w:proofErr w:type="spellEnd"/>
            <w:r w:rsidRPr="00143D03">
              <w:rPr>
                <w:b/>
                <w:color w:val="0D5F78"/>
              </w:rPr>
              <w:t xml:space="preserve"> </w:t>
            </w:r>
            <w:proofErr w:type="spellStart"/>
            <w:r w:rsidRPr="00143D03">
              <w:rPr>
                <w:b/>
                <w:color w:val="0D5F78"/>
              </w:rPr>
              <w:t>rezultate</w:t>
            </w:r>
            <w:proofErr w:type="spellEnd"/>
            <w:r w:rsidRPr="00143D03">
              <w:rPr>
                <w:b/>
                <w:color w:val="0D5F78"/>
              </w:rPr>
              <w:t xml:space="preserve"> ca </w:t>
            </w:r>
            <w:proofErr w:type="spellStart"/>
            <w:r w:rsidRPr="00143D03">
              <w:rPr>
                <w:b/>
                <w:color w:val="0D5F78"/>
              </w:rPr>
              <w:t>urmare</w:t>
            </w:r>
            <w:proofErr w:type="spellEnd"/>
            <w:r w:rsidRPr="00143D03">
              <w:rPr>
                <w:b/>
                <w:color w:val="0D5F78"/>
              </w:rPr>
              <w:t xml:space="preserve"> </w:t>
            </w:r>
            <w:proofErr w:type="gramStart"/>
            <w:r w:rsidRPr="00143D03">
              <w:rPr>
                <w:b/>
                <w:color w:val="0D5F78"/>
              </w:rPr>
              <w:t>a</w:t>
            </w:r>
            <w:proofErr w:type="gramEnd"/>
            <w:r w:rsidRPr="00143D03">
              <w:rPr>
                <w:b/>
                <w:color w:val="0D5F78"/>
              </w:rPr>
              <w:t xml:space="preserve"> </w:t>
            </w:r>
            <w:proofErr w:type="spellStart"/>
            <w:r w:rsidRPr="00143D03">
              <w:rPr>
                <w:b/>
                <w:color w:val="0D5F78"/>
              </w:rPr>
              <w:t>actualizării</w:t>
            </w:r>
            <w:proofErr w:type="spellEnd"/>
            <w:r w:rsidRPr="00143D03">
              <w:rPr>
                <w:b/>
                <w:color w:val="0D5F78"/>
              </w:rPr>
              <w:t xml:space="preserve"> </w:t>
            </w:r>
            <w:proofErr w:type="spellStart"/>
            <w:r w:rsidRPr="00143D03">
              <w:rPr>
                <w:b/>
                <w:color w:val="0D5F78"/>
              </w:rPr>
              <w:t>valorii</w:t>
            </w:r>
            <w:proofErr w:type="spellEnd"/>
            <w:r w:rsidRPr="00143D03">
              <w:rPr>
                <w:b/>
                <w:color w:val="0D5F78"/>
              </w:rPr>
              <w:t xml:space="preserve"> </w:t>
            </w:r>
            <w:proofErr w:type="spellStart"/>
            <w:r w:rsidRPr="00143D03">
              <w:rPr>
                <w:b/>
                <w:color w:val="0D5F78"/>
              </w:rPr>
              <w:t>reale</w:t>
            </w:r>
            <w:proofErr w:type="spellEnd"/>
            <w:r w:rsidRPr="00143D03">
              <w:rPr>
                <w:b/>
                <w:color w:val="0D5F78"/>
              </w:rPr>
              <w:t xml:space="preserve">/finale a </w:t>
            </w:r>
            <w:proofErr w:type="spellStart"/>
            <w:r w:rsidRPr="00143D03">
              <w:rPr>
                <w:b/>
                <w:color w:val="0D5F78"/>
              </w:rPr>
              <w:t>lucrărilor</w:t>
            </w:r>
            <w:proofErr w:type="spellEnd"/>
            <w:r w:rsidRPr="00143D03">
              <w:rPr>
                <w:b/>
                <w:color w:val="0D5F78"/>
              </w:rPr>
              <w:t xml:space="preserve"> </w:t>
            </w:r>
            <w:proofErr w:type="spellStart"/>
            <w:r w:rsidRPr="00143D03">
              <w:rPr>
                <w:b/>
                <w:color w:val="0D5F78"/>
              </w:rPr>
              <w:t>executate</w:t>
            </w:r>
            <w:proofErr w:type="spellEnd"/>
            <w:r w:rsidRPr="00143D03">
              <w:rPr>
                <w:b/>
                <w:color w:val="0D5F78"/>
              </w:rPr>
              <w:t xml:space="preserve">), </w:t>
            </w:r>
            <w:proofErr w:type="spellStart"/>
            <w:r w:rsidRPr="00143D03">
              <w:rPr>
                <w:b/>
                <w:color w:val="0D5F78"/>
              </w:rPr>
              <w:t>în</w:t>
            </w:r>
            <w:proofErr w:type="spellEnd"/>
            <w:r w:rsidRPr="00143D03">
              <w:rPr>
                <w:b/>
                <w:color w:val="0D5F78"/>
              </w:rPr>
              <w:t xml:space="preserve"> </w:t>
            </w:r>
            <w:proofErr w:type="spellStart"/>
            <w:r w:rsidRPr="00143D03">
              <w:rPr>
                <w:b/>
                <w:color w:val="0D5F78"/>
              </w:rPr>
              <w:t>conformitate</w:t>
            </w:r>
            <w:proofErr w:type="spellEnd"/>
            <w:r w:rsidRPr="00143D03">
              <w:rPr>
                <w:b/>
                <w:color w:val="0D5F78"/>
              </w:rPr>
              <w:t xml:space="preserve"> cu </w:t>
            </w:r>
            <w:proofErr w:type="spellStart"/>
            <w:r w:rsidRPr="00143D03">
              <w:rPr>
                <w:b/>
                <w:color w:val="0D5F78"/>
              </w:rPr>
              <w:t>prevederile</w:t>
            </w:r>
            <w:proofErr w:type="spellEnd"/>
            <w:r w:rsidRPr="00143D03">
              <w:rPr>
                <w:b/>
                <w:color w:val="0D5F78"/>
              </w:rPr>
              <w:t xml:space="preserve"> art.143 din </w:t>
            </w:r>
            <w:proofErr w:type="spellStart"/>
            <w:r w:rsidRPr="00143D03">
              <w:rPr>
                <w:b/>
                <w:color w:val="0D5F78"/>
              </w:rPr>
              <w:t>Codul</w:t>
            </w:r>
            <w:proofErr w:type="spellEnd"/>
            <w:r w:rsidRPr="00143D03">
              <w:rPr>
                <w:b/>
                <w:color w:val="0D5F78"/>
              </w:rPr>
              <w:t xml:space="preserve"> </w:t>
            </w:r>
            <w:proofErr w:type="spellStart"/>
            <w:r w:rsidRPr="00143D03">
              <w:rPr>
                <w:b/>
                <w:color w:val="0D5F78"/>
              </w:rPr>
              <w:t>amenajării</w:t>
            </w:r>
            <w:proofErr w:type="spellEnd"/>
            <w:r w:rsidRPr="00143D03">
              <w:rPr>
                <w:b/>
                <w:color w:val="0D5F78"/>
              </w:rPr>
              <w:t xml:space="preserve"> </w:t>
            </w:r>
            <w:proofErr w:type="spellStart"/>
            <w:r w:rsidRPr="00143D03">
              <w:rPr>
                <w:b/>
                <w:color w:val="0D5F78"/>
              </w:rPr>
              <w:t>teritoriului</w:t>
            </w:r>
            <w:proofErr w:type="spellEnd"/>
            <w:r w:rsidRPr="00143D03">
              <w:rPr>
                <w:b/>
                <w:color w:val="0D5F78"/>
              </w:rPr>
              <w:t xml:space="preserve">, </w:t>
            </w:r>
            <w:proofErr w:type="spellStart"/>
            <w:r w:rsidRPr="00143D03">
              <w:rPr>
                <w:b/>
                <w:color w:val="0D5F78"/>
              </w:rPr>
              <w:t>urbanismului</w:t>
            </w:r>
            <w:proofErr w:type="spellEnd"/>
            <w:r w:rsidRPr="00143D03">
              <w:rPr>
                <w:b/>
                <w:color w:val="0D5F78"/>
              </w:rPr>
              <w:t xml:space="preserve"> </w:t>
            </w:r>
            <w:proofErr w:type="spellStart"/>
            <w:r w:rsidRPr="00143D03">
              <w:rPr>
                <w:b/>
                <w:color w:val="0D5F78"/>
              </w:rPr>
              <w:t>şi</w:t>
            </w:r>
            <w:proofErr w:type="spellEnd"/>
            <w:r w:rsidRPr="00143D03">
              <w:rPr>
                <w:b/>
                <w:color w:val="0D5F78"/>
              </w:rPr>
              <w:t xml:space="preserve"> </w:t>
            </w:r>
            <w:proofErr w:type="spellStart"/>
            <w:r w:rsidRPr="00143D03">
              <w:rPr>
                <w:b/>
                <w:color w:val="0D5F78"/>
              </w:rPr>
              <w:t>construcţiilor</w:t>
            </w:r>
            <w:proofErr w:type="spellEnd"/>
            <w:r w:rsidRPr="00143D03">
              <w:rPr>
                <w:b/>
                <w:color w:val="0D5F78"/>
              </w:rPr>
              <w:t xml:space="preserve">, </w:t>
            </w:r>
            <w:proofErr w:type="spellStart"/>
            <w:r w:rsidRPr="00143D03">
              <w:rPr>
                <w:b/>
                <w:color w:val="0D5F78"/>
              </w:rPr>
              <w:t>în</w:t>
            </w:r>
            <w:proofErr w:type="spellEnd"/>
            <w:r w:rsidRPr="00143D03">
              <w:rPr>
                <w:b/>
                <w:color w:val="0D5F78"/>
              </w:rPr>
              <w:t xml:space="preserve"> </w:t>
            </w:r>
            <w:proofErr w:type="spellStart"/>
            <w:r w:rsidRPr="00143D03">
              <w:rPr>
                <w:b/>
                <w:color w:val="0D5F78"/>
              </w:rPr>
              <w:t>vigoare</w:t>
            </w:r>
            <w:proofErr w:type="spellEnd"/>
            <w:r w:rsidRPr="00143D03">
              <w:rPr>
                <w:b/>
                <w:color w:val="0D5F78"/>
              </w:rPr>
              <w:t xml:space="preserve"> de la 25.08.2026.  </w:t>
            </w:r>
          </w:p>
          <w:p w14:paraId="2323C91A" w14:textId="7CFD9074" w:rsidR="00C25235" w:rsidRPr="00B862D0" w:rsidRDefault="00C25235" w:rsidP="00B862D0">
            <w:pPr>
              <w:ind w:firstLine="709"/>
              <w:rPr>
                <w:i/>
                <w:color w:val="7A7A7A"/>
                <w:lang w:val="fr-FR"/>
              </w:rPr>
            </w:pPr>
            <w:proofErr w:type="gramStart"/>
            <w:r w:rsidRPr="00895605">
              <w:rPr>
                <w:i/>
                <w:color w:val="7A7A7A"/>
                <w:lang w:val="fr-FR"/>
              </w:rPr>
              <w:t>se</w:t>
            </w:r>
            <w:proofErr w:type="gramEnd"/>
            <w:r w:rsidRPr="00895605">
              <w:rPr>
                <w:i/>
                <w:color w:val="7A7A7A"/>
                <w:lang w:val="fr-FR"/>
              </w:rPr>
              <w:t xml:space="preserve"> </w:t>
            </w:r>
            <w:proofErr w:type="spellStart"/>
            <w:r w:rsidRPr="00895605">
              <w:rPr>
                <w:i/>
                <w:color w:val="7A7A7A"/>
                <w:lang w:val="fr-FR"/>
              </w:rPr>
              <w:t>anexează</w:t>
            </w:r>
            <w:proofErr w:type="spellEnd"/>
            <w:r w:rsidRPr="00895605">
              <w:rPr>
                <w:i/>
                <w:color w:val="7A7A7A"/>
                <w:lang w:val="fr-FR"/>
              </w:rPr>
              <w:t xml:space="preserve"> </w:t>
            </w:r>
            <w:proofErr w:type="spellStart"/>
            <w:r w:rsidRPr="00895605">
              <w:rPr>
                <w:i/>
                <w:color w:val="7A7A7A"/>
                <w:lang w:val="fr-FR"/>
              </w:rPr>
              <w:t>în</w:t>
            </w:r>
            <w:proofErr w:type="spellEnd"/>
            <w:r w:rsidRPr="00895605">
              <w:rPr>
                <w:i/>
                <w:color w:val="7A7A7A"/>
                <w:lang w:val="fr-FR"/>
              </w:rPr>
              <w:t xml:space="preserve"> </w:t>
            </w:r>
            <w:proofErr w:type="gramStart"/>
            <w:r w:rsidRPr="00895605">
              <w:rPr>
                <w:i/>
                <w:color w:val="7A7A7A"/>
                <w:lang w:val="fr-FR"/>
              </w:rPr>
              <w:t>copie</w:t>
            </w:r>
            <w:r>
              <w:rPr>
                <w:i/>
                <w:color w:val="7A7A7A"/>
                <w:lang w:val="fr-FR"/>
              </w:rPr>
              <w:t>;</w:t>
            </w:r>
            <w:proofErr w:type="gramEnd"/>
          </w:p>
          <w:p w14:paraId="61AE66DD" w14:textId="77777777" w:rsidR="00C25235" w:rsidRPr="00CC429A" w:rsidRDefault="00C25235" w:rsidP="00CC429A">
            <w:pPr>
              <w:numPr>
                <w:ilvl w:val="0"/>
                <w:numId w:val="11"/>
              </w:numPr>
              <w:spacing w:after="33" w:line="275" w:lineRule="auto"/>
              <w:ind w:right="-6"/>
              <w:jc w:val="both"/>
              <w:rPr>
                <w:color w:val="0D5F78"/>
                <w:lang w:val="fr-FR"/>
              </w:rPr>
            </w:pPr>
            <w:proofErr w:type="spellStart"/>
            <w:r w:rsidRPr="00CC429A">
              <w:rPr>
                <w:b/>
                <w:color w:val="0D5F78"/>
                <w:lang w:val="fr-FR"/>
              </w:rPr>
              <w:t>Dovada</w:t>
            </w:r>
            <w:proofErr w:type="spellEnd"/>
            <w:r w:rsidRPr="00CC429A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CC429A">
              <w:rPr>
                <w:b/>
                <w:color w:val="0D5F78"/>
                <w:lang w:val="fr-FR"/>
              </w:rPr>
              <w:t>achitării</w:t>
            </w:r>
            <w:proofErr w:type="spellEnd"/>
            <w:r w:rsidRPr="00CC429A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CC429A">
              <w:rPr>
                <w:b/>
                <w:color w:val="0D5F78"/>
                <w:lang w:val="fr-FR"/>
              </w:rPr>
              <w:t>sumei</w:t>
            </w:r>
            <w:proofErr w:type="spellEnd"/>
            <w:r w:rsidRPr="00CC429A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CC429A">
              <w:rPr>
                <w:b/>
                <w:color w:val="0D5F78"/>
                <w:lang w:val="fr-FR"/>
              </w:rPr>
              <w:t>rezultate</w:t>
            </w:r>
            <w:proofErr w:type="spellEnd"/>
            <w:r w:rsidRPr="00CC429A">
              <w:rPr>
                <w:b/>
                <w:color w:val="0D5F78"/>
                <w:lang w:val="fr-FR"/>
              </w:rPr>
              <w:t xml:space="preserve"> </w:t>
            </w:r>
            <w:proofErr w:type="gramStart"/>
            <w:r w:rsidRPr="00CC429A">
              <w:rPr>
                <w:b/>
                <w:color w:val="0D5F78"/>
                <w:lang w:val="fr-FR"/>
              </w:rPr>
              <w:t>ca</w:t>
            </w:r>
            <w:proofErr w:type="gramEnd"/>
            <w:r w:rsidRPr="00CC429A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CC429A">
              <w:rPr>
                <w:b/>
                <w:color w:val="0D5F78"/>
                <w:lang w:val="fr-FR"/>
              </w:rPr>
              <w:t>diferenţă</w:t>
            </w:r>
            <w:proofErr w:type="spellEnd"/>
            <w:r w:rsidRPr="00CC429A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CC429A">
              <w:rPr>
                <w:b/>
                <w:color w:val="0D5F78"/>
                <w:lang w:val="fr-FR"/>
              </w:rPr>
              <w:t>între</w:t>
            </w:r>
            <w:proofErr w:type="spellEnd"/>
            <w:r w:rsidRPr="00CC429A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CC429A">
              <w:rPr>
                <w:b/>
                <w:color w:val="0D5F78"/>
                <w:lang w:val="fr-FR"/>
              </w:rPr>
              <w:t>suma</w:t>
            </w:r>
            <w:proofErr w:type="spellEnd"/>
            <w:r w:rsidRPr="00CC429A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CC429A">
              <w:rPr>
                <w:b/>
                <w:color w:val="0D5F78"/>
                <w:lang w:val="fr-FR"/>
              </w:rPr>
              <w:t>echivalentă</w:t>
            </w:r>
            <w:proofErr w:type="spellEnd"/>
            <w:r w:rsidRPr="00CC429A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CC429A">
              <w:rPr>
                <w:b/>
                <w:color w:val="0D5F78"/>
                <w:lang w:val="fr-FR"/>
              </w:rPr>
              <w:t>cotei</w:t>
            </w:r>
            <w:proofErr w:type="spellEnd"/>
            <w:r w:rsidRPr="00CC429A">
              <w:rPr>
                <w:b/>
                <w:color w:val="0D5F78"/>
                <w:lang w:val="fr-FR"/>
              </w:rPr>
              <w:t xml:space="preserve"> de 0,5% </w:t>
            </w:r>
            <w:proofErr w:type="spellStart"/>
            <w:r w:rsidRPr="00CC429A">
              <w:rPr>
                <w:b/>
                <w:color w:val="0D5F78"/>
                <w:lang w:val="fr-FR"/>
              </w:rPr>
              <w:t>aplicate</w:t>
            </w:r>
            <w:proofErr w:type="spellEnd"/>
            <w:r w:rsidRPr="00CC429A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CC429A">
              <w:rPr>
                <w:b/>
                <w:color w:val="0D5F78"/>
                <w:lang w:val="fr-FR"/>
              </w:rPr>
              <w:t>valorii</w:t>
            </w:r>
            <w:proofErr w:type="spellEnd"/>
            <w:r w:rsidRPr="00CC429A">
              <w:rPr>
                <w:b/>
                <w:color w:val="0D5F78"/>
                <w:lang w:val="fr-FR"/>
              </w:rPr>
              <w:t xml:space="preserve"> finale, </w:t>
            </w:r>
            <w:proofErr w:type="spellStart"/>
            <w:r w:rsidRPr="00CC429A">
              <w:rPr>
                <w:b/>
                <w:color w:val="0D5F78"/>
                <w:lang w:val="fr-FR"/>
              </w:rPr>
              <w:t>fără</w:t>
            </w:r>
            <w:proofErr w:type="spellEnd"/>
            <w:r w:rsidRPr="00CC429A">
              <w:rPr>
                <w:b/>
                <w:color w:val="0D5F78"/>
                <w:lang w:val="fr-FR"/>
              </w:rPr>
              <w:t xml:space="preserve"> TVA, a </w:t>
            </w:r>
            <w:proofErr w:type="spellStart"/>
            <w:r w:rsidRPr="00CC429A">
              <w:rPr>
                <w:b/>
                <w:color w:val="0D5F78"/>
                <w:lang w:val="fr-FR"/>
              </w:rPr>
              <w:t>lucrărilor</w:t>
            </w:r>
            <w:proofErr w:type="spellEnd"/>
            <w:r w:rsidRPr="00CC429A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CC429A">
              <w:rPr>
                <w:b/>
                <w:color w:val="0D5F78"/>
                <w:lang w:val="fr-FR"/>
              </w:rPr>
              <w:t>executate</w:t>
            </w:r>
            <w:proofErr w:type="spellEnd"/>
            <w:r w:rsidRPr="00CC429A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CC429A">
              <w:rPr>
                <w:b/>
                <w:color w:val="0D5F78"/>
                <w:lang w:val="fr-FR"/>
              </w:rPr>
              <w:t>şi</w:t>
            </w:r>
            <w:proofErr w:type="spellEnd"/>
            <w:r w:rsidRPr="00CC429A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CC429A">
              <w:rPr>
                <w:b/>
                <w:color w:val="0D5F78"/>
                <w:lang w:val="fr-FR"/>
              </w:rPr>
              <w:t>suma</w:t>
            </w:r>
            <w:proofErr w:type="spellEnd"/>
            <w:r w:rsidRPr="00CC429A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CC429A">
              <w:rPr>
                <w:b/>
                <w:color w:val="0D5F78"/>
                <w:lang w:val="fr-FR"/>
              </w:rPr>
              <w:t>virată</w:t>
            </w:r>
            <w:proofErr w:type="spellEnd"/>
            <w:r w:rsidRPr="00CC429A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CC429A">
              <w:rPr>
                <w:b/>
                <w:color w:val="0D5F78"/>
                <w:lang w:val="fr-FR"/>
              </w:rPr>
              <w:t>potrivit</w:t>
            </w:r>
            <w:proofErr w:type="spellEnd"/>
            <w:r w:rsidRPr="00CC429A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CC429A">
              <w:rPr>
                <w:b/>
                <w:color w:val="0D5F78"/>
                <w:lang w:val="fr-FR"/>
              </w:rPr>
              <w:t>prevederilor</w:t>
            </w:r>
            <w:proofErr w:type="spellEnd"/>
            <w:r w:rsidRPr="00CC429A">
              <w:rPr>
                <w:b/>
                <w:color w:val="0D5F78"/>
                <w:lang w:val="fr-FR"/>
              </w:rPr>
              <w:t xml:space="preserve"> art. 352 </w:t>
            </w:r>
            <w:proofErr w:type="spellStart"/>
            <w:r w:rsidRPr="00CC429A">
              <w:rPr>
                <w:b/>
                <w:color w:val="0D5F78"/>
                <w:lang w:val="fr-FR"/>
              </w:rPr>
              <w:t>din</w:t>
            </w:r>
            <w:proofErr w:type="spellEnd"/>
            <w:r w:rsidRPr="00CC429A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CC429A">
              <w:rPr>
                <w:b/>
                <w:bCs/>
                <w:color w:val="0D5F78"/>
                <w:lang w:val="fr-FR"/>
              </w:rPr>
              <w:t>Codul</w:t>
            </w:r>
            <w:proofErr w:type="spellEnd"/>
            <w:r w:rsidRPr="00CC429A">
              <w:rPr>
                <w:b/>
                <w:bCs/>
                <w:color w:val="0D5F78"/>
                <w:lang w:val="fr-FR"/>
              </w:rPr>
              <w:t xml:space="preserve"> </w:t>
            </w:r>
            <w:proofErr w:type="spellStart"/>
            <w:r w:rsidRPr="00CC429A">
              <w:rPr>
                <w:b/>
                <w:bCs/>
                <w:color w:val="0D5F78"/>
                <w:lang w:val="fr-FR"/>
              </w:rPr>
              <w:t>amenajării</w:t>
            </w:r>
            <w:proofErr w:type="spellEnd"/>
            <w:r w:rsidRPr="00CC429A">
              <w:rPr>
                <w:b/>
                <w:bCs/>
                <w:color w:val="0D5F78"/>
                <w:lang w:val="fr-FR"/>
              </w:rPr>
              <w:t xml:space="preserve"> </w:t>
            </w:r>
            <w:proofErr w:type="spellStart"/>
            <w:r w:rsidRPr="00CC429A">
              <w:rPr>
                <w:b/>
                <w:bCs/>
                <w:color w:val="0D5F78"/>
                <w:lang w:val="fr-FR"/>
              </w:rPr>
              <w:t>teritoriului</w:t>
            </w:r>
            <w:proofErr w:type="spellEnd"/>
            <w:r w:rsidRPr="00CC429A">
              <w:rPr>
                <w:b/>
                <w:bCs/>
                <w:color w:val="0D5F78"/>
                <w:lang w:val="fr-FR"/>
              </w:rPr>
              <w:t xml:space="preserve">, </w:t>
            </w:r>
            <w:proofErr w:type="spellStart"/>
            <w:r w:rsidRPr="00CC429A">
              <w:rPr>
                <w:b/>
                <w:bCs/>
                <w:color w:val="0D5F78"/>
                <w:lang w:val="fr-FR"/>
              </w:rPr>
              <w:t>urbanismului</w:t>
            </w:r>
            <w:proofErr w:type="spellEnd"/>
            <w:r w:rsidRPr="00CC429A">
              <w:rPr>
                <w:b/>
                <w:bCs/>
                <w:color w:val="0D5F78"/>
                <w:lang w:val="fr-FR"/>
              </w:rPr>
              <w:t xml:space="preserve"> </w:t>
            </w:r>
            <w:proofErr w:type="spellStart"/>
            <w:r w:rsidRPr="00CC429A">
              <w:rPr>
                <w:b/>
                <w:bCs/>
                <w:color w:val="0D5F78"/>
                <w:lang w:val="fr-FR"/>
              </w:rPr>
              <w:t>şi</w:t>
            </w:r>
            <w:proofErr w:type="spellEnd"/>
            <w:r w:rsidRPr="00CC429A">
              <w:rPr>
                <w:b/>
                <w:bCs/>
                <w:color w:val="0D5F78"/>
                <w:lang w:val="fr-FR"/>
              </w:rPr>
              <w:t xml:space="preserve"> </w:t>
            </w:r>
            <w:proofErr w:type="spellStart"/>
            <w:r w:rsidRPr="00CC429A">
              <w:rPr>
                <w:b/>
                <w:bCs/>
                <w:color w:val="0D5F78"/>
                <w:lang w:val="fr-FR"/>
              </w:rPr>
              <w:t>construcţiilor</w:t>
            </w:r>
            <w:proofErr w:type="spellEnd"/>
            <w:r w:rsidRPr="00CC429A">
              <w:rPr>
                <w:b/>
                <w:bCs/>
                <w:color w:val="0D5F78"/>
                <w:lang w:val="fr-FR"/>
              </w:rPr>
              <w:t xml:space="preserve">, </w:t>
            </w:r>
            <w:proofErr w:type="spellStart"/>
            <w:r w:rsidRPr="00CC429A">
              <w:rPr>
                <w:b/>
                <w:bCs/>
                <w:color w:val="0D5F78"/>
                <w:lang w:val="fr-FR"/>
              </w:rPr>
              <w:t>în</w:t>
            </w:r>
            <w:proofErr w:type="spellEnd"/>
            <w:r w:rsidRPr="00CC429A">
              <w:rPr>
                <w:b/>
                <w:bCs/>
                <w:color w:val="0D5F78"/>
                <w:lang w:val="fr-FR"/>
              </w:rPr>
              <w:t xml:space="preserve"> </w:t>
            </w:r>
            <w:proofErr w:type="spellStart"/>
            <w:r w:rsidRPr="00CC429A">
              <w:rPr>
                <w:b/>
                <w:bCs/>
                <w:color w:val="0D5F78"/>
                <w:lang w:val="fr-FR"/>
              </w:rPr>
              <w:t>vigoare</w:t>
            </w:r>
            <w:proofErr w:type="spellEnd"/>
            <w:r w:rsidRPr="00CC429A">
              <w:rPr>
                <w:b/>
                <w:bCs/>
                <w:color w:val="0D5F78"/>
                <w:lang w:val="fr-FR"/>
              </w:rPr>
              <w:t xml:space="preserve"> de la 25.08.2026</w:t>
            </w:r>
          </w:p>
          <w:p w14:paraId="5EBBFE29" w14:textId="508AEEF2" w:rsidR="00C25235" w:rsidRPr="00B862D0" w:rsidRDefault="00C25235" w:rsidP="00B862D0">
            <w:pPr>
              <w:ind w:firstLine="709"/>
              <w:rPr>
                <w:i/>
                <w:color w:val="7A7A7A"/>
                <w:lang w:val="fr-FR"/>
              </w:rPr>
            </w:pPr>
            <w:proofErr w:type="gramStart"/>
            <w:r w:rsidRPr="00895605">
              <w:rPr>
                <w:i/>
                <w:color w:val="7A7A7A"/>
                <w:lang w:val="fr-FR"/>
              </w:rPr>
              <w:t>se</w:t>
            </w:r>
            <w:proofErr w:type="gramEnd"/>
            <w:r w:rsidRPr="00895605">
              <w:rPr>
                <w:i/>
                <w:color w:val="7A7A7A"/>
                <w:lang w:val="fr-FR"/>
              </w:rPr>
              <w:t xml:space="preserve"> </w:t>
            </w:r>
            <w:proofErr w:type="spellStart"/>
            <w:r w:rsidRPr="00895605">
              <w:rPr>
                <w:i/>
                <w:color w:val="7A7A7A"/>
                <w:lang w:val="fr-FR"/>
              </w:rPr>
              <w:t>anexează</w:t>
            </w:r>
            <w:proofErr w:type="spellEnd"/>
            <w:r w:rsidRPr="00895605">
              <w:rPr>
                <w:i/>
                <w:color w:val="7A7A7A"/>
                <w:lang w:val="fr-FR"/>
              </w:rPr>
              <w:t xml:space="preserve"> </w:t>
            </w:r>
            <w:proofErr w:type="spellStart"/>
            <w:r w:rsidRPr="00895605">
              <w:rPr>
                <w:i/>
                <w:color w:val="7A7A7A"/>
                <w:lang w:val="fr-FR"/>
              </w:rPr>
              <w:t>în</w:t>
            </w:r>
            <w:proofErr w:type="spellEnd"/>
            <w:r w:rsidRPr="00895605">
              <w:rPr>
                <w:i/>
                <w:color w:val="7A7A7A"/>
                <w:lang w:val="fr-FR"/>
              </w:rPr>
              <w:t xml:space="preserve"> copie</w:t>
            </w:r>
            <w:r>
              <w:rPr>
                <w:i/>
                <w:color w:val="7A7A7A"/>
                <w:lang w:val="fr-FR"/>
              </w:rPr>
              <w:t> ;</w:t>
            </w:r>
          </w:p>
          <w:p w14:paraId="6D1257EA" w14:textId="524A22E3" w:rsidR="00C25235" w:rsidRDefault="00C25235" w:rsidP="00CC429A">
            <w:pPr>
              <w:pStyle w:val="Listparagraf"/>
              <w:numPr>
                <w:ilvl w:val="0"/>
                <w:numId w:val="11"/>
              </w:numPr>
              <w:spacing w:after="33" w:line="275" w:lineRule="auto"/>
              <w:ind w:right="-6"/>
              <w:jc w:val="both"/>
              <w:rPr>
                <w:b/>
                <w:color w:val="0D5F78"/>
                <w:lang w:val="fr-FR"/>
              </w:rPr>
            </w:pPr>
            <w:r>
              <w:rPr>
                <w:b/>
                <w:color w:val="0D5F78"/>
                <w:lang w:val="fr-FR"/>
              </w:rPr>
              <w:t>C</w:t>
            </w:r>
            <w:r w:rsidRPr="00CC429A">
              <w:rPr>
                <w:b/>
                <w:color w:val="0D5F78"/>
                <w:lang w:val="fr-FR"/>
              </w:rPr>
              <w:t xml:space="preserve">artea de </w:t>
            </w:r>
            <w:proofErr w:type="spellStart"/>
            <w:r w:rsidRPr="00CC429A">
              <w:rPr>
                <w:b/>
                <w:color w:val="0D5F78"/>
                <w:lang w:val="fr-FR"/>
              </w:rPr>
              <w:t>identitate</w:t>
            </w:r>
            <w:proofErr w:type="spellEnd"/>
            <w:r w:rsidRPr="00CC429A">
              <w:rPr>
                <w:b/>
                <w:color w:val="0D5F78"/>
                <w:lang w:val="fr-FR"/>
              </w:rPr>
              <w:t xml:space="preserve">, </w:t>
            </w:r>
            <w:proofErr w:type="spellStart"/>
            <w:r w:rsidRPr="00CC429A">
              <w:rPr>
                <w:b/>
                <w:color w:val="0D5F78"/>
                <w:lang w:val="fr-FR"/>
              </w:rPr>
              <w:t>cartea</w:t>
            </w:r>
            <w:proofErr w:type="spellEnd"/>
            <w:r w:rsidRPr="00CC429A">
              <w:rPr>
                <w:b/>
                <w:color w:val="0D5F78"/>
                <w:lang w:val="fr-FR"/>
              </w:rPr>
              <w:t xml:space="preserve"> de </w:t>
            </w:r>
            <w:proofErr w:type="spellStart"/>
            <w:r w:rsidRPr="00CC429A">
              <w:rPr>
                <w:b/>
                <w:color w:val="0D5F78"/>
                <w:lang w:val="fr-FR"/>
              </w:rPr>
              <w:t>identitate</w:t>
            </w:r>
            <w:proofErr w:type="spellEnd"/>
            <w:r w:rsidRPr="00CC429A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CC429A">
              <w:rPr>
                <w:b/>
                <w:color w:val="0D5F78"/>
                <w:lang w:val="fr-FR"/>
              </w:rPr>
              <w:t>provizorie</w:t>
            </w:r>
            <w:proofErr w:type="spellEnd"/>
            <w:r w:rsidRPr="00CC429A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CC429A">
              <w:rPr>
                <w:b/>
                <w:color w:val="0D5F78"/>
                <w:lang w:val="fr-FR"/>
              </w:rPr>
              <w:t>sau</w:t>
            </w:r>
            <w:proofErr w:type="spellEnd"/>
            <w:r w:rsidRPr="00CC429A">
              <w:rPr>
                <w:b/>
                <w:color w:val="0D5F78"/>
                <w:lang w:val="fr-FR"/>
              </w:rPr>
              <w:t xml:space="preserve">, </w:t>
            </w:r>
            <w:proofErr w:type="spellStart"/>
            <w:r w:rsidRPr="00CC429A">
              <w:rPr>
                <w:b/>
                <w:color w:val="0D5F78"/>
                <w:lang w:val="fr-FR"/>
              </w:rPr>
              <w:t>după</w:t>
            </w:r>
            <w:proofErr w:type="spellEnd"/>
            <w:r w:rsidRPr="00CC429A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CC429A">
              <w:rPr>
                <w:b/>
                <w:color w:val="0D5F78"/>
                <w:lang w:val="fr-FR"/>
              </w:rPr>
              <w:t>caz</w:t>
            </w:r>
            <w:proofErr w:type="spellEnd"/>
            <w:r w:rsidRPr="00CC429A">
              <w:rPr>
                <w:b/>
                <w:color w:val="0D5F78"/>
                <w:lang w:val="fr-FR"/>
              </w:rPr>
              <w:t xml:space="preserve">, </w:t>
            </w:r>
            <w:proofErr w:type="spellStart"/>
            <w:r w:rsidRPr="00CC429A">
              <w:rPr>
                <w:b/>
                <w:color w:val="0D5F78"/>
                <w:lang w:val="fr-FR"/>
              </w:rPr>
              <w:t>buletinul</w:t>
            </w:r>
            <w:proofErr w:type="spellEnd"/>
            <w:r w:rsidRPr="00CC429A">
              <w:rPr>
                <w:b/>
                <w:color w:val="0D5F78"/>
                <w:lang w:val="fr-FR"/>
              </w:rPr>
              <w:t xml:space="preserve"> de </w:t>
            </w:r>
            <w:proofErr w:type="spellStart"/>
            <w:r w:rsidRPr="00CC429A">
              <w:rPr>
                <w:b/>
                <w:color w:val="0D5F78"/>
                <w:lang w:val="fr-FR"/>
              </w:rPr>
              <w:t>identitate</w:t>
            </w:r>
            <w:proofErr w:type="spellEnd"/>
            <w:r w:rsidRPr="00CC429A">
              <w:rPr>
                <w:b/>
                <w:color w:val="0D5F78"/>
                <w:lang w:val="fr-FR"/>
              </w:rPr>
              <w:t xml:space="preserve">, </w:t>
            </w:r>
            <w:proofErr w:type="spellStart"/>
            <w:r w:rsidRPr="00CC429A">
              <w:rPr>
                <w:b/>
                <w:color w:val="0D5F78"/>
                <w:lang w:val="fr-FR"/>
              </w:rPr>
              <w:t>aflate</w:t>
            </w:r>
            <w:proofErr w:type="spellEnd"/>
            <w:r w:rsidRPr="00CC429A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CC429A">
              <w:rPr>
                <w:b/>
                <w:color w:val="0D5F78"/>
                <w:lang w:val="fr-FR"/>
              </w:rPr>
              <w:t>în</w:t>
            </w:r>
            <w:proofErr w:type="spellEnd"/>
            <w:r w:rsidRPr="00CC429A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CC429A">
              <w:rPr>
                <w:b/>
                <w:color w:val="0D5F78"/>
                <w:lang w:val="fr-FR"/>
              </w:rPr>
              <w:t>termen</w:t>
            </w:r>
            <w:proofErr w:type="spellEnd"/>
            <w:r w:rsidRPr="00CC429A">
              <w:rPr>
                <w:b/>
                <w:color w:val="0D5F78"/>
                <w:lang w:val="fr-FR"/>
              </w:rPr>
              <w:t xml:space="preserve"> de </w:t>
            </w:r>
            <w:proofErr w:type="spellStart"/>
            <w:r w:rsidRPr="00CC429A">
              <w:rPr>
                <w:b/>
                <w:color w:val="0D5F78"/>
                <w:lang w:val="fr-FR"/>
              </w:rPr>
              <w:t>valabilitate</w:t>
            </w:r>
            <w:proofErr w:type="spellEnd"/>
            <w:r w:rsidRPr="00CC429A">
              <w:rPr>
                <w:b/>
                <w:color w:val="0D5F78"/>
                <w:lang w:val="fr-FR"/>
              </w:rPr>
              <w:t xml:space="preserve">, a </w:t>
            </w:r>
            <w:proofErr w:type="spellStart"/>
            <w:r w:rsidRPr="00CC429A">
              <w:rPr>
                <w:b/>
                <w:color w:val="0D5F78"/>
                <w:lang w:val="fr-FR"/>
              </w:rPr>
              <w:t>titularului</w:t>
            </w:r>
            <w:proofErr w:type="spellEnd"/>
            <w:r w:rsidRPr="00CC429A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CC429A">
              <w:rPr>
                <w:b/>
                <w:color w:val="0D5F78"/>
                <w:lang w:val="fr-FR"/>
              </w:rPr>
              <w:t>autorizației</w:t>
            </w:r>
            <w:proofErr w:type="spellEnd"/>
            <w:r w:rsidRPr="00CC429A">
              <w:rPr>
                <w:b/>
                <w:color w:val="0D5F78"/>
                <w:lang w:val="fr-FR"/>
              </w:rPr>
              <w:t xml:space="preserve"> de construire/</w:t>
            </w:r>
            <w:proofErr w:type="spellStart"/>
            <w:r w:rsidRPr="00CC429A">
              <w:rPr>
                <w:b/>
                <w:color w:val="0D5F78"/>
                <w:lang w:val="fr-FR"/>
              </w:rPr>
              <w:t>desființare</w:t>
            </w:r>
            <w:proofErr w:type="spellEnd"/>
            <w:r w:rsidRPr="00CC429A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CC429A">
              <w:rPr>
                <w:b/>
                <w:color w:val="0D5F78"/>
                <w:lang w:val="fr-FR"/>
              </w:rPr>
              <w:t>pentru</w:t>
            </w:r>
            <w:proofErr w:type="spellEnd"/>
            <w:r w:rsidRPr="00CC429A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CC429A">
              <w:rPr>
                <w:b/>
                <w:color w:val="0D5F78"/>
                <w:lang w:val="fr-FR"/>
              </w:rPr>
              <w:t>persoane</w:t>
            </w:r>
            <w:proofErr w:type="spellEnd"/>
            <w:r w:rsidRPr="00CC429A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CC429A">
              <w:rPr>
                <w:b/>
                <w:color w:val="0D5F78"/>
                <w:lang w:val="fr-FR"/>
              </w:rPr>
              <w:t>fizice</w:t>
            </w:r>
            <w:proofErr w:type="spellEnd"/>
            <w:r w:rsidRPr="00CC429A">
              <w:rPr>
                <w:b/>
                <w:color w:val="0D5F78"/>
                <w:lang w:val="fr-FR"/>
              </w:rPr>
              <w:t xml:space="preserve">, </w:t>
            </w:r>
            <w:proofErr w:type="spellStart"/>
            <w:r w:rsidRPr="00CC429A">
              <w:rPr>
                <w:b/>
                <w:color w:val="0D5F78"/>
                <w:lang w:val="fr-FR"/>
              </w:rPr>
              <w:t>respectiv</w:t>
            </w:r>
            <w:proofErr w:type="spellEnd"/>
            <w:r w:rsidRPr="00CC429A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CC429A">
              <w:rPr>
                <w:b/>
                <w:color w:val="0D5F78"/>
                <w:lang w:val="fr-FR"/>
              </w:rPr>
              <w:t>certificatul</w:t>
            </w:r>
            <w:proofErr w:type="spellEnd"/>
            <w:r w:rsidRPr="00CC429A">
              <w:rPr>
                <w:b/>
                <w:color w:val="0D5F78"/>
                <w:lang w:val="fr-FR"/>
              </w:rPr>
              <w:t xml:space="preserve"> de </w:t>
            </w:r>
            <w:proofErr w:type="spellStart"/>
            <w:r w:rsidRPr="00CC429A">
              <w:rPr>
                <w:b/>
                <w:color w:val="0D5F78"/>
                <w:lang w:val="fr-FR"/>
              </w:rPr>
              <w:t>înregistrare</w:t>
            </w:r>
            <w:proofErr w:type="spellEnd"/>
            <w:r w:rsidRPr="00CC429A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CC429A">
              <w:rPr>
                <w:b/>
                <w:color w:val="0D5F78"/>
                <w:lang w:val="fr-FR"/>
              </w:rPr>
              <w:t>fiscală</w:t>
            </w:r>
            <w:proofErr w:type="spellEnd"/>
            <w:r w:rsidRPr="00CC429A">
              <w:rPr>
                <w:b/>
                <w:color w:val="0D5F78"/>
                <w:lang w:val="fr-FR"/>
              </w:rPr>
              <w:t xml:space="preserve">, </w:t>
            </w:r>
            <w:proofErr w:type="spellStart"/>
            <w:r w:rsidRPr="00CC429A">
              <w:rPr>
                <w:b/>
                <w:color w:val="0D5F78"/>
                <w:lang w:val="fr-FR"/>
              </w:rPr>
              <w:t>pentru</w:t>
            </w:r>
            <w:proofErr w:type="spellEnd"/>
            <w:r w:rsidRPr="00CC429A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CC429A">
              <w:rPr>
                <w:b/>
                <w:color w:val="0D5F78"/>
                <w:lang w:val="fr-FR"/>
              </w:rPr>
              <w:t>persoanele</w:t>
            </w:r>
            <w:proofErr w:type="spellEnd"/>
            <w:r w:rsidRPr="00CC429A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CC429A">
              <w:rPr>
                <w:b/>
                <w:color w:val="0D5F78"/>
                <w:lang w:val="fr-FR"/>
              </w:rPr>
              <w:t>juridice</w:t>
            </w:r>
            <w:proofErr w:type="spellEnd"/>
            <w:r w:rsidRPr="00CC429A">
              <w:rPr>
                <w:b/>
                <w:color w:val="0D5F78"/>
                <w:lang w:val="fr-FR"/>
              </w:rPr>
              <w:t xml:space="preserve">. </w:t>
            </w:r>
            <w:proofErr w:type="spellStart"/>
            <w:r w:rsidRPr="00CC429A">
              <w:rPr>
                <w:b/>
                <w:color w:val="0D5F78"/>
                <w:lang w:val="fr-FR"/>
              </w:rPr>
              <w:t>Fără</w:t>
            </w:r>
            <w:proofErr w:type="spellEnd"/>
            <w:r w:rsidRPr="00CC429A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CC429A">
              <w:rPr>
                <w:b/>
                <w:color w:val="0D5F78"/>
                <w:lang w:val="fr-FR"/>
              </w:rPr>
              <w:t>dovada</w:t>
            </w:r>
            <w:proofErr w:type="spellEnd"/>
            <w:r w:rsidRPr="00CC429A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CC429A">
              <w:rPr>
                <w:b/>
                <w:color w:val="0D5F78"/>
                <w:lang w:val="fr-FR"/>
              </w:rPr>
              <w:t>identității</w:t>
            </w:r>
            <w:proofErr w:type="spellEnd"/>
            <w:r w:rsidRPr="00CC429A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CC429A">
              <w:rPr>
                <w:b/>
                <w:color w:val="0D5F78"/>
                <w:lang w:val="fr-FR"/>
              </w:rPr>
              <w:t>titularului</w:t>
            </w:r>
            <w:proofErr w:type="spellEnd"/>
            <w:r w:rsidRPr="00CC429A">
              <w:rPr>
                <w:b/>
                <w:color w:val="0D5F78"/>
                <w:lang w:val="fr-FR"/>
              </w:rPr>
              <w:t xml:space="preserve"> nu se va </w:t>
            </w:r>
            <w:proofErr w:type="spellStart"/>
            <w:r w:rsidRPr="00CC429A">
              <w:rPr>
                <w:b/>
                <w:color w:val="0D5F78"/>
                <w:lang w:val="fr-FR"/>
              </w:rPr>
              <w:t>înregistra</w:t>
            </w:r>
            <w:proofErr w:type="spellEnd"/>
            <w:r w:rsidRPr="00CC429A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CC429A">
              <w:rPr>
                <w:b/>
                <w:color w:val="0D5F78"/>
                <w:lang w:val="fr-FR"/>
              </w:rPr>
              <w:t>formularul</w:t>
            </w:r>
            <w:proofErr w:type="spellEnd"/>
            <w:r w:rsidRPr="00CC429A">
              <w:rPr>
                <w:b/>
                <w:color w:val="0D5F78"/>
                <w:lang w:val="fr-FR"/>
              </w:rPr>
              <w:t xml:space="preserve"> F</w:t>
            </w:r>
            <w:r>
              <w:rPr>
                <w:b/>
                <w:color w:val="0D5F78"/>
                <w:lang w:val="fr-FR"/>
              </w:rPr>
              <w:t>_A_1</w:t>
            </w:r>
            <w:r w:rsidR="00143D03">
              <w:rPr>
                <w:b/>
                <w:color w:val="0D5F78"/>
                <w:lang w:val="fr-FR"/>
              </w:rPr>
              <w:t>1</w:t>
            </w:r>
            <w:r>
              <w:rPr>
                <w:b/>
                <w:color w:val="0D5F78"/>
                <w:lang w:val="fr-FR"/>
              </w:rPr>
              <w:t xml:space="preserve">. </w:t>
            </w:r>
          </w:p>
          <w:p w14:paraId="309934A5" w14:textId="4543AE85" w:rsidR="00C25235" w:rsidRPr="00B862D0" w:rsidRDefault="00C25235" w:rsidP="00B862D0">
            <w:pPr>
              <w:ind w:firstLine="709"/>
              <w:rPr>
                <w:i/>
                <w:color w:val="7A7A7A"/>
                <w:lang w:val="fr-FR"/>
              </w:rPr>
            </w:pPr>
            <w:proofErr w:type="gramStart"/>
            <w:r w:rsidRPr="00895605">
              <w:rPr>
                <w:i/>
                <w:color w:val="7A7A7A"/>
                <w:lang w:val="fr-FR"/>
              </w:rPr>
              <w:t>se</w:t>
            </w:r>
            <w:proofErr w:type="gramEnd"/>
            <w:r w:rsidRPr="00895605">
              <w:rPr>
                <w:i/>
                <w:color w:val="7A7A7A"/>
                <w:lang w:val="fr-FR"/>
              </w:rPr>
              <w:t xml:space="preserve"> </w:t>
            </w:r>
            <w:proofErr w:type="spellStart"/>
            <w:r w:rsidRPr="00895605">
              <w:rPr>
                <w:i/>
                <w:color w:val="7A7A7A"/>
                <w:lang w:val="fr-FR"/>
              </w:rPr>
              <w:t>anexează</w:t>
            </w:r>
            <w:proofErr w:type="spellEnd"/>
            <w:r w:rsidRPr="00895605">
              <w:rPr>
                <w:i/>
                <w:color w:val="7A7A7A"/>
                <w:lang w:val="fr-FR"/>
              </w:rPr>
              <w:t xml:space="preserve"> </w:t>
            </w:r>
            <w:proofErr w:type="spellStart"/>
            <w:r w:rsidRPr="00895605">
              <w:rPr>
                <w:i/>
                <w:color w:val="7A7A7A"/>
                <w:lang w:val="fr-FR"/>
              </w:rPr>
              <w:t>în</w:t>
            </w:r>
            <w:proofErr w:type="spellEnd"/>
            <w:r w:rsidRPr="00895605">
              <w:rPr>
                <w:i/>
                <w:color w:val="7A7A7A"/>
                <w:lang w:val="fr-FR"/>
              </w:rPr>
              <w:t xml:space="preserve"> copie</w:t>
            </w:r>
            <w:r>
              <w:rPr>
                <w:i/>
                <w:color w:val="7A7A7A"/>
                <w:lang w:val="fr-FR"/>
              </w:rPr>
              <w:t> ;</w:t>
            </w:r>
          </w:p>
          <w:p w14:paraId="00856700" w14:textId="77777777" w:rsidR="00C25235" w:rsidRPr="00143D03" w:rsidRDefault="00C25235" w:rsidP="00CC429A">
            <w:pPr>
              <w:pStyle w:val="Listparagraf"/>
              <w:numPr>
                <w:ilvl w:val="0"/>
                <w:numId w:val="11"/>
              </w:numPr>
              <w:spacing w:after="33" w:line="275" w:lineRule="auto"/>
              <w:ind w:right="-6"/>
              <w:jc w:val="both"/>
              <w:rPr>
                <w:b/>
                <w:color w:val="0D5F78"/>
              </w:rPr>
            </w:pPr>
            <w:proofErr w:type="spellStart"/>
            <w:r w:rsidRPr="00143D03">
              <w:rPr>
                <w:b/>
                <w:color w:val="0D5F78"/>
              </w:rPr>
              <w:t>Adresa</w:t>
            </w:r>
            <w:proofErr w:type="spellEnd"/>
            <w:r w:rsidRPr="00143D03">
              <w:rPr>
                <w:b/>
                <w:color w:val="0D5F78"/>
              </w:rPr>
              <w:t>/</w:t>
            </w:r>
            <w:proofErr w:type="spellStart"/>
            <w:r w:rsidRPr="00143D03">
              <w:rPr>
                <w:b/>
                <w:color w:val="0D5F78"/>
              </w:rPr>
              <w:t>Declarația</w:t>
            </w:r>
            <w:proofErr w:type="spellEnd"/>
            <w:r w:rsidRPr="00143D03">
              <w:rPr>
                <w:b/>
                <w:color w:val="0D5F78"/>
              </w:rPr>
              <w:t xml:space="preserve"> </w:t>
            </w:r>
            <w:proofErr w:type="spellStart"/>
            <w:r w:rsidRPr="00143D03">
              <w:rPr>
                <w:b/>
                <w:color w:val="0D5F78"/>
              </w:rPr>
              <w:t>privind</w:t>
            </w:r>
            <w:proofErr w:type="spellEnd"/>
            <w:r w:rsidRPr="00143D03">
              <w:rPr>
                <w:b/>
                <w:color w:val="0D5F78"/>
              </w:rPr>
              <w:t xml:space="preserve"> </w:t>
            </w:r>
            <w:proofErr w:type="spellStart"/>
            <w:r w:rsidRPr="00143D03">
              <w:rPr>
                <w:b/>
                <w:color w:val="0D5F78"/>
              </w:rPr>
              <w:t>valoarea</w:t>
            </w:r>
            <w:proofErr w:type="spellEnd"/>
            <w:r w:rsidRPr="00143D03">
              <w:rPr>
                <w:b/>
                <w:color w:val="0D5F78"/>
              </w:rPr>
              <w:t xml:space="preserve"> </w:t>
            </w:r>
            <w:proofErr w:type="spellStart"/>
            <w:r w:rsidRPr="00143D03">
              <w:rPr>
                <w:b/>
                <w:color w:val="0D5F78"/>
              </w:rPr>
              <w:t>reală</w:t>
            </w:r>
            <w:proofErr w:type="spellEnd"/>
            <w:r w:rsidRPr="00143D03">
              <w:rPr>
                <w:b/>
                <w:color w:val="0D5F78"/>
              </w:rPr>
              <w:t xml:space="preserve"> a </w:t>
            </w:r>
            <w:proofErr w:type="spellStart"/>
            <w:r w:rsidRPr="00143D03">
              <w:rPr>
                <w:b/>
                <w:color w:val="0D5F78"/>
              </w:rPr>
              <w:t>lucrărilor</w:t>
            </w:r>
            <w:proofErr w:type="spellEnd"/>
            <w:r w:rsidRPr="00143D03">
              <w:rPr>
                <w:b/>
                <w:color w:val="0D5F78"/>
              </w:rPr>
              <w:t xml:space="preserve"> </w:t>
            </w:r>
            <w:proofErr w:type="spellStart"/>
            <w:r w:rsidRPr="00143D03">
              <w:rPr>
                <w:b/>
                <w:color w:val="0D5F78"/>
              </w:rPr>
              <w:t>executate</w:t>
            </w:r>
            <w:proofErr w:type="spellEnd"/>
            <w:r w:rsidRPr="00143D03">
              <w:rPr>
                <w:b/>
                <w:color w:val="0D5F78"/>
              </w:rPr>
              <w:t xml:space="preserve">, </w:t>
            </w:r>
            <w:proofErr w:type="spellStart"/>
            <w:r w:rsidRPr="00143D03">
              <w:rPr>
                <w:b/>
                <w:color w:val="0D5F78"/>
              </w:rPr>
              <w:t>eliberată</w:t>
            </w:r>
            <w:proofErr w:type="spellEnd"/>
            <w:r w:rsidRPr="00143D03">
              <w:rPr>
                <w:b/>
                <w:color w:val="0D5F78"/>
              </w:rPr>
              <w:t xml:space="preserve"> de </w:t>
            </w:r>
            <w:proofErr w:type="spellStart"/>
            <w:r w:rsidRPr="00143D03">
              <w:rPr>
                <w:b/>
                <w:color w:val="0D5F78"/>
              </w:rPr>
              <w:t>emitentul</w:t>
            </w:r>
            <w:proofErr w:type="spellEnd"/>
            <w:r w:rsidRPr="00143D03">
              <w:rPr>
                <w:b/>
                <w:color w:val="0D5F78"/>
              </w:rPr>
              <w:t xml:space="preserve"> </w:t>
            </w:r>
            <w:proofErr w:type="spellStart"/>
            <w:r w:rsidRPr="00143D03">
              <w:rPr>
                <w:b/>
                <w:color w:val="0D5F78"/>
              </w:rPr>
              <w:t>autorizației</w:t>
            </w:r>
            <w:proofErr w:type="spellEnd"/>
            <w:r w:rsidRPr="00143D03">
              <w:rPr>
                <w:b/>
                <w:color w:val="0D5F78"/>
              </w:rPr>
              <w:t>.</w:t>
            </w:r>
          </w:p>
          <w:p w14:paraId="20B02575" w14:textId="72DE76BA" w:rsidR="00B862D0" w:rsidRPr="00B862D0" w:rsidRDefault="00C25235" w:rsidP="00B862D0">
            <w:pPr>
              <w:ind w:firstLine="709"/>
              <w:rPr>
                <w:i/>
                <w:color w:val="7A7A7A"/>
                <w:lang w:val="fr-FR"/>
              </w:rPr>
            </w:pPr>
            <w:proofErr w:type="gramStart"/>
            <w:r w:rsidRPr="00895605">
              <w:rPr>
                <w:i/>
                <w:color w:val="7A7A7A"/>
                <w:lang w:val="fr-FR"/>
              </w:rPr>
              <w:t>se</w:t>
            </w:r>
            <w:proofErr w:type="gramEnd"/>
            <w:r w:rsidRPr="00895605">
              <w:rPr>
                <w:i/>
                <w:color w:val="7A7A7A"/>
                <w:lang w:val="fr-FR"/>
              </w:rPr>
              <w:t xml:space="preserve"> </w:t>
            </w:r>
            <w:proofErr w:type="spellStart"/>
            <w:r w:rsidRPr="00895605">
              <w:rPr>
                <w:i/>
                <w:color w:val="7A7A7A"/>
                <w:lang w:val="fr-FR"/>
              </w:rPr>
              <w:t>anexează</w:t>
            </w:r>
            <w:proofErr w:type="spellEnd"/>
            <w:r w:rsidRPr="00895605">
              <w:rPr>
                <w:i/>
                <w:color w:val="7A7A7A"/>
                <w:lang w:val="fr-FR"/>
              </w:rPr>
              <w:t xml:space="preserve"> </w:t>
            </w:r>
            <w:proofErr w:type="spellStart"/>
            <w:r w:rsidRPr="00895605">
              <w:rPr>
                <w:i/>
                <w:color w:val="7A7A7A"/>
                <w:lang w:val="fr-FR"/>
              </w:rPr>
              <w:t>în</w:t>
            </w:r>
            <w:proofErr w:type="spellEnd"/>
            <w:r w:rsidRPr="00895605">
              <w:rPr>
                <w:i/>
                <w:color w:val="7A7A7A"/>
                <w:lang w:val="fr-FR"/>
              </w:rPr>
              <w:t xml:space="preserve"> copie</w:t>
            </w:r>
            <w:r>
              <w:rPr>
                <w:i/>
                <w:color w:val="7A7A7A"/>
                <w:lang w:val="fr-FR"/>
              </w:rPr>
              <w:t> ;</w:t>
            </w:r>
          </w:p>
        </w:tc>
      </w:tr>
    </w:tbl>
    <w:p w14:paraId="642661D9" w14:textId="77777777" w:rsidR="00FC030E" w:rsidRDefault="00FC030E">
      <w:pPr>
        <w:spacing w:line="168" w:lineRule="auto"/>
        <w:rPr>
          <w:lang w:val="fr-FR"/>
        </w:rPr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51574A" w:rsidRPr="00143D03" w14:paraId="2CAF1413" w14:textId="77777777" w:rsidTr="00DE7AC0">
        <w:trPr>
          <w:cantSplit/>
        </w:trPr>
        <w:tc>
          <w:tcPr>
            <w:tcW w:w="9636" w:type="dxa"/>
            <w:shd w:val="clear" w:color="auto" w:fill="F4F4F4"/>
          </w:tcPr>
          <w:p w14:paraId="477D4AE5" w14:textId="475D0918" w:rsidR="0051574A" w:rsidRPr="00143D03" w:rsidRDefault="0051574A" w:rsidP="00DE7AC0">
            <w:pPr>
              <w:keepNext/>
              <w:rPr>
                <w:lang w:val="fr-FR"/>
              </w:rPr>
            </w:pPr>
            <w:r w:rsidRPr="00143D03">
              <w:rPr>
                <w:b/>
                <w:sz w:val="16"/>
                <w:lang w:val="fr-FR"/>
              </w:rPr>
              <w:t>7. OBIECTIV FINANȚAT DIN PROGRAME DE INVESTIȚII, DUPĂ CAZ</w:t>
            </w:r>
          </w:p>
        </w:tc>
      </w:tr>
      <w:tr w:rsidR="0051574A" w:rsidRPr="00143D03" w14:paraId="651335D5" w14:textId="77777777" w:rsidTr="00F33D43">
        <w:trPr>
          <w:cantSplit/>
          <w:trHeight w:val="510"/>
        </w:trPr>
        <w:tc>
          <w:tcPr>
            <w:tcW w:w="9636" w:type="dxa"/>
          </w:tcPr>
          <w:p w14:paraId="33ED1CCB" w14:textId="77777777" w:rsidR="0051574A" w:rsidRPr="00143D03" w:rsidRDefault="0051574A" w:rsidP="00DE7AC0">
            <w:pPr>
              <w:rPr>
                <w:lang w:val="fr-FR"/>
              </w:rPr>
            </w:pPr>
          </w:p>
          <w:p w14:paraId="0EF282C9" w14:textId="77777777" w:rsidR="0051574A" w:rsidRPr="00143D03" w:rsidRDefault="0051574A" w:rsidP="0051574A">
            <w:pPr>
              <w:pStyle w:val="Listparagraf"/>
              <w:ind w:left="283" w:hanging="141"/>
              <w:rPr>
                <w:lang w:val="fr-FR"/>
              </w:rPr>
            </w:pPr>
            <w:r w:rsidRPr="00143D03">
              <w:rPr>
                <w:sz w:val="16"/>
                <w:lang w:val="fr-FR"/>
              </w:rPr>
              <w:t xml:space="preserve">☐ </w:t>
            </w:r>
            <w:r w:rsidRPr="00143D03">
              <w:rPr>
                <w:lang w:val="fr-FR"/>
              </w:rPr>
              <w:t>PNRR (</w:t>
            </w:r>
            <w:proofErr w:type="spellStart"/>
            <w:r w:rsidRPr="00143D03">
              <w:rPr>
                <w:lang w:val="fr-FR"/>
              </w:rPr>
              <w:t>Planul</w:t>
            </w:r>
            <w:proofErr w:type="spellEnd"/>
            <w:r w:rsidRPr="00143D03">
              <w:rPr>
                <w:lang w:val="fr-FR"/>
              </w:rPr>
              <w:t xml:space="preserve"> </w:t>
            </w:r>
            <w:proofErr w:type="spellStart"/>
            <w:r w:rsidRPr="00143D03">
              <w:rPr>
                <w:lang w:val="fr-FR"/>
              </w:rPr>
              <w:t>Național</w:t>
            </w:r>
            <w:proofErr w:type="spellEnd"/>
            <w:r w:rsidRPr="00143D03">
              <w:rPr>
                <w:lang w:val="fr-FR"/>
              </w:rPr>
              <w:t xml:space="preserve"> de </w:t>
            </w:r>
            <w:proofErr w:type="spellStart"/>
            <w:r w:rsidRPr="00143D03">
              <w:rPr>
                <w:lang w:val="fr-FR"/>
              </w:rPr>
              <w:t>Redresare</w:t>
            </w:r>
            <w:proofErr w:type="spellEnd"/>
            <w:r w:rsidRPr="00143D03">
              <w:rPr>
                <w:lang w:val="fr-FR"/>
              </w:rPr>
              <w:t xml:space="preserve"> </w:t>
            </w:r>
            <w:proofErr w:type="spellStart"/>
            <w:r w:rsidRPr="00143D03">
              <w:rPr>
                <w:lang w:val="fr-FR"/>
              </w:rPr>
              <w:t>și</w:t>
            </w:r>
            <w:proofErr w:type="spellEnd"/>
            <w:r w:rsidRPr="00143D03">
              <w:rPr>
                <w:lang w:val="fr-FR"/>
              </w:rPr>
              <w:t xml:space="preserve"> </w:t>
            </w:r>
            <w:proofErr w:type="spellStart"/>
            <w:r w:rsidRPr="00143D03">
              <w:rPr>
                <w:lang w:val="fr-FR"/>
              </w:rPr>
              <w:t>Reziliență</w:t>
            </w:r>
            <w:proofErr w:type="spellEnd"/>
            <w:r w:rsidRPr="00143D03">
              <w:rPr>
                <w:lang w:val="fr-FR"/>
              </w:rPr>
              <w:t>)</w:t>
            </w:r>
          </w:p>
          <w:p w14:paraId="718E9247" w14:textId="27D46E68" w:rsidR="0051574A" w:rsidRPr="00143D03" w:rsidRDefault="0051574A" w:rsidP="0051574A">
            <w:pPr>
              <w:pStyle w:val="Listparagraf"/>
              <w:ind w:left="283" w:hanging="141"/>
              <w:rPr>
                <w:lang w:val="fr-FR"/>
              </w:rPr>
            </w:pPr>
            <w:r w:rsidRPr="00143D03">
              <w:rPr>
                <w:sz w:val="16"/>
                <w:lang w:val="fr-FR"/>
              </w:rPr>
              <w:t>☐ PNDL (</w:t>
            </w:r>
            <w:proofErr w:type="spellStart"/>
            <w:r w:rsidRPr="00143D03">
              <w:rPr>
                <w:sz w:val="16"/>
                <w:lang w:val="fr-FR"/>
              </w:rPr>
              <w:t>Planul</w:t>
            </w:r>
            <w:proofErr w:type="spellEnd"/>
            <w:r w:rsidRPr="00143D03">
              <w:rPr>
                <w:sz w:val="16"/>
                <w:lang w:val="fr-FR"/>
              </w:rPr>
              <w:t xml:space="preserve"> </w:t>
            </w:r>
            <w:proofErr w:type="spellStart"/>
            <w:r w:rsidRPr="00143D03">
              <w:rPr>
                <w:sz w:val="16"/>
                <w:lang w:val="fr-FR"/>
              </w:rPr>
              <w:t>Național</w:t>
            </w:r>
            <w:proofErr w:type="spellEnd"/>
            <w:r w:rsidRPr="00143D03">
              <w:rPr>
                <w:sz w:val="16"/>
                <w:lang w:val="fr-FR"/>
              </w:rPr>
              <w:t xml:space="preserve"> de </w:t>
            </w:r>
            <w:proofErr w:type="spellStart"/>
            <w:r w:rsidRPr="00143D03">
              <w:rPr>
                <w:sz w:val="16"/>
                <w:lang w:val="fr-FR"/>
              </w:rPr>
              <w:t>Dezvoltare</w:t>
            </w:r>
            <w:proofErr w:type="spellEnd"/>
            <w:r w:rsidRPr="00143D03">
              <w:rPr>
                <w:sz w:val="16"/>
                <w:lang w:val="fr-FR"/>
              </w:rPr>
              <w:t xml:space="preserve"> </w:t>
            </w:r>
            <w:proofErr w:type="spellStart"/>
            <w:r w:rsidRPr="00143D03">
              <w:rPr>
                <w:sz w:val="16"/>
                <w:lang w:val="fr-FR"/>
              </w:rPr>
              <w:t>Locală</w:t>
            </w:r>
            <w:proofErr w:type="spellEnd"/>
            <w:r w:rsidRPr="00143D03">
              <w:rPr>
                <w:sz w:val="16"/>
                <w:lang w:val="fr-FR"/>
              </w:rPr>
              <w:t>)</w:t>
            </w:r>
          </w:p>
          <w:p w14:paraId="058EACA7" w14:textId="1B9C4DB8" w:rsidR="0051574A" w:rsidRPr="00143D03" w:rsidRDefault="0051574A" w:rsidP="0051574A">
            <w:pPr>
              <w:pStyle w:val="Listparagraf"/>
              <w:ind w:left="283" w:hanging="141"/>
              <w:rPr>
                <w:sz w:val="16"/>
                <w:lang w:val="fr-FR"/>
              </w:rPr>
            </w:pPr>
            <w:r w:rsidRPr="00143D03">
              <w:rPr>
                <w:sz w:val="16"/>
                <w:lang w:val="fr-FR"/>
              </w:rPr>
              <w:t>☐ PNIAS (</w:t>
            </w:r>
            <w:proofErr w:type="spellStart"/>
            <w:r w:rsidRPr="00143D03">
              <w:rPr>
                <w:sz w:val="16"/>
                <w:lang w:val="fr-FR"/>
              </w:rPr>
              <w:t>Programul</w:t>
            </w:r>
            <w:proofErr w:type="spellEnd"/>
            <w:r w:rsidRPr="00143D03">
              <w:rPr>
                <w:sz w:val="16"/>
                <w:lang w:val="fr-FR"/>
              </w:rPr>
              <w:t xml:space="preserve"> </w:t>
            </w:r>
            <w:proofErr w:type="spellStart"/>
            <w:r w:rsidRPr="00143D03">
              <w:rPr>
                <w:sz w:val="16"/>
                <w:lang w:val="fr-FR"/>
              </w:rPr>
              <w:t>Național</w:t>
            </w:r>
            <w:proofErr w:type="spellEnd"/>
            <w:r w:rsidRPr="00143D03">
              <w:rPr>
                <w:sz w:val="16"/>
                <w:lang w:val="fr-FR"/>
              </w:rPr>
              <w:t xml:space="preserve"> de </w:t>
            </w:r>
            <w:proofErr w:type="spellStart"/>
            <w:r w:rsidRPr="00143D03">
              <w:rPr>
                <w:sz w:val="16"/>
                <w:lang w:val="fr-FR"/>
              </w:rPr>
              <w:t>investiții</w:t>
            </w:r>
            <w:proofErr w:type="spellEnd"/>
            <w:r w:rsidRPr="00143D03">
              <w:rPr>
                <w:sz w:val="16"/>
                <w:lang w:val="fr-FR"/>
              </w:rPr>
              <w:t xml:space="preserve"> Anghel Saligny)</w:t>
            </w:r>
          </w:p>
          <w:p w14:paraId="4D8223B6" w14:textId="29947F06" w:rsidR="0051574A" w:rsidRPr="00143D03" w:rsidRDefault="0051574A" w:rsidP="0051574A">
            <w:pPr>
              <w:pStyle w:val="Listparagraf"/>
              <w:ind w:left="283" w:hanging="141"/>
              <w:rPr>
                <w:sz w:val="16"/>
                <w:lang w:val="fr-FR"/>
              </w:rPr>
            </w:pPr>
            <w:r w:rsidRPr="00143D03">
              <w:rPr>
                <w:sz w:val="16"/>
                <w:lang w:val="fr-FR"/>
              </w:rPr>
              <w:t>☐ PNDR (</w:t>
            </w:r>
            <w:proofErr w:type="spellStart"/>
            <w:r w:rsidRPr="00143D03">
              <w:rPr>
                <w:sz w:val="16"/>
                <w:lang w:val="fr-FR"/>
              </w:rPr>
              <w:t>Programul</w:t>
            </w:r>
            <w:proofErr w:type="spellEnd"/>
            <w:r w:rsidRPr="00143D03">
              <w:rPr>
                <w:sz w:val="16"/>
                <w:lang w:val="fr-FR"/>
              </w:rPr>
              <w:t xml:space="preserve"> </w:t>
            </w:r>
            <w:proofErr w:type="spellStart"/>
            <w:r w:rsidRPr="00143D03">
              <w:rPr>
                <w:sz w:val="16"/>
                <w:lang w:val="fr-FR"/>
              </w:rPr>
              <w:t>Național</w:t>
            </w:r>
            <w:proofErr w:type="spellEnd"/>
            <w:r w:rsidRPr="00143D03">
              <w:rPr>
                <w:sz w:val="16"/>
                <w:lang w:val="fr-FR"/>
              </w:rPr>
              <w:t xml:space="preserve"> de </w:t>
            </w:r>
            <w:proofErr w:type="spellStart"/>
            <w:r w:rsidRPr="00143D03">
              <w:rPr>
                <w:sz w:val="16"/>
                <w:lang w:val="fr-FR"/>
              </w:rPr>
              <w:t>Dezvoltare</w:t>
            </w:r>
            <w:proofErr w:type="spellEnd"/>
            <w:r w:rsidRPr="00143D03">
              <w:rPr>
                <w:sz w:val="16"/>
                <w:lang w:val="fr-FR"/>
              </w:rPr>
              <w:t xml:space="preserve"> </w:t>
            </w:r>
            <w:proofErr w:type="spellStart"/>
            <w:r w:rsidRPr="00143D03">
              <w:rPr>
                <w:sz w:val="16"/>
                <w:lang w:val="fr-FR"/>
              </w:rPr>
              <w:t>Rurală</w:t>
            </w:r>
            <w:proofErr w:type="spellEnd"/>
            <w:r w:rsidRPr="00143D03">
              <w:rPr>
                <w:sz w:val="16"/>
                <w:lang w:val="fr-FR"/>
              </w:rPr>
              <w:t>)</w:t>
            </w:r>
          </w:p>
          <w:p w14:paraId="14A0DAEE" w14:textId="7FB01D63" w:rsidR="0051574A" w:rsidRPr="0051574A" w:rsidRDefault="0051574A" w:rsidP="0051574A">
            <w:pPr>
              <w:pStyle w:val="Listparagraf"/>
              <w:ind w:left="283" w:hanging="141"/>
              <w:rPr>
                <w:sz w:val="16"/>
              </w:rPr>
            </w:pPr>
            <w:r>
              <w:rPr>
                <w:sz w:val="16"/>
              </w:rPr>
              <w:t xml:space="preserve">☐ </w:t>
            </w:r>
            <w:r w:rsidRPr="0051574A">
              <w:rPr>
                <w:sz w:val="16"/>
              </w:rPr>
              <w:t>POR (</w:t>
            </w:r>
            <w:proofErr w:type="spellStart"/>
            <w:r w:rsidRPr="0051574A">
              <w:rPr>
                <w:sz w:val="16"/>
              </w:rPr>
              <w:t>Programul</w:t>
            </w:r>
            <w:proofErr w:type="spellEnd"/>
            <w:r w:rsidRPr="0051574A">
              <w:rPr>
                <w:sz w:val="16"/>
              </w:rPr>
              <w:t xml:space="preserve"> </w:t>
            </w:r>
            <w:proofErr w:type="spellStart"/>
            <w:r w:rsidRPr="0051574A">
              <w:rPr>
                <w:sz w:val="16"/>
              </w:rPr>
              <w:t>Operațional</w:t>
            </w:r>
            <w:proofErr w:type="spellEnd"/>
            <w:r w:rsidRPr="0051574A">
              <w:rPr>
                <w:sz w:val="16"/>
              </w:rPr>
              <w:t xml:space="preserve"> Regional)</w:t>
            </w:r>
          </w:p>
          <w:p w14:paraId="79FB9FD1" w14:textId="1D247EA6" w:rsidR="0051574A" w:rsidRPr="0051574A" w:rsidRDefault="0051574A" w:rsidP="0051574A">
            <w:pPr>
              <w:pStyle w:val="Listparagraf"/>
              <w:ind w:left="283" w:hanging="141"/>
              <w:rPr>
                <w:sz w:val="16"/>
              </w:rPr>
            </w:pPr>
            <w:r>
              <w:rPr>
                <w:sz w:val="16"/>
              </w:rPr>
              <w:t xml:space="preserve">☐ </w:t>
            </w:r>
            <w:r w:rsidRPr="0051574A">
              <w:rPr>
                <w:sz w:val="16"/>
              </w:rPr>
              <w:t>POIM (</w:t>
            </w:r>
            <w:proofErr w:type="spellStart"/>
            <w:r w:rsidRPr="0051574A">
              <w:rPr>
                <w:sz w:val="16"/>
              </w:rPr>
              <w:t>Programul</w:t>
            </w:r>
            <w:proofErr w:type="spellEnd"/>
            <w:r w:rsidRPr="0051574A">
              <w:rPr>
                <w:sz w:val="16"/>
              </w:rPr>
              <w:t xml:space="preserve"> </w:t>
            </w:r>
            <w:proofErr w:type="spellStart"/>
            <w:r w:rsidRPr="0051574A">
              <w:rPr>
                <w:sz w:val="16"/>
              </w:rPr>
              <w:t>Operațional</w:t>
            </w:r>
            <w:proofErr w:type="spellEnd"/>
            <w:r w:rsidRPr="0051574A">
              <w:rPr>
                <w:sz w:val="16"/>
              </w:rPr>
              <w:t xml:space="preserve"> </w:t>
            </w:r>
            <w:proofErr w:type="spellStart"/>
            <w:r w:rsidRPr="0051574A">
              <w:rPr>
                <w:sz w:val="16"/>
              </w:rPr>
              <w:t>Infrastructură</w:t>
            </w:r>
            <w:proofErr w:type="spellEnd"/>
            <w:r w:rsidRPr="0051574A">
              <w:rPr>
                <w:sz w:val="16"/>
              </w:rPr>
              <w:t xml:space="preserve"> Mare)</w:t>
            </w:r>
          </w:p>
          <w:p w14:paraId="452F2071" w14:textId="1598DA09" w:rsidR="0051574A" w:rsidRPr="00143D03" w:rsidRDefault="0051574A" w:rsidP="0051574A">
            <w:pPr>
              <w:pStyle w:val="Listparagraf"/>
              <w:ind w:left="283" w:hanging="141"/>
              <w:rPr>
                <w:sz w:val="16"/>
                <w:lang w:val="fr-FR"/>
              </w:rPr>
            </w:pPr>
            <w:r w:rsidRPr="00143D03">
              <w:rPr>
                <w:sz w:val="16"/>
                <w:lang w:val="fr-FR"/>
              </w:rPr>
              <w:t>☐ PN CCRSR (</w:t>
            </w:r>
            <w:proofErr w:type="spellStart"/>
            <w:r w:rsidRPr="00143D03">
              <w:rPr>
                <w:sz w:val="16"/>
                <w:lang w:val="fr-FR"/>
              </w:rPr>
              <w:t>Programul</w:t>
            </w:r>
            <w:proofErr w:type="spellEnd"/>
            <w:r w:rsidRPr="00143D03">
              <w:rPr>
                <w:sz w:val="16"/>
                <w:lang w:val="fr-FR"/>
              </w:rPr>
              <w:t xml:space="preserve"> </w:t>
            </w:r>
            <w:proofErr w:type="spellStart"/>
            <w:r w:rsidRPr="00143D03">
              <w:rPr>
                <w:sz w:val="16"/>
                <w:lang w:val="fr-FR"/>
              </w:rPr>
              <w:t>național</w:t>
            </w:r>
            <w:proofErr w:type="spellEnd"/>
            <w:r w:rsidRPr="00143D03">
              <w:rPr>
                <w:sz w:val="16"/>
                <w:lang w:val="fr-FR"/>
              </w:rPr>
              <w:t xml:space="preserve"> de </w:t>
            </w:r>
            <w:proofErr w:type="spellStart"/>
            <w:r w:rsidRPr="00143D03">
              <w:rPr>
                <w:sz w:val="16"/>
                <w:lang w:val="fr-FR"/>
              </w:rPr>
              <w:t>consolidare</w:t>
            </w:r>
            <w:proofErr w:type="spellEnd"/>
            <w:r w:rsidRPr="00143D03">
              <w:rPr>
                <w:sz w:val="16"/>
                <w:lang w:val="fr-FR"/>
              </w:rPr>
              <w:t xml:space="preserve"> a </w:t>
            </w:r>
            <w:proofErr w:type="spellStart"/>
            <w:r w:rsidRPr="00143D03">
              <w:rPr>
                <w:sz w:val="16"/>
                <w:lang w:val="fr-FR"/>
              </w:rPr>
              <w:t>clădirilor</w:t>
            </w:r>
            <w:proofErr w:type="spellEnd"/>
            <w:r w:rsidRPr="00143D03">
              <w:rPr>
                <w:sz w:val="16"/>
                <w:lang w:val="fr-FR"/>
              </w:rPr>
              <w:t xml:space="preserve"> </w:t>
            </w:r>
            <w:proofErr w:type="spellStart"/>
            <w:r w:rsidRPr="00143D03">
              <w:rPr>
                <w:sz w:val="16"/>
                <w:lang w:val="fr-FR"/>
              </w:rPr>
              <w:t>cu</w:t>
            </w:r>
            <w:proofErr w:type="spellEnd"/>
            <w:r w:rsidRPr="00143D03">
              <w:rPr>
                <w:sz w:val="16"/>
                <w:lang w:val="fr-FR"/>
              </w:rPr>
              <w:t xml:space="preserve"> </w:t>
            </w:r>
            <w:proofErr w:type="spellStart"/>
            <w:r w:rsidRPr="00143D03">
              <w:rPr>
                <w:sz w:val="16"/>
                <w:lang w:val="fr-FR"/>
              </w:rPr>
              <w:t>risc</w:t>
            </w:r>
            <w:proofErr w:type="spellEnd"/>
            <w:r w:rsidRPr="00143D03">
              <w:rPr>
                <w:sz w:val="16"/>
                <w:lang w:val="fr-FR"/>
              </w:rPr>
              <w:t xml:space="preserve"> </w:t>
            </w:r>
            <w:proofErr w:type="spellStart"/>
            <w:r w:rsidRPr="00143D03">
              <w:rPr>
                <w:sz w:val="16"/>
                <w:lang w:val="fr-FR"/>
              </w:rPr>
              <w:t>seismic</w:t>
            </w:r>
            <w:proofErr w:type="spellEnd"/>
            <w:r w:rsidRPr="00143D03">
              <w:rPr>
                <w:sz w:val="16"/>
                <w:lang w:val="fr-FR"/>
              </w:rPr>
              <w:t xml:space="preserve"> </w:t>
            </w:r>
            <w:proofErr w:type="spellStart"/>
            <w:r w:rsidRPr="00143D03">
              <w:rPr>
                <w:sz w:val="16"/>
                <w:lang w:val="fr-FR"/>
              </w:rPr>
              <w:t>ridicat</w:t>
            </w:r>
            <w:proofErr w:type="spellEnd"/>
            <w:r w:rsidRPr="00143D03">
              <w:rPr>
                <w:sz w:val="16"/>
                <w:lang w:val="fr-FR"/>
              </w:rPr>
              <w:t>)</w:t>
            </w:r>
          </w:p>
          <w:p w14:paraId="3BFC7148" w14:textId="5FC438FE" w:rsidR="0051574A" w:rsidRPr="00143D03" w:rsidRDefault="0051574A" w:rsidP="0051574A">
            <w:pPr>
              <w:pStyle w:val="Listparagraf"/>
              <w:ind w:left="283" w:hanging="141"/>
              <w:rPr>
                <w:sz w:val="16"/>
                <w:lang w:val="fr-FR"/>
              </w:rPr>
            </w:pPr>
            <w:r w:rsidRPr="00143D03">
              <w:rPr>
                <w:sz w:val="16"/>
                <w:lang w:val="fr-FR"/>
              </w:rPr>
              <w:t>☐ PCLSCN (</w:t>
            </w:r>
            <w:proofErr w:type="spellStart"/>
            <w:r w:rsidRPr="00143D03">
              <w:rPr>
                <w:sz w:val="16"/>
                <w:lang w:val="fr-FR"/>
              </w:rPr>
              <w:t>Programul</w:t>
            </w:r>
            <w:proofErr w:type="spellEnd"/>
            <w:r w:rsidRPr="00143D03">
              <w:rPr>
                <w:sz w:val="16"/>
                <w:lang w:val="fr-FR"/>
              </w:rPr>
              <w:t xml:space="preserve"> de </w:t>
            </w:r>
            <w:proofErr w:type="spellStart"/>
            <w:r w:rsidRPr="00143D03">
              <w:rPr>
                <w:sz w:val="16"/>
                <w:lang w:val="fr-FR"/>
              </w:rPr>
              <w:t>construcții</w:t>
            </w:r>
            <w:proofErr w:type="spellEnd"/>
            <w:r w:rsidRPr="00143D03">
              <w:rPr>
                <w:sz w:val="16"/>
                <w:lang w:val="fr-FR"/>
              </w:rPr>
              <w:t xml:space="preserve"> de </w:t>
            </w:r>
            <w:proofErr w:type="spellStart"/>
            <w:r w:rsidRPr="00143D03">
              <w:rPr>
                <w:sz w:val="16"/>
                <w:lang w:val="fr-FR"/>
              </w:rPr>
              <w:t>locuințe</w:t>
            </w:r>
            <w:proofErr w:type="spellEnd"/>
            <w:r w:rsidRPr="00143D03">
              <w:rPr>
                <w:sz w:val="16"/>
                <w:lang w:val="fr-FR"/>
              </w:rPr>
              <w:t xml:space="preserve"> sociale </w:t>
            </w:r>
            <w:proofErr w:type="spellStart"/>
            <w:r w:rsidRPr="00143D03">
              <w:rPr>
                <w:sz w:val="16"/>
                <w:lang w:val="fr-FR"/>
              </w:rPr>
              <w:t>și</w:t>
            </w:r>
            <w:proofErr w:type="spellEnd"/>
            <w:r w:rsidRPr="00143D03">
              <w:rPr>
                <w:sz w:val="16"/>
                <w:lang w:val="fr-FR"/>
              </w:rPr>
              <w:t xml:space="preserve"> de </w:t>
            </w:r>
            <w:proofErr w:type="spellStart"/>
            <w:r w:rsidRPr="00143D03">
              <w:rPr>
                <w:sz w:val="16"/>
                <w:lang w:val="fr-FR"/>
              </w:rPr>
              <w:t>necessitate</w:t>
            </w:r>
            <w:proofErr w:type="spellEnd"/>
            <w:r w:rsidRPr="00143D03">
              <w:rPr>
                <w:sz w:val="16"/>
                <w:lang w:val="fr-FR"/>
              </w:rPr>
              <w:t>)</w:t>
            </w:r>
          </w:p>
          <w:p w14:paraId="5E92B604" w14:textId="1DC43715" w:rsidR="0051574A" w:rsidRPr="0051574A" w:rsidRDefault="0051574A" w:rsidP="0051574A">
            <w:pPr>
              <w:pStyle w:val="Listparagraf"/>
              <w:ind w:left="283" w:hanging="141"/>
              <w:rPr>
                <w:sz w:val="16"/>
              </w:rPr>
            </w:pPr>
            <w:r>
              <w:rPr>
                <w:sz w:val="16"/>
              </w:rPr>
              <w:t xml:space="preserve">☐ </w:t>
            </w:r>
            <w:r w:rsidRPr="0051574A">
              <w:rPr>
                <w:sz w:val="16"/>
              </w:rPr>
              <w:t>PN PEC (</w:t>
            </w:r>
            <w:proofErr w:type="spellStart"/>
            <w:r w:rsidRPr="0051574A">
              <w:rPr>
                <w:sz w:val="16"/>
              </w:rPr>
              <w:t>Programul</w:t>
            </w:r>
            <w:proofErr w:type="spellEnd"/>
            <w:r w:rsidRPr="0051574A">
              <w:rPr>
                <w:sz w:val="16"/>
              </w:rPr>
              <w:t xml:space="preserve"> </w:t>
            </w:r>
            <w:proofErr w:type="spellStart"/>
            <w:r w:rsidRPr="0051574A">
              <w:rPr>
                <w:sz w:val="16"/>
              </w:rPr>
              <w:t>național</w:t>
            </w:r>
            <w:proofErr w:type="spellEnd"/>
            <w:r w:rsidRPr="0051574A">
              <w:rPr>
                <w:sz w:val="16"/>
              </w:rPr>
              <w:t xml:space="preserve"> </w:t>
            </w:r>
            <w:proofErr w:type="spellStart"/>
            <w:r w:rsidRPr="0051574A">
              <w:rPr>
                <w:sz w:val="16"/>
              </w:rPr>
              <w:t>multianual</w:t>
            </w:r>
            <w:proofErr w:type="spellEnd"/>
            <w:r w:rsidRPr="0051574A">
              <w:rPr>
                <w:sz w:val="16"/>
              </w:rPr>
              <w:t xml:space="preserve"> </w:t>
            </w:r>
            <w:proofErr w:type="spellStart"/>
            <w:r w:rsidRPr="0051574A">
              <w:rPr>
                <w:sz w:val="16"/>
              </w:rPr>
              <w:t>privind</w:t>
            </w:r>
            <w:proofErr w:type="spellEnd"/>
            <w:r w:rsidRPr="0051574A">
              <w:rPr>
                <w:sz w:val="16"/>
              </w:rPr>
              <w:t xml:space="preserve"> </w:t>
            </w:r>
            <w:proofErr w:type="spellStart"/>
            <w:r w:rsidRPr="0051574A">
              <w:rPr>
                <w:sz w:val="16"/>
              </w:rPr>
              <w:t>creșterea</w:t>
            </w:r>
            <w:proofErr w:type="spellEnd"/>
            <w:r w:rsidRPr="0051574A">
              <w:rPr>
                <w:sz w:val="16"/>
              </w:rPr>
              <w:t xml:space="preserve"> </w:t>
            </w:r>
            <w:proofErr w:type="spellStart"/>
            <w:r w:rsidRPr="0051574A">
              <w:rPr>
                <w:sz w:val="16"/>
              </w:rPr>
              <w:t>performanței</w:t>
            </w:r>
            <w:proofErr w:type="spellEnd"/>
            <w:r w:rsidRPr="0051574A">
              <w:rPr>
                <w:sz w:val="16"/>
              </w:rPr>
              <w:t xml:space="preserve"> </w:t>
            </w:r>
            <w:proofErr w:type="spellStart"/>
            <w:r w:rsidRPr="0051574A">
              <w:rPr>
                <w:sz w:val="16"/>
              </w:rPr>
              <w:t>energetice</w:t>
            </w:r>
            <w:proofErr w:type="spellEnd"/>
            <w:r w:rsidRPr="0051574A">
              <w:rPr>
                <w:sz w:val="16"/>
              </w:rPr>
              <w:t xml:space="preserve"> a </w:t>
            </w:r>
            <w:proofErr w:type="spellStart"/>
            <w:r w:rsidRPr="0051574A">
              <w:rPr>
                <w:sz w:val="16"/>
              </w:rPr>
              <w:t>blocurilor</w:t>
            </w:r>
            <w:proofErr w:type="spellEnd"/>
            <w:r w:rsidRPr="0051574A">
              <w:rPr>
                <w:sz w:val="16"/>
              </w:rPr>
              <w:t xml:space="preserve"> de </w:t>
            </w:r>
            <w:proofErr w:type="spellStart"/>
            <w:r w:rsidRPr="0051574A">
              <w:rPr>
                <w:sz w:val="16"/>
              </w:rPr>
              <w:t>locuințe</w:t>
            </w:r>
            <w:proofErr w:type="spellEnd"/>
            <w:r w:rsidRPr="0051574A">
              <w:rPr>
                <w:sz w:val="16"/>
              </w:rPr>
              <w:t>)</w:t>
            </w:r>
          </w:p>
          <w:p w14:paraId="3D5D8FA5" w14:textId="2A326A3A" w:rsidR="0051574A" w:rsidRPr="00143D03" w:rsidRDefault="0051574A" w:rsidP="0051574A">
            <w:pPr>
              <w:pStyle w:val="Listparagraf"/>
              <w:ind w:left="283" w:hanging="141"/>
              <w:rPr>
                <w:sz w:val="16"/>
                <w:lang w:val="fr-FR"/>
              </w:rPr>
            </w:pPr>
            <w:r w:rsidRPr="00143D03">
              <w:rPr>
                <w:sz w:val="16"/>
                <w:lang w:val="fr-FR"/>
              </w:rPr>
              <w:t>☐ PNI Mihail Cantacuzino (</w:t>
            </w:r>
            <w:proofErr w:type="spellStart"/>
            <w:r w:rsidRPr="00143D03">
              <w:rPr>
                <w:sz w:val="16"/>
                <w:lang w:val="fr-FR"/>
              </w:rPr>
              <w:t>Programul</w:t>
            </w:r>
            <w:proofErr w:type="spellEnd"/>
            <w:r w:rsidRPr="00143D03">
              <w:rPr>
                <w:sz w:val="16"/>
                <w:lang w:val="fr-FR"/>
              </w:rPr>
              <w:t xml:space="preserve"> </w:t>
            </w:r>
            <w:proofErr w:type="spellStart"/>
            <w:r w:rsidRPr="00143D03">
              <w:rPr>
                <w:sz w:val="16"/>
                <w:lang w:val="fr-FR"/>
              </w:rPr>
              <w:t>național</w:t>
            </w:r>
            <w:proofErr w:type="spellEnd"/>
            <w:r w:rsidRPr="00143D03">
              <w:rPr>
                <w:sz w:val="16"/>
                <w:lang w:val="fr-FR"/>
              </w:rPr>
              <w:t xml:space="preserve"> de </w:t>
            </w:r>
            <w:proofErr w:type="spellStart"/>
            <w:r w:rsidRPr="00143D03">
              <w:rPr>
                <w:sz w:val="16"/>
                <w:lang w:val="fr-FR"/>
              </w:rPr>
              <w:t>investiții</w:t>
            </w:r>
            <w:proofErr w:type="spellEnd"/>
            <w:r w:rsidRPr="00143D03">
              <w:rPr>
                <w:sz w:val="16"/>
                <w:lang w:val="fr-FR"/>
              </w:rPr>
              <w:t xml:space="preserve"> </w:t>
            </w:r>
            <w:proofErr w:type="spellStart"/>
            <w:r w:rsidRPr="00143D03">
              <w:rPr>
                <w:sz w:val="16"/>
                <w:lang w:val="fr-FR"/>
              </w:rPr>
              <w:t>pentru</w:t>
            </w:r>
            <w:proofErr w:type="spellEnd"/>
            <w:r w:rsidRPr="00143D03">
              <w:rPr>
                <w:sz w:val="16"/>
                <w:lang w:val="fr-FR"/>
              </w:rPr>
              <w:t xml:space="preserve"> </w:t>
            </w:r>
            <w:proofErr w:type="spellStart"/>
            <w:r w:rsidRPr="00143D03">
              <w:rPr>
                <w:sz w:val="16"/>
                <w:lang w:val="fr-FR"/>
              </w:rPr>
              <w:t>consolidarea</w:t>
            </w:r>
            <w:proofErr w:type="spellEnd"/>
            <w:r w:rsidRPr="00143D03">
              <w:rPr>
                <w:sz w:val="16"/>
                <w:lang w:val="fr-FR"/>
              </w:rPr>
              <w:t xml:space="preserve"> </w:t>
            </w:r>
            <w:proofErr w:type="spellStart"/>
            <w:r w:rsidRPr="00143D03">
              <w:rPr>
                <w:sz w:val="16"/>
                <w:lang w:val="fr-FR"/>
              </w:rPr>
              <w:t>spitalelor</w:t>
            </w:r>
            <w:proofErr w:type="spellEnd"/>
            <w:r w:rsidRPr="00143D03">
              <w:rPr>
                <w:sz w:val="16"/>
                <w:lang w:val="fr-FR"/>
              </w:rPr>
              <w:t xml:space="preserve"> „Mihail Cantacuzino”)</w:t>
            </w:r>
          </w:p>
          <w:p w14:paraId="495C7EC3" w14:textId="30493979" w:rsidR="0051574A" w:rsidRPr="00143D03" w:rsidRDefault="0051574A" w:rsidP="0051574A">
            <w:pPr>
              <w:pStyle w:val="Listparagraf"/>
              <w:ind w:left="283" w:hanging="141"/>
              <w:rPr>
                <w:sz w:val="16"/>
                <w:lang w:val="fr-FR"/>
              </w:rPr>
            </w:pPr>
            <w:r w:rsidRPr="00143D03">
              <w:rPr>
                <w:sz w:val="16"/>
                <w:lang w:val="fr-FR"/>
              </w:rPr>
              <w:t xml:space="preserve">☐ CNI – MDLPA Program </w:t>
            </w:r>
            <w:proofErr w:type="spellStart"/>
            <w:r w:rsidRPr="00143D03">
              <w:rPr>
                <w:sz w:val="16"/>
                <w:lang w:val="fr-FR"/>
              </w:rPr>
              <w:t>Național</w:t>
            </w:r>
            <w:proofErr w:type="spellEnd"/>
            <w:r w:rsidRPr="00143D03">
              <w:rPr>
                <w:sz w:val="16"/>
                <w:lang w:val="fr-FR"/>
              </w:rPr>
              <w:t xml:space="preserve"> de </w:t>
            </w:r>
            <w:proofErr w:type="spellStart"/>
            <w:r w:rsidRPr="00143D03">
              <w:rPr>
                <w:sz w:val="16"/>
                <w:lang w:val="fr-FR"/>
              </w:rPr>
              <w:t>Construcții</w:t>
            </w:r>
            <w:proofErr w:type="spellEnd"/>
            <w:r w:rsidRPr="00143D03">
              <w:rPr>
                <w:sz w:val="16"/>
                <w:lang w:val="fr-FR"/>
              </w:rPr>
              <w:t xml:space="preserve"> de </w:t>
            </w:r>
            <w:proofErr w:type="spellStart"/>
            <w:r w:rsidRPr="00143D03">
              <w:rPr>
                <w:sz w:val="16"/>
                <w:lang w:val="fr-FR"/>
              </w:rPr>
              <w:t>Interes</w:t>
            </w:r>
            <w:proofErr w:type="spellEnd"/>
            <w:r w:rsidRPr="00143D03">
              <w:rPr>
                <w:sz w:val="16"/>
                <w:lang w:val="fr-FR"/>
              </w:rPr>
              <w:t xml:space="preserve"> Public </w:t>
            </w:r>
            <w:proofErr w:type="spellStart"/>
            <w:r w:rsidRPr="00143D03">
              <w:rPr>
                <w:sz w:val="16"/>
                <w:lang w:val="fr-FR"/>
              </w:rPr>
              <w:t>sau</w:t>
            </w:r>
            <w:proofErr w:type="spellEnd"/>
            <w:r w:rsidRPr="00143D03">
              <w:rPr>
                <w:sz w:val="16"/>
                <w:lang w:val="fr-FR"/>
              </w:rPr>
              <w:t xml:space="preserve"> Social</w:t>
            </w:r>
          </w:p>
          <w:p w14:paraId="7C77E62A" w14:textId="4A557346" w:rsidR="0051574A" w:rsidRPr="00143D03" w:rsidRDefault="0051574A" w:rsidP="0051574A">
            <w:pPr>
              <w:pStyle w:val="Listparagraf"/>
              <w:ind w:left="283" w:hanging="141"/>
              <w:rPr>
                <w:sz w:val="16"/>
                <w:lang w:val="fr-FR"/>
              </w:rPr>
            </w:pPr>
            <w:r w:rsidRPr="00143D03">
              <w:rPr>
                <w:sz w:val="16"/>
                <w:lang w:val="fr-FR"/>
              </w:rPr>
              <w:t xml:space="preserve">☐ ANL – MDLPA </w:t>
            </w:r>
            <w:proofErr w:type="spellStart"/>
            <w:r w:rsidRPr="00143D03">
              <w:rPr>
                <w:sz w:val="16"/>
                <w:lang w:val="fr-FR"/>
              </w:rPr>
              <w:t>Programe</w:t>
            </w:r>
            <w:proofErr w:type="spellEnd"/>
            <w:r w:rsidRPr="00143D03">
              <w:rPr>
                <w:sz w:val="16"/>
                <w:lang w:val="fr-FR"/>
              </w:rPr>
              <w:t xml:space="preserve"> de </w:t>
            </w:r>
            <w:proofErr w:type="spellStart"/>
            <w:r w:rsidRPr="00143D03">
              <w:rPr>
                <w:sz w:val="16"/>
                <w:lang w:val="fr-FR"/>
              </w:rPr>
              <w:t>construcții</w:t>
            </w:r>
            <w:proofErr w:type="spellEnd"/>
            <w:r w:rsidRPr="00143D03">
              <w:rPr>
                <w:sz w:val="16"/>
                <w:lang w:val="fr-FR"/>
              </w:rPr>
              <w:t xml:space="preserve"> de </w:t>
            </w:r>
            <w:proofErr w:type="spellStart"/>
            <w:r w:rsidRPr="00143D03">
              <w:rPr>
                <w:sz w:val="16"/>
                <w:lang w:val="fr-FR"/>
              </w:rPr>
              <w:t>locuințe</w:t>
            </w:r>
            <w:proofErr w:type="spellEnd"/>
          </w:p>
          <w:p w14:paraId="1EC5C59B" w14:textId="2B2D182D" w:rsidR="0051574A" w:rsidRPr="00143D03" w:rsidRDefault="0051574A" w:rsidP="0051574A">
            <w:pPr>
              <w:pStyle w:val="Listparagraf"/>
              <w:ind w:left="283" w:hanging="141"/>
              <w:rPr>
                <w:sz w:val="16"/>
                <w:lang w:val="fr-FR"/>
              </w:rPr>
            </w:pPr>
            <w:r w:rsidRPr="00143D03">
              <w:rPr>
                <w:sz w:val="16"/>
                <w:lang w:val="fr-FR"/>
              </w:rPr>
              <w:t xml:space="preserve">☐ CNAIR – </w:t>
            </w:r>
            <w:proofErr w:type="spellStart"/>
            <w:r w:rsidRPr="00143D03">
              <w:rPr>
                <w:sz w:val="16"/>
                <w:lang w:val="fr-FR"/>
              </w:rPr>
              <w:t>Ministerul</w:t>
            </w:r>
            <w:proofErr w:type="spellEnd"/>
            <w:r w:rsidRPr="00143D03">
              <w:rPr>
                <w:sz w:val="16"/>
                <w:lang w:val="fr-FR"/>
              </w:rPr>
              <w:t xml:space="preserve"> </w:t>
            </w:r>
            <w:proofErr w:type="spellStart"/>
            <w:r w:rsidRPr="00143D03">
              <w:rPr>
                <w:sz w:val="16"/>
                <w:lang w:val="fr-FR"/>
              </w:rPr>
              <w:t>Transporturilor</w:t>
            </w:r>
            <w:proofErr w:type="spellEnd"/>
            <w:r w:rsidRPr="00143D03">
              <w:rPr>
                <w:sz w:val="16"/>
                <w:lang w:val="fr-FR"/>
              </w:rPr>
              <w:t xml:space="preserve"> </w:t>
            </w:r>
            <w:proofErr w:type="spellStart"/>
            <w:r w:rsidRPr="00143D03">
              <w:rPr>
                <w:sz w:val="16"/>
                <w:lang w:val="fr-FR"/>
              </w:rPr>
              <w:t>și</w:t>
            </w:r>
            <w:proofErr w:type="spellEnd"/>
            <w:r w:rsidRPr="00143D03">
              <w:rPr>
                <w:sz w:val="16"/>
                <w:lang w:val="fr-FR"/>
              </w:rPr>
              <w:t xml:space="preserve"> </w:t>
            </w:r>
            <w:proofErr w:type="spellStart"/>
            <w:r w:rsidRPr="00143D03">
              <w:rPr>
                <w:sz w:val="16"/>
                <w:lang w:val="fr-FR"/>
              </w:rPr>
              <w:t>Infrastructurii</w:t>
            </w:r>
            <w:proofErr w:type="spellEnd"/>
          </w:p>
          <w:p w14:paraId="47F07E2C" w14:textId="77777777" w:rsidR="0051574A" w:rsidRPr="00143D03" w:rsidRDefault="0051574A" w:rsidP="0051574A">
            <w:pPr>
              <w:pStyle w:val="Listparagraf"/>
              <w:ind w:left="283" w:hanging="141"/>
              <w:rPr>
                <w:sz w:val="16"/>
                <w:lang w:val="fr-FR"/>
              </w:rPr>
            </w:pPr>
            <w:r w:rsidRPr="00143D03">
              <w:rPr>
                <w:sz w:val="16"/>
                <w:lang w:val="fr-FR"/>
              </w:rPr>
              <w:t xml:space="preserve">☐ Alt program de </w:t>
            </w:r>
            <w:proofErr w:type="spellStart"/>
            <w:proofErr w:type="gramStart"/>
            <w:r w:rsidRPr="00143D03">
              <w:rPr>
                <w:sz w:val="16"/>
                <w:lang w:val="fr-FR"/>
              </w:rPr>
              <w:t>investiții</w:t>
            </w:r>
            <w:proofErr w:type="spellEnd"/>
            <w:r w:rsidRPr="00143D03">
              <w:rPr>
                <w:sz w:val="16"/>
                <w:lang w:val="fr-FR"/>
              </w:rPr>
              <w:t>:</w:t>
            </w:r>
            <w:proofErr w:type="gramEnd"/>
            <w:r w:rsidRPr="00143D03">
              <w:rPr>
                <w:sz w:val="16"/>
                <w:lang w:val="fr-FR"/>
              </w:rPr>
              <w:t xml:space="preserve"> </w:t>
            </w:r>
          </w:p>
          <w:p w14:paraId="243A97F6" w14:textId="702530A1" w:rsidR="0051574A" w:rsidRPr="00143D03" w:rsidRDefault="0051574A" w:rsidP="0051574A">
            <w:pPr>
              <w:pStyle w:val="Listparagraf"/>
              <w:ind w:left="283" w:hanging="141"/>
              <w:rPr>
                <w:sz w:val="16"/>
                <w:lang w:val="fr-FR"/>
              </w:rPr>
            </w:pPr>
            <w:proofErr w:type="spellStart"/>
            <w:r w:rsidRPr="0051574A">
              <w:rPr>
                <w:i/>
                <w:color w:val="7A7A7A"/>
                <w:lang w:val="fr-FR"/>
              </w:rPr>
              <w:t>Numele</w:t>
            </w:r>
            <w:proofErr w:type="spellEnd"/>
            <w:r w:rsidRPr="0051574A">
              <w:rPr>
                <w:i/>
                <w:color w:val="7A7A7A"/>
                <w:lang w:val="fr-FR"/>
              </w:rPr>
              <w:t xml:space="preserve"> </w:t>
            </w:r>
            <w:proofErr w:type="spellStart"/>
            <w:r w:rsidRPr="0051574A">
              <w:rPr>
                <w:i/>
                <w:color w:val="7A7A7A"/>
                <w:lang w:val="fr-FR"/>
              </w:rPr>
              <w:t>programului</w:t>
            </w:r>
            <w:proofErr w:type="spellEnd"/>
            <w:r w:rsidRPr="0051574A">
              <w:rPr>
                <w:i/>
                <w:color w:val="7A7A7A"/>
                <w:lang w:val="fr-FR"/>
              </w:rPr>
              <w:t xml:space="preserve"> de </w:t>
            </w:r>
            <w:proofErr w:type="spellStart"/>
            <w:r w:rsidRPr="0051574A">
              <w:rPr>
                <w:i/>
                <w:color w:val="7A7A7A"/>
                <w:lang w:val="fr-FR"/>
              </w:rPr>
              <w:t>investiții</w:t>
            </w:r>
            <w:proofErr w:type="spellEnd"/>
            <w:r w:rsidRPr="00143D03">
              <w:rPr>
                <w:sz w:val="16"/>
                <w:lang w:val="fr-FR"/>
              </w:rPr>
              <w:t xml:space="preserve">          </w:t>
            </w:r>
            <w:proofErr w:type="gramStart"/>
            <w:r w:rsidRPr="00143D03">
              <w:rPr>
                <w:sz w:val="16"/>
                <w:lang w:val="fr-FR"/>
              </w:rPr>
              <w:t xml:space="preserve">  .</w:t>
            </w:r>
            <w:proofErr w:type="gramEnd"/>
          </w:p>
          <w:p w14:paraId="1A485C8C" w14:textId="0890102C" w:rsidR="0051574A" w:rsidRPr="00143D03" w:rsidRDefault="0051574A" w:rsidP="00DE7AC0">
            <w:pPr>
              <w:rPr>
                <w:lang w:val="fr-FR"/>
              </w:rPr>
            </w:pPr>
          </w:p>
        </w:tc>
      </w:tr>
    </w:tbl>
    <w:p w14:paraId="62C555E6" w14:textId="77777777" w:rsidR="0051574A" w:rsidRPr="00895605" w:rsidRDefault="0051574A">
      <w:pPr>
        <w:spacing w:line="168" w:lineRule="auto"/>
        <w:rPr>
          <w:lang w:val="fr-FR"/>
        </w:rPr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4818"/>
        <w:gridCol w:w="3212"/>
      </w:tblGrid>
      <w:tr w:rsidR="0014338B" w14:paraId="40183A33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70E5EF3F" w14:textId="3FA053A7" w:rsidR="0014338B" w:rsidRDefault="00000000">
            <w:pPr>
              <w:keepNext/>
            </w:pPr>
            <w:r w:rsidRPr="00895605">
              <w:rPr>
                <w:b/>
                <w:sz w:val="16"/>
                <w:lang w:val="fr-FR"/>
              </w:rPr>
              <w:t xml:space="preserve"> </w:t>
            </w:r>
            <w:r w:rsidR="00C330B3">
              <w:rPr>
                <w:b/>
                <w:sz w:val="16"/>
              </w:rPr>
              <w:t>8</w:t>
            </w:r>
            <w:r>
              <w:rPr>
                <w:b/>
                <w:sz w:val="16"/>
              </w:rPr>
              <w:t xml:space="preserve">. </w:t>
            </w:r>
            <w:r>
              <w:rPr>
                <w:b/>
                <w:color w:val="000000"/>
                <w:sz w:val="18"/>
              </w:rPr>
              <w:t>DATA ȘI SEMNĂTURA</w:t>
            </w:r>
          </w:p>
        </w:tc>
      </w:tr>
      <w:tr w:rsidR="0014338B" w14:paraId="1944DB6E" w14:textId="77777777">
        <w:trPr>
          <w:cantSplit/>
          <w:trHeight w:val="510"/>
        </w:trPr>
        <w:tc>
          <w:tcPr>
            <w:tcW w:w="1606" w:type="dxa"/>
          </w:tcPr>
          <w:p w14:paraId="7C7D892B" w14:textId="77777777" w:rsidR="0014338B" w:rsidRDefault="00000000">
            <w:r>
              <w:rPr>
                <w:b/>
                <w:color w:val="0D5F78"/>
              </w:rPr>
              <w:t>Data</w:t>
            </w:r>
          </w:p>
          <w:p w14:paraId="7704443C" w14:textId="77777777" w:rsidR="0014338B" w:rsidRDefault="0014338B"/>
        </w:tc>
        <w:tc>
          <w:tcPr>
            <w:tcW w:w="4818" w:type="dxa"/>
          </w:tcPr>
          <w:p w14:paraId="79BA9752" w14:textId="77777777" w:rsidR="0014338B" w:rsidRDefault="00000000">
            <w:proofErr w:type="spellStart"/>
            <w:r>
              <w:rPr>
                <w:b/>
                <w:color w:val="0D5F78"/>
              </w:rPr>
              <w:t>Titularul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autorizației</w:t>
            </w:r>
            <w:proofErr w:type="spellEnd"/>
          </w:p>
          <w:p w14:paraId="064C29CA" w14:textId="77777777" w:rsidR="0014338B" w:rsidRDefault="0014338B"/>
        </w:tc>
        <w:tc>
          <w:tcPr>
            <w:tcW w:w="3212" w:type="dxa"/>
          </w:tcPr>
          <w:p w14:paraId="32EBEDBF" w14:textId="77777777" w:rsidR="0014338B" w:rsidRDefault="00000000">
            <w:proofErr w:type="spellStart"/>
            <w:r>
              <w:rPr>
                <w:b/>
                <w:color w:val="0D5F78"/>
              </w:rPr>
              <w:t>Semnătura</w:t>
            </w:r>
            <w:proofErr w:type="spellEnd"/>
          </w:p>
          <w:p w14:paraId="200C772E" w14:textId="77777777" w:rsidR="0014338B" w:rsidRDefault="0014338B"/>
        </w:tc>
      </w:tr>
    </w:tbl>
    <w:p w14:paraId="01A2DBE3" w14:textId="77777777" w:rsidR="0014338B" w:rsidRDefault="0014338B">
      <w:pPr>
        <w:spacing w:line="168" w:lineRule="auto"/>
      </w:pPr>
    </w:p>
    <w:p w14:paraId="49999EF0" w14:textId="77777777" w:rsidR="0014338B" w:rsidRDefault="0014338B">
      <w:pPr>
        <w:spacing w:line="168" w:lineRule="auto"/>
        <w:rPr>
          <w:lang w:val="fr-FR"/>
        </w:rPr>
      </w:pPr>
    </w:p>
    <w:p w14:paraId="10653766" w14:textId="77777777" w:rsidR="00FB057B" w:rsidRDefault="00FB057B">
      <w:pPr>
        <w:spacing w:line="168" w:lineRule="auto"/>
        <w:rPr>
          <w:lang w:val="fr-FR"/>
        </w:rPr>
      </w:pPr>
    </w:p>
    <w:p w14:paraId="2753428A" w14:textId="696B4A4A" w:rsidR="00FB057B" w:rsidRPr="00895605" w:rsidRDefault="00FB057B" w:rsidP="0095442A">
      <w:pPr>
        <w:spacing w:after="200" w:line="276" w:lineRule="auto"/>
        <w:rPr>
          <w:lang w:val="fr-FR"/>
        </w:rPr>
      </w:pPr>
    </w:p>
    <w:sectPr w:rsidR="00FB057B" w:rsidRPr="00895605" w:rsidSect="00034616">
      <w:headerReference w:type="default" r:id="rId8"/>
      <w:footerReference w:type="default" r:id="rId9"/>
      <w:pgSz w:w="11906" w:h="16838"/>
      <w:pgMar w:top="567" w:right="1134" w:bottom="454" w:left="1134" w:header="720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50FBD5" w14:textId="77777777" w:rsidR="009C25E8" w:rsidRDefault="009C25E8">
      <w:r>
        <w:separator/>
      </w:r>
    </w:p>
  </w:endnote>
  <w:endnote w:type="continuationSeparator" w:id="0">
    <w:p w14:paraId="500DCA70" w14:textId="77777777" w:rsidR="009C25E8" w:rsidRDefault="009C25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D87B9" w14:textId="292A9877" w:rsidR="0014338B" w:rsidRDefault="00000000">
    <w:pPr>
      <w:pStyle w:val="Subsol"/>
      <w:tabs>
        <w:tab w:val="right" w:pos="9639"/>
      </w:tabs>
    </w:pPr>
    <w:r>
      <w:rPr>
        <w:color w:val="595959"/>
      </w:rPr>
      <w:t>F_A_1</w:t>
    </w:r>
    <w:r w:rsidR="00143D03">
      <w:rPr>
        <w:color w:val="595959"/>
      </w:rPr>
      <w:t>1</w:t>
    </w:r>
    <w:r>
      <w:rPr>
        <w:color w:val="595959"/>
      </w:rPr>
      <w:t xml:space="preserve"> · </w:t>
    </w:r>
    <w:proofErr w:type="spellStart"/>
    <w:r>
      <w:rPr>
        <w:color w:val="595959"/>
      </w:rPr>
      <w:t>versiunea</w:t>
    </w:r>
    <w:proofErr w:type="spellEnd"/>
    <w:r>
      <w:rPr>
        <w:color w:val="595959"/>
      </w:rPr>
      <w:t xml:space="preserve"> 1.0</w:t>
    </w:r>
    <w:r>
      <w:rPr>
        <w:color w:val="595959"/>
      </w:rPr>
      <w:tab/>
    </w:r>
    <w:proofErr w:type="spellStart"/>
    <w:r>
      <w:rPr>
        <w:color w:val="595959"/>
      </w:rPr>
      <w:t>pagina</w:t>
    </w:r>
    <w:proofErr w:type="spellEnd"/>
    <w:r>
      <w:rPr>
        <w:color w:val="595959"/>
      </w:rPr>
      <w:t xml:space="preserve"> </w:t>
    </w:r>
    <w:r>
      <w:rPr>
        <w:color w:val="595959"/>
      </w:rPr>
      <w:fldChar w:fldCharType="begin"/>
    </w:r>
    <w:r>
      <w:rPr>
        <w:color w:val="595959"/>
      </w:rPr>
      <w:instrText xml:space="preserve"> PAGE </w:instrText>
    </w:r>
    <w:r>
      <w:rPr>
        <w:color w:val="595959"/>
      </w:rPr>
      <w:fldChar w:fldCharType="separate"/>
    </w:r>
    <w:r w:rsidR="00895605">
      <w:rPr>
        <w:noProof/>
        <w:color w:val="595959"/>
      </w:rPr>
      <w:t>1</w:t>
    </w:r>
    <w:r>
      <w:rPr>
        <w:color w:val="595959"/>
      </w:rPr>
      <w:fldChar w:fldCharType="end"/>
    </w:r>
    <w:r>
      <w:rPr>
        <w:color w:val="595959"/>
      </w:rPr>
      <w:t xml:space="preserve"> din </w:t>
    </w:r>
    <w:r>
      <w:rPr>
        <w:color w:val="595959"/>
      </w:rPr>
      <w:fldChar w:fldCharType="begin"/>
    </w:r>
    <w:r>
      <w:rPr>
        <w:color w:val="595959"/>
      </w:rPr>
      <w:instrText xml:space="preserve"> NUMPAGES </w:instrText>
    </w:r>
    <w:r>
      <w:rPr>
        <w:color w:val="595959"/>
      </w:rPr>
      <w:fldChar w:fldCharType="separate"/>
    </w:r>
    <w:r w:rsidR="00895605">
      <w:rPr>
        <w:noProof/>
        <w:color w:val="595959"/>
      </w:rPr>
      <w:t>2</w:t>
    </w:r>
    <w:r>
      <w:rPr>
        <w:color w:val="59595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7E54C5" w14:textId="77777777" w:rsidR="009C25E8" w:rsidRDefault="009C25E8">
      <w:r>
        <w:separator/>
      </w:r>
    </w:p>
  </w:footnote>
  <w:footnote w:type="continuationSeparator" w:id="0">
    <w:p w14:paraId="51DFC6BB" w14:textId="77777777" w:rsidR="009C25E8" w:rsidRDefault="009C25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42592" w14:textId="4FBCAD37" w:rsidR="00143D03" w:rsidRDefault="00143D03" w:rsidP="00143D03">
    <w:pPr>
      <w:pStyle w:val="Antet"/>
      <w:rPr>
        <w:color w:val="595959"/>
      </w:rPr>
    </w:pPr>
    <w:r>
      <w:rPr>
        <w:color w:val="595959"/>
      </w:rPr>
      <w:t xml:space="preserve">F_A_11 · </w:t>
    </w:r>
    <w:proofErr w:type="spellStart"/>
    <w:r>
      <w:rPr>
        <w:color w:val="595959"/>
      </w:rPr>
      <w:t>versiunea</w:t>
    </w:r>
    <w:proofErr w:type="spellEnd"/>
    <w:r>
      <w:rPr>
        <w:color w:val="595959"/>
      </w:rPr>
      <w:t xml:space="preserve"> 1.0</w:t>
    </w:r>
  </w:p>
  <w:p w14:paraId="0BF74728" w14:textId="77777777" w:rsidR="00143D03" w:rsidRPr="00143D03" w:rsidRDefault="00143D03" w:rsidP="00143D03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tat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tat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umarcator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umarcator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erota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cumarcator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ED660D7"/>
    <w:multiLevelType w:val="hybridMultilevel"/>
    <w:tmpl w:val="E12E53EE"/>
    <w:lvl w:ilvl="0" w:tplc="21D4458C">
      <w:start w:val="1"/>
      <w:numFmt w:val="decimal"/>
      <w:lvlText w:val="%1."/>
      <w:lvlJc w:val="left"/>
      <w:pPr>
        <w:ind w:left="283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468DFF0">
      <w:start w:val="1"/>
      <w:numFmt w:val="lowerLetter"/>
      <w:lvlText w:val="%2"/>
      <w:lvlJc w:val="left"/>
      <w:pPr>
        <w:ind w:left="10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73C790A">
      <w:start w:val="1"/>
      <w:numFmt w:val="lowerRoman"/>
      <w:lvlText w:val="%3"/>
      <w:lvlJc w:val="left"/>
      <w:pPr>
        <w:ind w:left="18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70CC18C">
      <w:start w:val="1"/>
      <w:numFmt w:val="decimal"/>
      <w:lvlText w:val="%4"/>
      <w:lvlJc w:val="left"/>
      <w:pPr>
        <w:ind w:left="25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0CA683A">
      <w:start w:val="1"/>
      <w:numFmt w:val="lowerLetter"/>
      <w:lvlText w:val="%5"/>
      <w:lvlJc w:val="left"/>
      <w:pPr>
        <w:ind w:left="324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9589C5E">
      <w:start w:val="1"/>
      <w:numFmt w:val="lowerRoman"/>
      <w:lvlText w:val="%6"/>
      <w:lvlJc w:val="left"/>
      <w:pPr>
        <w:ind w:left="396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EE8D23A">
      <w:start w:val="1"/>
      <w:numFmt w:val="decimal"/>
      <w:lvlText w:val="%7"/>
      <w:lvlJc w:val="left"/>
      <w:pPr>
        <w:ind w:left="46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0C4BD5E">
      <w:start w:val="1"/>
      <w:numFmt w:val="lowerLetter"/>
      <w:lvlText w:val="%8"/>
      <w:lvlJc w:val="left"/>
      <w:pPr>
        <w:ind w:left="54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396496E">
      <w:start w:val="1"/>
      <w:numFmt w:val="lowerRoman"/>
      <w:lvlText w:val="%9"/>
      <w:lvlJc w:val="left"/>
      <w:pPr>
        <w:ind w:left="61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27B71F3"/>
    <w:multiLevelType w:val="hybridMultilevel"/>
    <w:tmpl w:val="B030A46C"/>
    <w:lvl w:ilvl="0" w:tplc="73260380">
      <w:start w:val="1"/>
      <w:numFmt w:val="decimal"/>
      <w:lvlText w:val="%1."/>
      <w:lvlJc w:val="left"/>
      <w:pPr>
        <w:ind w:left="426"/>
      </w:pPr>
      <w:rPr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4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6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F2358D2"/>
    <w:multiLevelType w:val="hybridMultilevel"/>
    <w:tmpl w:val="8390C64C"/>
    <w:lvl w:ilvl="0" w:tplc="D6169258">
      <w:start w:val="1"/>
      <w:numFmt w:val="bullet"/>
      <w:lvlText w:val=""/>
      <w:lvlJc w:val="left"/>
      <w:pPr>
        <w:ind w:left="28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C52E94E">
      <w:start w:val="1"/>
      <w:numFmt w:val="bullet"/>
      <w:lvlText w:val="o"/>
      <w:lvlJc w:val="left"/>
      <w:pPr>
        <w:ind w:left="115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3C63D8E">
      <w:start w:val="1"/>
      <w:numFmt w:val="bullet"/>
      <w:lvlText w:val="▪"/>
      <w:lvlJc w:val="left"/>
      <w:pPr>
        <w:ind w:left="187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21639EC">
      <w:start w:val="1"/>
      <w:numFmt w:val="bullet"/>
      <w:lvlText w:val="•"/>
      <w:lvlJc w:val="left"/>
      <w:pPr>
        <w:ind w:left="259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B980F3E">
      <w:start w:val="1"/>
      <w:numFmt w:val="bullet"/>
      <w:lvlText w:val="o"/>
      <w:lvlJc w:val="left"/>
      <w:pPr>
        <w:ind w:left="331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B12CFA6">
      <w:start w:val="1"/>
      <w:numFmt w:val="bullet"/>
      <w:lvlText w:val="▪"/>
      <w:lvlJc w:val="left"/>
      <w:pPr>
        <w:ind w:left="403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042C92">
      <w:start w:val="1"/>
      <w:numFmt w:val="bullet"/>
      <w:lvlText w:val="•"/>
      <w:lvlJc w:val="left"/>
      <w:pPr>
        <w:ind w:left="475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A00F800">
      <w:start w:val="1"/>
      <w:numFmt w:val="bullet"/>
      <w:lvlText w:val="o"/>
      <w:lvlJc w:val="left"/>
      <w:pPr>
        <w:ind w:left="547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8E8E196">
      <w:start w:val="1"/>
      <w:numFmt w:val="bullet"/>
      <w:lvlText w:val="▪"/>
      <w:lvlJc w:val="left"/>
      <w:pPr>
        <w:ind w:left="619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00A6E28"/>
    <w:multiLevelType w:val="hybridMultilevel"/>
    <w:tmpl w:val="A24EFFCE"/>
    <w:lvl w:ilvl="0" w:tplc="2B64F54C">
      <w:start w:val="1"/>
      <w:numFmt w:val="decimal"/>
      <w:lvlText w:val="%1)"/>
      <w:lvlJc w:val="left"/>
      <w:pPr>
        <w:ind w:left="427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B0A92A8">
      <w:start w:val="1"/>
      <w:numFmt w:val="lowerLetter"/>
      <w:lvlText w:val="%2"/>
      <w:lvlJc w:val="left"/>
      <w:pPr>
        <w:ind w:left="10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B30AE94">
      <w:start w:val="1"/>
      <w:numFmt w:val="lowerRoman"/>
      <w:lvlText w:val="%3"/>
      <w:lvlJc w:val="left"/>
      <w:pPr>
        <w:ind w:left="18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070ACF2">
      <w:start w:val="1"/>
      <w:numFmt w:val="decimal"/>
      <w:lvlText w:val="%4"/>
      <w:lvlJc w:val="left"/>
      <w:pPr>
        <w:ind w:left="25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AD05F7E">
      <w:start w:val="1"/>
      <w:numFmt w:val="lowerLetter"/>
      <w:lvlText w:val="%5"/>
      <w:lvlJc w:val="left"/>
      <w:pPr>
        <w:ind w:left="324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070B910">
      <w:start w:val="1"/>
      <w:numFmt w:val="lowerRoman"/>
      <w:lvlText w:val="%6"/>
      <w:lvlJc w:val="left"/>
      <w:pPr>
        <w:ind w:left="396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9422DD4">
      <w:start w:val="1"/>
      <w:numFmt w:val="decimal"/>
      <w:lvlText w:val="%7"/>
      <w:lvlJc w:val="left"/>
      <w:pPr>
        <w:ind w:left="46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AF2F302">
      <w:start w:val="1"/>
      <w:numFmt w:val="lowerLetter"/>
      <w:lvlText w:val="%8"/>
      <w:lvlJc w:val="left"/>
      <w:pPr>
        <w:ind w:left="54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3100C6A">
      <w:start w:val="1"/>
      <w:numFmt w:val="lowerRoman"/>
      <w:lvlText w:val="%9"/>
      <w:lvlJc w:val="left"/>
      <w:pPr>
        <w:ind w:left="61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02F080A"/>
    <w:multiLevelType w:val="hybridMultilevel"/>
    <w:tmpl w:val="32B0DC7C"/>
    <w:lvl w:ilvl="0" w:tplc="1D92DE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7957481">
    <w:abstractNumId w:val="8"/>
  </w:num>
  <w:num w:numId="2" w16cid:durableId="676998350">
    <w:abstractNumId w:val="6"/>
  </w:num>
  <w:num w:numId="3" w16cid:durableId="1364941888">
    <w:abstractNumId w:val="5"/>
  </w:num>
  <w:num w:numId="4" w16cid:durableId="478615148">
    <w:abstractNumId w:val="4"/>
  </w:num>
  <w:num w:numId="5" w16cid:durableId="445585796">
    <w:abstractNumId w:val="7"/>
  </w:num>
  <w:num w:numId="6" w16cid:durableId="131560509">
    <w:abstractNumId w:val="3"/>
  </w:num>
  <w:num w:numId="7" w16cid:durableId="1432049056">
    <w:abstractNumId w:val="2"/>
  </w:num>
  <w:num w:numId="8" w16cid:durableId="4208785">
    <w:abstractNumId w:val="1"/>
  </w:num>
  <w:num w:numId="9" w16cid:durableId="827479698">
    <w:abstractNumId w:val="0"/>
  </w:num>
  <w:num w:numId="10" w16cid:durableId="62992014">
    <w:abstractNumId w:val="9"/>
  </w:num>
  <w:num w:numId="11" w16cid:durableId="778910850">
    <w:abstractNumId w:val="13"/>
  </w:num>
  <w:num w:numId="12" w16cid:durableId="915942442">
    <w:abstractNumId w:val="12"/>
  </w:num>
  <w:num w:numId="13" w16cid:durableId="772894671">
    <w:abstractNumId w:val="11"/>
  </w:num>
  <w:num w:numId="14" w16cid:durableId="11867930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16C43"/>
    <w:rsid w:val="0002124A"/>
    <w:rsid w:val="00034616"/>
    <w:rsid w:val="0006063C"/>
    <w:rsid w:val="000622EF"/>
    <w:rsid w:val="00071E24"/>
    <w:rsid w:val="0014338B"/>
    <w:rsid w:val="00143D03"/>
    <w:rsid w:val="0015074B"/>
    <w:rsid w:val="0029639D"/>
    <w:rsid w:val="0031695F"/>
    <w:rsid w:val="00326F90"/>
    <w:rsid w:val="00365E65"/>
    <w:rsid w:val="00442B61"/>
    <w:rsid w:val="004A4CBC"/>
    <w:rsid w:val="004E233A"/>
    <w:rsid w:val="0051574A"/>
    <w:rsid w:val="005903A8"/>
    <w:rsid w:val="005C403B"/>
    <w:rsid w:val="006A1DB8"/>
    <w:rsid w:val="006D7C9B"/>
    <w:rsid w:val="00765D3C"/>
    <w:rsid w:val="00782BA8"/>
    <w:rsid w:val="007B0A4D"/>
    <w:rsid w:val="00895605"/>
    <w:rsid w:val="0091423B"/>
    <w:rsid w:val="0095442A"/>
    <w:rsid w:val="009C25E8"/>
    <w:rsid w:val="009D2314"/>
    <w:rsid w:val="00AA1D8D"/>
    <w:rsid w:val="00B11050"/>
    <w:rsid w:val="00B35B08"/>
    <w:rsid w:val="00B47730"/>
    <w:rsid w:val="00B56B5D"/>
    <w:rsid w:val="00B862D0"/>
    <w:rsid w:val="00C25235"/>
    <w:rsid w:val="00C330B3"/>
    <w:rsid w:val="00C75A7A"/>
    <w:rsid w:val="00CB0664"/>
    <w:rsid w:val="00CC429A"/>
    <w:rsid w:val="00D028DE"/>
    <w:rsid w:val="00DE33CD"/>
    <w:rsid w:val="00DF3A5F"/>
    <w:rsid w:val="00E61A6B"/>
    <w:rsid w:val="00F74426"/>
    <w:rsid w:val="00FB057B"/>
    <w:rsid w:val="00FC030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73651A"/>
  <w14:defaultImageDpi w14:val="300"/>
  <w15:docId w15:val="{4A0E0516-4648-4975-808B-68AC65BFD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Times New Roman" w:hAnsi="Times New Roman"/>
      <w:sz w:val="15"/>
    </w:rPr>
  </w:style>
  <w:style w:type="paragraph" w:styleId="Titlu1">
    <w:name w:val="heading 1"/>
    <w:basedOn w:val="Normal"/>
    <w:next w:val="Normal"/>
    <w:link w:val="Titlu1Caracte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u3">
    <w:name w:val="heading 3"/>
    <w:basedOn w:val="Normal"/>
    <w:next w:val="Normal"/>
    <w:link w:val="Titlu3Caracte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E618BF"/>
  </w:style>
  <w:style w:type="paragraph" w:styleId="Subsol">
    <w:name w:val="footer"/>
    <w:basedOn w:val="Normal"/>
    <w:link w:val="SubsolCaracte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E618BF"/>
  </w:style>
  <w:style w:type="paragraph" w:styleId="Frspaiere">
    <w:name w:val="No Spacing"/>
    <w:uiPriority w:val="1"/>
    <w:qFormat/>
    <w:rsid w:val="00FC693F"/>
    <w:pPr>
      <w:spacing w:after="0" w:line="240" w:lineRule="auto"/>
    </w:pPr>
  </w:style>
  <w:style w:type="character" w:customStyle="1" w:styleId="Titlu1Caracter">
    <w:name w:val="Titlu 1 Caracter"/>
    <w:basedOn w:val="Fontdeparagrafimplicit"/>
    <w:link w:val="Titlu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lu2Caracter">
    <w:name w:val="Titlu 2 Caracter"/>
    <w:basedOn w:val="Fontdeparagrafimplicit"/>
    <w:link w:val="Titlu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lu3Caracter">
    <w:name w:val="Titlu 3 Caracter"/>
    <w:basedOn w:val="Fontdeparagrafimplicit"/>
    <w:link w:val="Titlu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u">
    <w:name w:val="Title"/>
    <w:basedOn w:val="Normal"/>
    <w:next w:val="Normal"/>
    <w:link w:val="TitluCaracte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uCaracter">
    <w:name w:val="Titlu Caracter"/>
    <w:basedOn w:val="Fontdeparagrafimplicit"/>
    <w:link w:val="Titl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uCaracter">
    <w:name w:val="Subtitlu Caracter"/>
    <w:basedOn w:val="Fontdeparagrafimplicit"/>
    <w:link w:val="Subtitl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text">
    <w:name w:val="Body Text"/>
    <w:basedOn w:val="Normal"/>
    <w:link w:val="CorptextCaracter"/>
    <w:uiPriority w:val="99"/>
    <w:unhideWhenUsed/>
    <w:rsid w:val="00AA1D8D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rsid w:val="00AA1D8D"/>
  </w:style>
  <w:style w:type="paragraph" w:styleId="Corptext2">
    <w:name w:val="Body Text 2"/>
    <w:basedOn w:val="Normal"/>
    <w:link w:val="Corptext2Caracter"/>
    <w:uiPriority w:val="99"/>
    <w:unhideWhenUsed/>
    <w:rsid w:val="00AA1D8D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uiPriority w:val="99"/>
    <w:rsid w:val="00AA1D8D"/>
  </w:style>
  <w:style w:type="paragraph" w:styleId="Corptext3">
    <w:name w:val="Body Text 3"/>
    <w:basedOn w:val="Normal"/>
    <w:link w:val="Corptext3Caracte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text3Caracter">
    <w:name w:val="Corp text 3 Caracter"/>
    <w:basedOn w:val="Fontdeparagrafimplicit"/>
    <w:link w:val="Corp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cumarcator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umarcator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umarcator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erotat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numerotat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numerotat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ar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ar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ar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macrocomand">
    <w:name w:val="macro"/>
    <w:link w:val="TextmacrocomandCaracte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crocomandCaracter">
    <w:name w:val="Text macrocomandă Caracter"/>
    <w:basedOn w:val="Fontdeparagrafimplicit"/>
    <w:link w:val="Textmacrocomand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aracter"/>
    <w:uiPriority w:val="29"/>
    <w:qFormat/>
    <w:rsid w:val="00FC693F"/>
    <w:rPr>
      <w:i/>
      <w:iCs/>
      <w:color w:val="000000" w:themeColor="text1"/>
    </w:rPr>
  </w:style>
  <w:style w:type="character" w:customStyle="1" w:styleId="CitatCaracter">
    <w:name w:val="Citat Caracter"/>
    <w:basedOn w:val="Fontdeparagrafimplicit"/>
    <w:link w:val="Citat"/>
    <w:uiPriority w:val="29"/>
    <w:rsid w:val="00FC693F"/>
    <w:rPr>
      <w:i/>
      <w:iCs/>
      <w:color w:val="000000" w:themeColor="text1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Robust">
    <w:name w:val="Strong"/>
    <w:basedOn w:val="Fontdeparagrafimplicit"/>
    <w:uiPriority w:val="22"/>
    <w:qFormat/>
    <w:rsid w:val="00FC693F"/>
    <w:rPr>
      <w:b/>
      <w:bCs/>
    </w:rPr>
  </w:style>
  <w:style w:type="character" w:styleId="Accentuat">
    <w:name w:val="Emphasis"/>
    <w:basedOn w:val="Fontdeparagrafimplicit"/>
    <w:uiPriority w:val="20"/>
    <w:qFormat/>
    <w:rsid w:val="00FC693F"/>
    <w:rPr>
      <w:i/>
      <w:iCs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FC693F"/>
    <w:rPr>
      <w:b/>
      <w:bCs/>
      <w:i/>
      <w:iCs/>
      <w:color w:val="4F81BD" w:themeColor="accent1"/>
    </w:rPr>
  </w:style>
  <w:style w:type="character" w:styleId="Accentuaresubtil">
    <w:name w:val="Subtle Emphasis"/>
    <w:basedOn w:val="Fontdeparagrafimplicit"/>
    <w:uiPriority w:val="19"/>
    <w:qFormat/>
    <w:rsid w:val="00FC693F"/>
    <w:rPr>
      <w:i/>
      <w:iCs/>
      <w:color w:val="808080" w:themeColor="text1" w:themeTint="7F"/>
    </w:rPr>
  </w:style>
  <w:style w:type="character" w:styleId="Accentuareintens">
    <w:name w:val="Intense Emphasis"/>
    <w:basedOn w:val="Fontdeparagrafimplicit"/>
    <w:uiPriority w:val="21"/>
    <w:qFormat/>
    <w:rsid w:val="00FC693F"/>
    <w:rPr>
      <w:b/>
      <w:bCs/>
      <w:i/>
      <w:iCs/>
      <w:color w:val="4F81BD" w:themeColor="accent1"/>
    </w:rPr>
  </w:style>
  <w:style w:type="character" w:styleId="Referiresubtil">
    <w:name w:val="Subtle Reference"/>
    <w:basedOn w:val="Fontdeparagrafimplicit"/>
    <w:uiPriority w:val="31"/>
    <w:qFormat/>
    <w:rsid w:val="00FC693F"/>
    <w:rPr>
      <w:smallCaps/>
      <w:color w:val="C0504D" w:themeColor="accent2"/>
      <w:u w:val="single"/>
    </w:rPr>
  </w:style>
  <w:style w:type="character" w:styleId="Referireintens">
    <w:name w:val="Intense Reference"/>
    <w:basedOn w:val="Fontdeparagrafimplici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lulcrii">
    <w:name w:val="Book Title"/>
    <w:basedOn w:val="Fontdeparagrafimplicit"/>
    <w:uiPriority w:val="33"/>
    <w:qFormat/>
    <w:rsid w:val="00FC693F"/>
    <w:rPr>
      <w:b/>
      <w:bCs/>
      <w:smallCaps/>
      <w:spacing w:val="5"/>
    </w:rPr>
  </w:style>
  <w:style w:type="paragraph" w:styleId="Titlucuprins">
    <w:name w:val="TOC Heading"/>
    <w:basedOn w:val="Titlu1"/>
    <w:next w:val="Normal"/>
    <w:uiPriority w:val="39"/>
    <w:semiHidden/>
    <w:unhideWhenUsed/>
    <w:qFormat/>
    <w:rsid w:val="00FC693F"/>
    <w:pPr>
      <w:outlineLvl w:val="9"/>
    </w:pPr>
  </w:style>
  <w:style w:type="table" w:styleId="Tabelgril">
    <w:name w:val="Table Grid"/>
    <w:basedOn w:val="Tabel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Umbriredeculoaredeschis">
    <w:name w:val="Light Shading"/>
    <w:basedOn w:val="Tabel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Umbriredeculoaredeschis-Accentuare1">
    <w:name w:val="Light Shading Accent 1"/>
    <w:basedOn w:val="Tabel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Umbriredeculoaredeschis-Accentuare2">
    <w:name w:val="Light Shading Accent 2"/>
    <w:basedOn w:val="Tabel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Umbriredeculoaredeschis-Accentuare3">
    <w:name w:val="Light Shading Accent 3"/>
    <w:basedOn w:val="Tabel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Umbriredeculoaredeschis-Accentuare4">
    <w:name w:val="Light Shading Accent 4"/>
    <w:basedOn w:val="Tabel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Umbriredeculoaredeschis-Accentuare5">
    <w:name w:val="Light Shading Accent 5"/>
    <w:basedOn w:val="Tabel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Umbriredeculoaredeschis-Accentuare6">
    <w:name w:val="Light Shading Accent 6"/>
    <w:basedOn w:val="Tabel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deculoaredeschis">
    <w:name w:val="Light List"/>
    <w:basedOn w:val="Tabel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deculoaredeschis-Accentuare1">
    <w:name w:val="Light List Accent 1"/>
    <w:basedOn w:val="Tabel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deculoaredeschis-Accentuare2">
    <w:name w:val="Light List Accent 2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deculoaredeschis-Accentuare3">
    <w:name w:val="Light List Accent 3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deculoaredeschis-Accentuare4">
    <w:name w:val="Light List Accent 4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deculoaredeschis-Accentuare5">
    <w:name w:val="Light List Accent 5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deculoaredeschis-Accentuare6">
    <w:name w:val="Light List Accent 6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deculoaredeschis">
    <w:name w:val="Light Grid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deculoaredeschis-Accentuare1">
    <w:name w:val="Light Grid Accent 1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deculoaredeschis-Accentuare2">
    <w:name w:val="Light Grid Accent 2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deculoaredeschis-Accentuare3">
    <w:name w:val="Light Grid Accent 3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deculoaredeschis-Accentuare4">
    <w:name w:val="Light Grid Accent 4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deculoaredeschis-Accentuare5">
    <w:name w:val="Light Grid Accent 5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deculoaredeschis-Accentuare6">
    <w:name w:val="Light Grid Accent 6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Umbriremedie1">
    <w:name w:val="Medium Shading 1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1">
    <w:name w:val="Medium Shading 1 Accent 1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2">
    <w:name w:val="Medium Shading 1 Accent 2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3">
    <w:name w:val="Medium Shading 1 Accent 3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4">
    <w:name w:val="Medium Shading 1 Accent 4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5">
    <w:name w:val="Medium Shading 1 Accent 5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6">
    <w:name w:val="Medium Shading 1 Accent 6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2">
    <w:name w:val="Medium Shading 2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1">
    <w:name w:val="Medium Shading 2 Accent 1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2">
    <w:name w:val="Medium Shading 2 Accent 2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3">
    <w:name w:val="Medium Shading 2 Accent 3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4">
    <w:name w:val="Medium Shading 2 Accent 4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5">
    <w:name w:val="Medium Shading 2 Accent 5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6">
    <w:name w:val="Medium Shading 2 Accent 6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medie1">
    <w:name w:val="Medium List 1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medie1-Accentuare1">
    <w:name w:val="Medium List 1 Accent 1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medie1-Accentuare2">
    <w:name w:val="Medium List 1 Accent 2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medie1-Accentuare3">
    <w:name w:val="Medium List 1 Accent 3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medie1-Accentuare4">
    <w:name w:val="Medium List 1 Accent 4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medie1-Accentuare5">
    <w:name w:val="Medium List 1 Accent 5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medie1-Accentuare6">
    <w:name w:val="Medium List 1 Accent 6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medie2">
    <w:name w:val="Medium List 2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1">
    <w:name w:val="Medium List 2 Accent 1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2">
    <w:name w:val="Medium List 2 Accent 2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3">
    <w:name w:val="Medium List 2 Accent 3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4">
    <w:name w:val="Medium List 2 Accent 4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5">
    <w:name w:val="Medium List 2 Accent 5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6">
    <w:name w:val="Medium List 2 Accent 6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medie1">
    <w:name w:val="Medium Grid 1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medie1-Accentuare1">
    <w:name w:val="Medium Grid 1 Accent 1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medie1-Accentuare2">
    <w:name w:val="Medium Grid 1 Accent 2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medie1-Accentuare3">
    <w:name w:val="Medium Grid 1 Accent 3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medie1-Accentuare4">
    <w:name w:val="Medium Grid 1 Accent 4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medie1-Accentuare5">
    <w:name w:val="Medium Grid 1 Accent 5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medie1-Accentuare6">
    <w:name w:val="Medium Grid 1 Accent 6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medie2">
    <w:name w:val="Medium Grid 2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1">
    <w:name w:val="Medium Grid 2 Accent 1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2">
    <w:name w:val="Medium Grid 2 Accent 2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3">
    <w:name w:val="Medium Grid 2 Accent 3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4">
    <w:name w:val="Medium Grid 2 Accent 4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5">
    <w:name w:val="Medium Grid 2 Accent 5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6">
    <w:name w:val="Medium Grid 2 Accent 6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3">
    <w:name w:val="Medium Grid 3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medie3-Accentuare1">
    <w:name w:val="Medium Grid 3 Accent 1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medie3-Accentuare2">
    <w:name w:val="Medium Grid 3 Accent 2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medie3-Accentuare3">
    <w:name w:val="Medium Grid 3 Accent 3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medie3-Accentuare4">
    <w:name w:val="Medium Grid 3 Accent 4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medie3-Accentuare5">
    <w:name w:val="Medium Grid 3 Accent 5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medie3-Accentuare6">
    <w:name w:val="Medium Grid 3 Accent 6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deculoarenchis">
    <w:name w:val="Dark List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deculoarenchis-Accentuare1">
    <w:name w:val="Dark List Accent 1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deculoarenchis-Accentuare2">
    <w:name w:val="Dark List Accent 2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deculoarenchis-Accentuare3">
    <w:name w:val="Dark List Accent 3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deculoarenchis-Accentuare4">
    <w:name w:val="Dark List Accent 4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deculoarenchis-Accentuare5">
    <w:name w:val="Dark List Accent 5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deculoarenchis-Accentuare6">
    <w:name w:val="Dark List Accent 6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Umbrirecolorat">
    <w:name w:val="Colorful Shading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1">
    <w:name w:val="Colorful Shading Accent 1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2">
    <w:name w:val="Colorful Shading Accent 2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3">
    <w:name w:val="Colorful Shading Accent 3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Umbrirecolorat-Accentuare4">
    <w:name w:val="Colorful Shading Accent 4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5">
    <w:name w:val="Colorful Shading Accent 5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6">
    <w:name w:val="Colorful Shading Accent 6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colorat">
    <w:name w:val="Colorful List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colorat-Accentuare1">
    <w:name w:val="Colorful List Accent 1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colorat-Accentuare2">
    <w:name w:val="Colorful List Accent 2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colorat-Accentuare3">
    <w:name w:val="Colorful List Accent 3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colorat-Accentuare4">
    <w:name w:val="Colorful List Accent 4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colorat-Accentuare5">
    <w:name w:val="Colorful List Accent 5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colorat-Accentuare6">
    <w:name w:val="Colorful List Accent 6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colorat">
    <w:name w:val="Colorful Grid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colorat-Accentuare1">
    <w:name w:val="Colorful Grid Accent 1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colorat-Accentuare2">
    <w:name w:val="Colorful Grid Accent 2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colorat-Accentuare3">
    <w:name w:val="Colorful Grid Accent 3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colorat-Accentuare4">
    <w:name w:val="Colorful Grid Accent 4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colorat-Accentuare5">
    <w:name w:val="Colorful Grid Accent 5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colorat-Accentuare6">
    <w:name w:val="Colorful Grid Accent 6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l5tlu1">
    <w:name w:val="l5tlu1"/>
    <w:rsid w:val="00365E65"/>
    <w:rPr>
      <w:b/>
      <w:bCs/>
      <w:color w:val="000000"/>
      <w:sz w:val="32"/>
      <w:szCs w:val="32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C25235"/>
    <w:rPr>
      <w:sz w:val="20"/>
      <w:szCs w:val="20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C25235"/>
    <w:rPr>
      <w:rFonts w:ascii="Times New Roman" w:hAnsi="Times New Roman"/>
      <w:sz w:val="20"/>
      <w:szCs w:val="20"/>
    </w:rPr>
  </w:style>
  <w:style w:type="character" w:styleId="Referinnotdesubsol">
    <w:name w:val="footnote reference"/>
    <w:basedOn w:val="Fontdeparagrafimplicit"/>
    <w:uiPriority w:val="99"/>
    <w:semiHidden/>
    <w:unhideWhenUsed/>
    <w:rsid w:val="00C2523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712</Words>
  <Characters>4063</Characters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4766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terms:created xsi:type="dcterms:W3CDTF">2013-12-23T23:15:00Z</dcterms:created>
  <dcterms:modified xsi:type="dcterms:W3CDTF">2026-08-24T15:51:00Z</dcterms:modified>
  <cp:category/>
</cp:coreProperties>
</file>