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945CC5" w14:paraId="740BFD6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888DD26" w14:textId="77777777" w:rsidR="00945CC5" w:rsidRDefault="00FA7758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  <w:shd w:val="clear" w:color="auto" w:fill="F0F0F0"/>
          </w:tcPr>
          <w:p w14:paraId="5598AFA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D968F80" w14:textId="77777777" w:rsidR="00945CC5" w:rsidRDefault="00945CC5">
            <w:pPr>
              <w:keepNext/>
            </w:pPr>
          </w:p>
        </w:tc>
      </w:tr>
      <w:tr w:rsidR="00945CC5" w14:paraId="04C0E3D8" w14:textId="77777777">
        <w:trPr>
          <w:cantSplit/>
          <w:trHeight w:val="510"/>
        </w:trPr>
        <w:tc>
          <w:tcPr>
            <w:tcW w:w="1606" w:type="dxa"/>
            <w:vMerge/>
          </w:tcPr>
          <w:p w14:paraId="0B0686A9" w14:textId="77777777" w:rsidR="00945CC5" w:rsidRDefault="00945CC5"/>
        </w:tc>
        <w:tc>
          <w:tcPr>
            <w:tcW w:w="8030" w:type="dxa"/>
            <w:gridSpan w:val="3"/>
            <w:shd w:val="clear" w:color="auto" w:fill="F0F0F0"/>
          </w:tcPr>
          <w:p w14:paraId="1468B44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0FD8A1B9" w14:textId="77777777" w:rsidR="00945CC5" w:rsidRDefault="00945CC5">
            <w:pPr>
              <w:keepNext/>
            </w:pPr>
          </w:p>
        </w:tc>
      </w:tr>
      <w:tr w:rsidR="00945CC5" w14:paraId="28C754E9" w14:textId="77777777">
        <w:trPr>
          <w:cantSplit/>
          <w:trHeight w:val="510"/>
        </w:trPr>
        <w:tc>
          <w:tcPr>
            <w:tcW w:w="1606" w:type="dxa"/>
            <w:vMerge/>
          </w:tcPr>
          <w:p w14:paraId="76F17A55" w14:textId="77777777" w:rsidR="00945CC5" w:rsidRDefault="00945CC5"/>
        </w:tc>
        <w:tc>
          <w:tcPr>
            <w:tcW w:w="2409" w:type="dxa"/>
            <w:shd w:val="clear" w:color="auto" w:fill="F0F0F0"/>
          </w:tcPr>
          <w:p w14:paraId="28EEF6CE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(CIF)</w:t>
            </w:r>
          </w:p>
          <w:p w14:paraId="727F1446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1039C0A9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12A0D75C" w14:textId="77777777" w:rsidR="00945CC5" w:rsidRDefault="00FA7758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3F728E3B" w14:textId="77777777" w:rsidR="00945CC5" w:rsidRDefault="00945CC5">
            <w:pPr>
              <w:keepNext/>
            </w:pPr>
          </w:p>
        </w:tc>
      </w:tr>
      <w:tr w:rsidR="00945CC5" w14:paraId="0E07E085" w14:textId="77777777">
        <w:trPr>
          <w:cantSplit/>
          <w:trHeight w:val="510"/>
        </w:trPr>
        <w:tc>
          <w:tcPr>
            <w:tcW w:w="1606" w:type="dxa"/>
            <w:vMerge/>
          </w:tcPr>
          <w:p w14:paraId="02114291" w14:textId="77777777" w:rsidR="00945CC5" w:rsidRDefault="00945CC5"/>
        </w:tc>
        <w:tc>
          <w:tcPr>
            <w:tcW w:w="4818" w:type="dxa"/>
            <w:gridSpan w:val="2"/>
            <w:shd w:val="clear" w:color="auto" w:fill="F0F0F0"/>
          </w:tcPr>
          <w:p w14:paraId="6B3378E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30B354E0" w14:textId="77777777" w:rsidR="00945CC5" w:rsidRDefault="00945CC5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ACBDD14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29ED41F3" w14:textId="77777777" w:rsidR="00945CC5" w:rsidRDefault="00945CC5">
            <w:pPr>
              <w:keepNext/>
            </w:pPr>
          </w:p>
        </w:tc>
      </w:tr>
      <w:tr w:rsidR="00945CC5" w:rsidRPr="004E6AFA" w14:paraId="4466244E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5F3D0E9A" w14:textId="77777777" w:rsidR="00945CC5" w:rsidRPr="003E706D" w:rsidRDefault="00FA7758">
            <w:pPr>
              <w:rPr>
                <w:lang w:val="fr-FR"/>
              </w:rPr>
            </w:pPr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3E706D">
              <w:rPr>
                <w:i/>
                <w:color w:val="595959"/>
                <w:lang w:val="fr-FR"/>
              </w:rPr>
              <w:t>se</w:t>
            </w:r>
            <w:proofErr w:type="gram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scrie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în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3E706D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E0F6F3E" w14:textId="77777777" w:rsidR="00945CC5" w:rsidRPr="004E6AFA" w:rsidRDefault="00FA7758" w:rsidP="003E706D">
      <w:pPr>
        <w:spacing w:before="140" w:after="40"/>
        <w:jc w:val="center"/>
        <w:rPr>
          <w:sz w:val="28"/>
          <w:szCs w:val="28"/>
          <w:lang w:val="fr-FR"/>
        </w:rPr>
      </w:pPr>
      <w:r w:rsidRPr="004E6AFA">
        <w:rPr>
          <w:b/>
          <w:sz w:val="28"/>
          <w:szCs w:val="28"/>
          <w:lang w:val="fr-FR"/>
        </w:rPr>
        <w:t>CERERE</w:t>
      </w:r>
    </w:p>
    <w:p w14:paraId="757062F0" w14:textId="77777777" w:rsidR="00945CC5" w:rsidRPr="003E706D" w:rsidRDefault="00945CC5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09778574" w14:textId="77777777">
        <w:trPr>
          <w:cantSplit/>
        </w:trPr>
        <w:tc>
          <w:tcPr>
            <w:tcW w:w="9636" w:type="dxa"/>
            <w:shd w:val="clear" w:color="auto" w:fill="F4F4F4"/>
          </w:tcPr>
          <w:p w14:paraId="73907F7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945CC5" w:rsidRPr="004E6AFA" w14:paraId="238566F9" w14:textId="77777777">
        <w:trPr>
          <w:cantSplit/>
          <w:trHeight w:val="510"/>
        </w:trPr>
        <w:tc>
          <w:tcPr>
            <w:tcW w:w="9636" w:type="dxa"/>
          </w:tcPr>
          <w:p w14:paraId="494758A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121E520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sector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5FD545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</w:tr>
      <w:tr w:rsidR="00945CC5" w:rsidRPr="004E6AFA" w14:paraId="66E960AE" w14:textId="77777777">
        <w:trPr>
          <w:cantSplit/>
        </w:trPr>
        <w:tc>
          <w:tcPr>
            <w:tcW w:w="9636" w:type="dxa"/>
            <w:shd w:val="clear" w:color="auto" w:fill="F4F4F4"/>
          </w:tcPr>
          <w:p w14:paraId="4FCC2D0E" w14:textId="77777777" w:rsidR="00945CC5" w:rsidRPr="003E706D" w:rsidRDefault="00FA7758">
            <w:pPr>
              <w:spacing w:line="228" w:lineRule="auto"/>
              <w:rPr>
                <w:lang w:val="fr-FR"/>
              </w:rPr>
            </w:pPr>
            <w:proofErr w:type="spellStart"/>
            <w:r w:rsidRPr="003E706D">
              <w:rPr>
                <w:lang w:val="fr-FR"/>
              </w:rPr>
              <w:t>Cererea</w:t>
            </w:r>
            <w:proofErr w:type="spellEnd"/>
            <w:r w:rsidRPr="003E706D">
              <w:rPr>
                <w:lang w:val="fr-FR"/>
              </w:rPr>
              <w:t xml:space="preserve"> va fi </w:t>
            </w:r>
            <w:proofErr w:type="spellStart"/>
            <w:r w:rsidRPr="003E706D">
              <w:rPr>
                <w:lang w:val="fr-FR"/>
              </w:rPr>
              <w:t>transmisă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către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președintele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consiliului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județean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general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de </w:t>
            </w:r>
            <w:proofErr w:type="spellStart"/>
            <w:r w:rsidRPr="003E706D">
              <w:rPr>
                <w:lang w:val="fr-FR"/>
              </w:rPr>
              <w:t>sector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sau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municipiului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orașului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comunei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după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caz</w:t>
            </w:r>
            <w:proofErr w:type="spellEnd"/>
            <w:r w:rsidRPr="003E706D">
              <w:rPr>
                <w:lang w:val="fr-FR"/>
              </w:rPr>
              <w:t>.</w:t>
            </w:r>
          </w:p>
        </w:tc>
      </w:tr>
    </w:tbl>
    <w:p w14:paraId="222ED0F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945CC5" w14:paraId="5DF6A76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912B6AB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945CC5" w14:paraId="7A5DF9D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80AF79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5D8905F" w14:textId="77777777" w:rsidR="00945CC5" w:rsidRDefault="00945CC5">
            <w:pPr>
              <w:keepNext/>
            </w:pPr>
          </w:p>
        </w:tc>
        <w:tc>
          <w:tcPr>
            <w:tcW w:w="4015" w:type="dxa"/>
            <w:gridSpan w:val="3"/>
          </w:tcPr>
          <w:p w14:paraId="3027571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043F6BF" w14:textId="77777777" w:rsidR="00945CC5" w:rsidRDefault="00945CC5">
            <w:pPr>
              <w:keepNext/>
            </w:pPr>
          </w:p>
        </w:tc>
      </w:tr>
      <w:tr w:rsidR="00945CC5" w14:paraId="6AC454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46A213" w14:textId="77777777" w:rsidR="00945CC5" w:rsidRDefault="00FA7758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945CC5" w14:paraId="7B1D0B8A" w14:textId="77777777">
        <w:trPr>
          <w:cantSplit/>
          <w:trHeight w:val="510"/>
        </w:trPr>
        <w:tc>
          <w:tcPr>
            <w:tcW w:w="1606" w:type="dxa"/>
          </w:tcPr>
          <w:p w14:paraId="08F7C72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4A0D8B3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49A60C37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22F74DF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5"/>
          </w:tcPr>
          <w:p w14:paraId="71A34F2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120513B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FD9088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4299A9A" w14:textId="77777777" w:rsidR="00945CC5" w:rsidRDefault="00945CC5">
            <w:pPr>
              <w:keepNext/>
            </w:pPr>
          </w:p>
        </w:tc>
      </w:tr>
      <w:tr w:rsidR="00945CC5" w14:paraId="455316C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450A83E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945CC5" w14:paraId="5650FA4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F9DE2B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70EEA63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4"/>
          </w:tcPr>
          <w:p w14:paraId="62428705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D42A75B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711B0E0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5F6C0D8" w14:textId="77777777" w:rsidR="00945CC5" w:rsidRDefault="00945CC5">
            <w:pPr>
              <w:keepNext/>
            </w:pPr>
          </w:p>
        </w:tc>
      </w:tr>
      <w:tr w:rsidR="00945CC5" w14:paraId="0883C6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B9D7D0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3D197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7A9CF27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20F8FA8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A070FC0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BF40BF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3C7D07E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3A53A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14B0FEB5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5283480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52730F08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3147B67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3CEDB8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  <w:proofErr w:type="spellEnd"/>
          </w:p>
          <w:p w14:paraId="11C9DF2F" w14:textId="77777777" w:rsidR="00945CC5" w:rsidRDefault="00945CC5">
            <w:pPr>
              <w:keepNext/>
            </w:pPr>
          </w:p>
        </w:tc>
      </w:tr>
      <w:tr w:rsidR="00945CC5" w14:paraId="50CD544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265A73B" w14:textId="77777777" w:rsidR="00945CC5" w:rsidRDefault="00FA7758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945CC5" w14:paraId="12A0BD9C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2628F0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2FD6B8A" w14:textId="77777777" w:rsidR="00945CC5" w:rsidRDefault="00945CC5">
            <w:pPr>
              <w:keepNext/>
            </w:pPr>
          </w:p>
        </w:tc>
        <w:tc>
          <w:tcPr>
            <w:tcW w:w="5621" w:type="dxa"/>
            <w:gridSpan w:val="5"/>
          </w:tcPr>
          <w:p w14:paraId="4F13336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EA8891C" w14:textId="77777777" w:rsidR="00945CC5" w:rsidRDefault="00945CC5">
            <w:pPr>
              <w:keepNext/>
            </w:pPr>
          </w:p>
        </w:tc>
      </w:tr>
      <w:tr w:rsidR="00945CC5" w14:paraId="1F67BD8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96B342" w14:textId="77777777" w:rsidR="00945CC5" w:rsidRDefault="00FA7758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945CC5" w14:paraId="0D454C9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69DF8424" w14:textId="77777777" w:rsidR="00945CC5" w:rsidRDefault="00FA7758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3EDD4294" w14:textId="77777777" w:rsidR="00945CC5" w:rsidRDefault="00945CC5"/>
        </w:tc>
        <w:tc>
          <w:tcPr>
            <w:tcW w:w="3212" w:type="dxa"/>
            <w:gridSpan w:val="2"/>
          </w:tcPr>
          <w:p w14:paraId="494FF803" w14:textId="77777777" w:rsidR="00945CC5" w:rsidRDefault="00FA7758">
            <w:r>
              <w:rPr>
                <w:b/>
                <w:color w:val="0D5F78"/>
              </w:rPr>
              <w:t>CUI / CIF</w:t>
            </w:r>
          </w:p>
          <w:p w14:paraId="1BEA7989" w14:textId="77777777" w:rsidR="00945CC5" w:rsidRDefault="00945CC5"/>
        </w:tc>
      </w:tr>
    </w:tbl>
    <w:p w14:paraId="369741AD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4015"/>
      </w:tblGrid>
      <w:tr w:rsidR="00945CC5" w:rsidRPr="004E6AFA" w14:paraId="3CD3D17A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3BF4C02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b/>
                <w:sz w:val="16"/>
                <w:lang w:val="fr-FR"/>
              </w:rPr>
              <w:t xml:space="preserve"> 3. </w:t>
            </w:r>
            <w:r w:rsidRPr="003E706D">
              <w:rPr>
                <w:b/>
                <w:color w:val="000000"/>
                <w:sz w:val="18"/>
                <w:lang w:val="fr-FR"/>
              </w:rPr>
              <w:t>TITULAR AL AUTORIZAȚIEI DE CONSTRUIRE</w:t>
            </w:r>
          </w:p>
        </w:tc>
      </w:tr>
      <w:tr w:rsidR="00945CC5" w14:paraId="0EE43FF5" w14:textId="77777777">
        <w:trPr>
          <w:cantSplit/>
          <w:trHeight w:val="510"/>
        </w:trPr>
        <w:tc>
          <w:tcPr>
            <w:tcW w:w="1606" w:type="dxa"/>
          </w:tcPr>
          <w:p w14:paraId="25180C9D" w14:textId="77777777" w:rsidR="00945CC5" w:rsidRDefault="00FA7758">
            <w:r>
              <w:rPr>
                <w:b/>
                <w:color w:val="0D5F78"/>
              </w:rPr>
              <w:t>Nr.</w:t>
            </w:r>
          </w:p>
          <w:p w14:paraId="26A8ADF7" w14:textId="77777777" w:rsidR="00945CC5" w:rsidRDefault="00945CC5"/>
        </w:tc>
        <w:tc>
          <w:tcPr>
            <w:tcW w:w="1606" w:type="dxa"/>
          </w:tcPr>
          <w:p w14:paraId="3026A8C9" w14:textId="77777777" w:rsidR="00945CC5" w:rsidRDefault="00FA7758">
            <w:r>
              <w:rPr>
                <w:b/>
                <w:color w:val="0D5F78"/>
              </w:rPr>
              <w:t>Din data</w:t>
            </w:r>
          </w:p>
          <w:p w14:paraId="5625E881" w14:textId="77777777" w:rsidR="00945CC5" w:rsidRDefault="00945CC5"/>
        </w:tc>
        <w:tc>
          <w:tcPr>
            <w:tcW w:w="2409" w:type="dxa"/>
          </w:tcPr>
          <w:p w14:paraId="075593A1" w14:textId="77777777" w:rsidR="00945CC5" w:rsidRDefault="00FA7758">
            <w:proofErr w:type="spellStart"/>
            <w:r>
              <w:rPr>
                <w:b/>
                <w:color w:val="0D5F78"/>
              </w:rPr>
              <w:t>Termen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valabilitate</w:t>
            </w:r>
            <w:proofErr w:type="spellEnd"/>
          </w:p>
          <w:p w14:paraId="790D3724" w14:textId="77777777" w:rsidR="00945CC5" w:rsidRDefault="00945CC5"/>
        </w:tc>
        <w:tc>
          <w:tcPr>
            <w:tcW w:w="4015" w:type="dxa"/>
          </w:tcPr>
          <w:p w14:paraId="0B094E00" w14:textId="77777777" w:rsidR="00945CC5" w:rsidRDefault="00FA7758"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F021B74" w14:textId="77777777" w:rsidR="00945CC5" w:rsidRDefault="00945CC5"/>
        </w:tc>
      </w:tr>
    </w:tbl>
    <w:p w14:paraId="6576559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945CC5" w14:paraId="1264DDA5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07BDAB64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945CC5" w14:paraId="4FD0E8F7" w14:textId="77777777">
        <w:trPr>
          <w:cantSplit/>
        </w:trPr>
        <w:tc>
          <w:tcPr>
            <w:tcW w:w="9636" w:type="dxa"/>
            <w:gridSpan w:val="6"/>
          </w:tcPr>
          <w:p w14:paraId="4297ACE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945CC5" w14:paraId="1B7BC57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863DC6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64FC99F0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49AA71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C538F2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6B267514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D665FF3" w14:textId="77777777" w:rsidR="00945CC5" w:rsidRDefault="00945CC5">
            <w:pPr>
              <w:keepNext/>
            </w:pPr>
          </w:p>
        </w:tc>
      </w:tr>
      <w:tr w:rsidR="00945CC5" w14:paraId="5929CEED" w14:textId="77777777">
        <w:trPr>
          <w:cantSplit/>
          <w:trHeight w:val="510"/>
        </w:trPr>
        <w:tc>
          <w:tcPr>
            <w:tcW w:w="1606" w:type="dxa"/>
          </w:tcPr>
          <w:p w14:paraId="76535E6A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759EFD5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3"/>
          </w:tcPr>
          <w:p w14:paraId="5052AACD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E6F4E05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F10DD99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51210DF" w14:textId="77777777" w:rsidR="00945CC5" w:rsidRDefault="00945CC5">
            <w:pPr>
              <w:keepNext/>
            </w:pPr>
          </w:p>
        </w:tc>
        <w:tc>
          <w:tcPr>
            <w:tcW w:w="2409" w:type="dxa"/>
          </w:tcPr>
          <w:p w14:paraId="411E1021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395DA904" w14:textId="77777777" w:rsidR="00945CC5" w:rsidRDefault="00945CC5">
            <w:pPr>
              <w:keepNext/>
            </w:pPr>
          </w:p>
        </w:tc>
      </w:tr>
      <w:tr w:rsidR="00945CC5" w14:paraId="6A81040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3F43716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Număr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cadastral</w:t>
            </w:r>
          </w:p>
          <w:p w14:paraId="3AF20A6E" w14:textId="77777777" w:rsidR="00945CC5" w:rsidRPr="003E706D" w:rsidRDefault="00FA7758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e-Terra</w:t>
            </w:r>
          </w:p>
          <w:p w14:paraId="7286E3B7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3BDAE7CE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7FB9B48" w14:textId="77777777" w:rsidR="00945CC5" w:rsidRDefault="00945CC5">
            <w:pPr>
              <w:keepNext/>
            </w:pPr>
          </w:p>
        </w:tc>
      </w:tr>
      <w:tr w:rsidR="00945CC5" w14:paraId="382A7F45" w14:textId="77777777">
        <w:trPr>
          <w:cantSplit/>
        </w:trPr>
        <w:tc>
          <w:tcPr>
            <w:tcW w:w="9636" w:type="dxa"/>
            <w:gridSpan w:val="6"/>
          </w:tcPr>
          <w:p w14:paraId="728374F3" w14:textId="77777777" w:rsidR="00945CC5" w:rsidRDefault="00FA7758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1D5E42A5" w14:textId="77777777" w:rsidR="00945CC5" w:rsidRDefault="00FA7758" w:rsidP="003E706D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art. 293 din </w:t>
      </w:r>
      <w:proofErr w:type="spellStart"/>
      <w:r>
        <w:rPr>
          <w:sz w:val="18"/>
        </w:rPr>
        <w:t>Legea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și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solicit </w:t>
      </w:r>
      <w:proofErr w:type="spellStart"/>
      <w:r>
        <w:rPr>
          <w:sz w:val="18"/>
        </w:rPr>
        <w:t>emiterea</w:t>
      </w:r>
      <w:proofErr w:type="spellEnd"/>
    </w:p>
    <w:p w14:paraId="6DBB5635" w14:textId="77777777" w:rsidR="00945CC5" w:rsidRDefault="00FA7758">
      <w:pPr>
        <w:spacing w:after="160"/>
        <w:jc w:val="center"/>
      </w:pPr>
      <w:r>
        <w:rPr>
          <w:b/>
          <w:sz w:val="20"/>
        </w:rPr>
        <w:t>AUTORIZAȚIEI DE MODIFICARE</w:t>
      </w:r>
    </w:p>
    <w:p w14:paraId="2C3182FB" w14:textId="7446FCB0" w:rsidR="00945CC5" w:rsidRDefault="00FA7758">
      <w:pPr>
        <w:spacing w:after="120"/>
        <w:jc w:val="center"/>
      </w:pPr>
      <w:proofErr w:type="spellStart"/>
      <w:r>
        <w:rPr>
          <w:sz w:val="19"/>
        </w:rPr>
        <w:t>în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vederea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realizării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corespunzătoare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modificărilor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temă</w:t>
      </w:r>
      <w:proofErr w:type="spellEnd"/>
    </w:p>
    <w:p w14:paraId="027A92FB" w14:textId="77777777" w:rsidR="00945CC5" w:rsidRDefault="00945CC5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52091A6E" w14:textId="77777777">
        <w:trPr>
          <w:cantSplit/>
        </w:trPr>
        <w:tc>
          <w:tcPr>
            <w:tcW w:w="9636" w:type="dxa"/>
            <w:shd w:val="clear" w:color="auto" w:fill="F4F4F4"/>
          </w:tcPr>
          <w:p w14:paraId="336558B6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MODIF</w:t>
            </w:r>
            <w:r>
              <w:rPr>
                <w:b/>
                <w:color w:val="000000"/>
                <w:sz w:val="18"/>
              </w:rPr>
              <w:t>ICĂRILE DE TEMĂ SOLICITATE</w:t>
            </w:r>
          </w:p>
        </w:tc>
      </w:tr>
      <w:tr w:rsidR="00945CC5" w14:paraId="02C46226" w14:textId="77777777">
        <w:trPr>
          <w:cantSplit/>
        </w:trPr>
        <w:tc>
          <w:tcPr>
            <w:tcW w:w="9636" w:type="dxa"/>
          </w:tcPr>
          <w:p w14:paraId="4247D669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58F95BED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71486E82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2F5F517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945CC5" w14:paraId="4FC1FA4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70C8506B" w14:textId="4C36B04C" w:rsidR="00945CC5" w:rsidRDefault="00FA7758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</w:tc>
      </w:tr>
      <w:tr w:rsidR="00945CC5" w14:paraId="4ADE42BB" w14:textId="77777777">
        <w:trPr>
          <w:cantSplit/>
        </w:trPr>
        <w:tc>
          <w:tcPr>
            <w:tcW w:w="9636" w:type="dxa"/>
            <w:gridSpan w:val="4"/>
          </w:tcPr>
          <w:p w14:paraId="5FAB54BA" w14:textId="7AC8D2C1" w:rsidR="00945CC5" w:rsidRDefault="00FA7758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 w:rsidR="003E706D">
              <w:rPr>
                <w:sz w:val="16"/>
              </w:rPr>
              <w:t>P</w:t>
            </w:r>
            <w:r>
              <w:rPr>
                <w:sz w:val="16"/>
              </w:rPr>
              <w:t>roiect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construirii</w:t>
            </w:r>
            <w:proofErr w:type="spellEnd"/>
            <w:r w:rsidR="003E706D">
              <w:rPr>
                <w:sz w:val="16"/>
              </w:rPr>
              <w:t xml:space="preserve"> </w:t>
            </w:r>
            <w:proofErr w:type="spellStart"/>
            <w:r w:rsidR="003E706D"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     </w:t>
            </w:r>
          </w:p>
        </w:tc>
      </w:tr>
      <w:tr w:rsidR="00945CC5" w14:paraId="5CEE7991" w14:textId="77777777">
        <w:trPr>
          <w:cantSplit/>
          <w:trHeight w:val="510"/>
        </w:trPr>
        <w:tc>
          <w:tcPr>
            <w:tcW w:w="3212" w:type="dxa"/>
          </w:tcPr>
          <w:p w14:paraId="4BB2CDA2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 xml:space="preserve">Nr. / data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actualizat</w:t>
            </w:r>
            <w:proofErr w:type="spellEnd"/>
          </w:p>
          <w:p w14:paraId="2587A78E" w14:textId="77777777" w:rsidR="00945CC5" w:rsidRDefault="00945CC5">
            <w:pPr>
              <w:keepNext/>
            </w:pPr>
          </w:p>
        </w:tc>
        <w:tc>
          <w:tcPr>
            <w:tcW w:w="6424" w:type="dxa"/>
            <w:gridSpan w:val="3"/>
          </w:tcPr>
          <w:p w14:paraId="6033B50C" w14:textId="77777777" w:rsidR="00945CC5" w:rsidRDefault="00FA7758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3AB56B9F" w14:textId="77777777" w:rsidR="00945CC5" w:rsidRDefault="00945CC5">
            <w:pPr>
              <w:keepNext/>
            </w:pPr>
          </w:p>
        </w:tc>
      </w:tr>
      <w:tr w:rsidR="00945CC5" w14:paraId="1457A9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BAA277" w14:textId="77777777" w:rsidR="00945CC5" w:rsidRDefault="00FA7758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conductor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9F7938F" w14:textId="77777777" w:rsidR="00945CC5" w:rsidRDefault="00945CC5"/>
        </w:tc>
        <w:tc>
          <w:tcPr>
            <w:tcW w:w="1606" w:type="dxa"/>
          </w:tcPr>
          <w:p w14:paraId="59E4B71B" w14:textId="77777777" w:rsidR="00945CC5" w:rsidRDefault="00FA7758">
            <w:r>
              <w:rPr>
                <w:b/>
                <w:color w:val="0D5F78"/>
              </w:rPr>
              <w:t>Nr. TNA</w:t>
            </w:r>
          </w:p>
          <w:p w14:paraId="36515EB3" w14:textId="77777777" w:rsidR="00945CC5" w:rsidRDefault="00945CC5"/>
        </w:tc>
        <w:tc>
          <w:tcPr>
            <w:tcW w:w="4015" w:type="dxa"/>
          </w:tcPr>
          <w:p w14:paraId="6AAAD556" w14:textId="77777777" w:rsidR="00945CC5" w:rsidRDefault="00FA7758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6C73C0E" w14:textId="77777777" w:rsidR="00945CC5" w:rsidRDefault="00945CC5"/>
        </w:tc>
      </w:tr>
    </w:tbl>
    <w:p w14:paraId="021120A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945CC5" w14:paraId="166ED472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61D8B1D" w14:textId="77777777" w:rsidR="00945CC5" w:rsidRDefault="00FA7758">
            <w:pPr>
              <w:keepNext/>
            </w:pPr>
            <w:r>
              <w:rPr>
                <w:b/>
                <w:sz w:val="16"/>
              </w:rPr>
              <w:lastRenderedPageBreak/>
              <w:t xml:space="preserve"> 7. </w:t>
            </w:r>
            <w:r>
              <w:rPr>
                <w:b/>
                <w:color w:val="000000"/>
                <w:sz w:val="18"/>
              </w:rPr>
              <w:t>VERIFICAREA TEHNICĂ</w:t>
            </w:r>
          </w:p>
        </w:tc>
      </w:tr>
      <w:tr w:rsidR="00945CC5" w14:paraId="7E7DBE5F" w14:textId="77777777">
        <w:trPr>
          <w:cantSplit/>
        </w:trPr>
        <w:tc>
          <w:tcPr>
            <w:tcW w:w="9636" w:type="dxa"/>
            <w:gridSpan w:val="2"/>
          </w:tcPr>
          <w:p w14:paraId="34D8DC07" w14:textId="77777777" w:rsidR="00945CC5" w:rsidRDefault="00FA7758">
            <w:pPr>
              <w:keepNext/>
            </w:pPr>
            <w:r>
              <w:rPr>
                <w:sz w:val="16"/>
              </w:rPr>
              <w:t xml:space="preserve"> ☐ CC 1 / NVP 1     ☐ CC 2 / NVP 2     ☐ CC 3 / NVP 3     ☐ CC 4 / NVP 4</w:t>
            </w:r>
          </w:p>
        </w:tc>
      </w:tr>
      <w:tr w:rsidR="00945CC5" w14:paraId="3F9839EA" w14:textId="77777777">
        <w:trPr>
          <w:cantSplit/>
          <w:trHeight w:val="510"/>
        </w:trPr>
        <w:tc>
          <w:tcPr>
            <w:tcW w:w="5621" w:type="dxa"/>
          </w:tcPr>
          <w:p w14:paraId="38FD4DCE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stabilitate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89EA516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2930213F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6784913" w14:textId="77777777" w:rsidR="00945CC5" w:rsidRDefault="00945CC5">
            <w:pPr>
              <w:keepNext/>
            </w:pPr>
          </w:p>
        </w:tc>
      </w:tr>
      <w:tr w:rsidR="00945CC5" w14:paraId="5AF38C0F" w14:textId="77777777">
        <w:trPr>
          <w:cantSplit/>
          <w:trHeight w:val="510"/>
        </w:trPr>
        <w:tc>
          <w:tcPr>
            <w:tcW w:w="5621" w:type="dxa"/>
          </w:tcPr>
          <w:p w14:paraId="4DF2A1F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03B95E1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38F1D831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FFA898" w14:textId="77777777" w:rsidR="00945CC5" w:rsidRDefault="00945CC5">
            <w:pPr>
              <w:keepNext/>
            </w:pPr>
          </w:p>
        </w:tc>
      </w:tr>
      <w:tr w:rsidR="00945CC5" w14:paraId="45B15719" w14:textId="77777777">
        <w:trPr>
          <w:cantSplit/>
          <w:trHeight w:val="510"/>
        </w:trPr>
        <w:tc>
          <w:tcPr>
            <w:tcW w:w="5621" w:type="dxa"/>
          </w:tcPr>
          <w:p w14:paraId="4C51082B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BB348F7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0803026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680C924" w14:textId="77777777" w:rsidR="00945CC5" w:rsidRDefault="00945CC5">
            <w:pPr>
              <w:keepNext/>
            </w:pPr>
          </w:p>
        </w:tc>
      </w:tr>
      <w:tr w:rsidR="00945CC5" w14:paraId="51F908DA" w14:textId="77777777">
        <w:trPr>
          <w:cantSplit/>
          <w:trHeight w:val="510"/>
        </w:trPr>
        <w:tc>
          <w:tcPr>
            <w:tcW w:w="5621" w:type="dxa"/>
          </w:tcPr>
          <w:p w14:paraId="3F673F03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6E92343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68FAC4FD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7763FD4A" w14:textId="77777777" w:rsidR="00945CC5" w:rsidRDefault="00945CC5">
            <w:pPr>
              <w:keepNext/>
            </w:pPr>
          </w:p>
        </w:tc>
      </w:tr>
      <w:tr w:rsidR="00945CC5" w14:paraId="58A4A54B" w14:textId="77777777">
        <w:trPr>
          <w:cantSplit/>
          <w:trHeight w:val="510"/>
        </w:trPr>
        <w:tc>
          <w:tcPr>
            <w:tcW w:w="5621" w:type="dxa"/>
          </w:tcPr>
          <w:p w14:paraId="59D56E88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BFE415A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141E13C2" w14:textId="77777777" w:rsidR="00945CC5" w:rsidRDefault="00FA7758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60E8A8E8" w14:textId="77777777" w:rsidR="00945CC5" w:rsidRDefault="00945CC5">
            <w:pPr>
              <w:keepNext/>
            </w:pPr>
          </w:p>
        </w:tc>
      </w:tr>
      <w:tr w:rsidR="00945CC5" w14:paraId="0375A3BD" w14:textId="77777777">
        <w:trPr>
          <w:cantSplit/>
          <w:trHeight w:val="510"/>
        </w:trPr>
        <w:tc>
          <w:tcPr>
            <w:tcW w:w="5621" w:type="dxa"/>
          </w:tcPr>
          <w:p w14:paraId="3F66265B" w14:textId="77777777" w:rsidR="00945CC5" w:rsidRDefault="00FA7758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4CDA516A" w14:textId="77777777" w:rsidR="00945CC5" w:rsidRDefault="00945CC5"/>
        </w:tc>
        <w:tc>
          <w:tcPr>
            <w:tcW w:w="4015" w:type="dxa"/>
          </w:tcPr>
          <w:p w14:paraId="6E723FF9" w14:textId="77777777" w:rsidR="00945CC5" w:rsidRDefault="00FA7758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00D25F3" w14:textId="77777777" w:rsidR="00945CC5" w:rsidRDefault="00945CC5"/>
        </w:tc>
      </w:tr>
    </w:tbl>
    <w:p w14:paraId="53172F93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945CC5" w14:paraId="0F8A862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B88F0CC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 xml:space="preserve">VALORI ȘI </w:t>
            </w:r>
            <w:r>
              <w:rPr>
                <w:b/>
                <w:color w:val="000000"/>
                <w:sz w:val="18"/>
              </w:rPr>
              <w:t>DURATĂ</w:t>
            </w:r>
          </w:p>
        </w:tc>
      </w:tr>
      <w:tr w:rsidR="00945CC5" w:rsidRPr="004E6AFA" w14:paraId="781D64DD" w14:textId="77777777">
        <w:trPr>
          <w:cantSplit/>
          <w:trHeight w:val="510"/>
        </w:trPr>
        <w:tc>
          <w:tcPr>
            <w:tcW w:w="4015" w:type="dxa"/>
          </w:tcPr>
          <w:p w14:paraId="50491095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1E0E077C" w14:textId="77777777" w:rsidR="00945CC5" w:rsidRDefault="00945CC5"/>
        </w:tc>
        <w:tc>
          <w:tcPr>
            <w:tcW w:w="3212" w:type="dxa"/>
          </w:tcPr>
          <w:p w14:paraId="1B41F458" w14:textId="77777777" w:rsidR="00945CC5" w:rsidRDefault="00FA7758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4C4794B5" w14:textId="77777777" w:rsidR="00945CC5" w:rsidRDefault="00945CC5"/>
        </w:tc>
        <w:tc>
          <w:tcPr>
            <w:tcW w:w="2409" w:type="dxa"/>
          </w:tcPr>
          <w:p w14:paraId="7120BB31" w14:textId="77777777" w:rsidR="00945CC5" w:rsidRPr="003E706D" w:rsidRDefault="00FA7758">
            <w:pPr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Durata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luni</w:t>
            </w:r>
            <w:proofErr w:type="spellEnd"/>
            <w:r w:rsidRPr="003E706D">
              <w:rPr>
                <w:b/>
                <w:color w:val="0D5F78"/>
                <w:lang w:val="fr-FR"/>
              </w:rPr>
              <w:t>)</w:t>
            </w:r>
          </w:p>
          <w:p w14:paraId="0FBA4608" w14:textId="77777777" w:rsidR="00945CC5" w:rsidRPr="003E706D" w:rsidRDefault="00945CC5">
            <w:pPr>
              <w:rPr>
                <w:lang w:val="fr-FR"/>
              </w:rPr>
            </w:pPr>
          </w:p>
        </w:tc>
      </w:tr>
    </w:tbl>
    <w:p w14:paraId="1AB368D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130D1DDE" w14:textId="77777777">
        <w:trPr>
          <w:cantSplit/>
        </w:trPr>
        <w:tc>
          <w:tcPr>
            <w:tcW w:w="9636" w:type="dxa"/>
            <w:shd w:val="clear" w:color="auto" w:fill="F4F4F4"/>
          </w:tcPr>
          <w:p w14:paraId="6FC927EA" w14:textId="77777777" w:rsidR="00945CC5" w:rsidRDefault="00FA7758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945CC5" w:rsidRPr="004E6AFA" w14:paraId="1596EB4C" w14:textId="77777777">
        <w:trPr>
          <w:cantSplit/>
        </w:trPr>
        <w:tc>
          <w:tcPr>
            <w:tcW w:w="9636" w:type="dxa"/>
          </w:tcPr>
          <w:p w14:paraId="793F89D0" w14:textId="65510A20" w:rsidR="00945CC5" w:rsidRPr="004E6AFA" w:rsidRDefault="00FA7758">
            <w:pPr>
              <w:keepNext/>
            </w:pPr>
            <w:r w:rsidRPr="004E6AFA">
              <w:rPr>
                <w:sz w:val="16"/>
              </w:rPr>
              <w:t>☐</w:t>
            </w:r>
            <w:r w:rsidRPr="004E6AFA">
              <w:rPr>
                <w:sz w:val="16"/>
              </w:rPr>
              <w:t xml:space="preserve"> a) </w:t>
            </w:r>
            <w:proofErr w:type="spellStart"/>
            <w:r w:rsidRPr="004E6AFA">
              <w:rPr>
                <w:sz w:val="16"/>
              </w:rPr>
              <w:t>proiectul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pentru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autorizarea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construirii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actualizat</w:t>
            </w:r>
            <w:proofErr w:type="spellEnd"/>
            <w:r w:rsidRPr="004E6AFA">
              <w:rPr>
                <w:sz w:val="16"/>
              </w:rPr>
              <w:t xml:space="preserve">, </w:t>
            </w:r>
            <w:proofErr w:type="spellStart"/>
            <w:r w:rsidRPr="004E6AFA">
              <w:rPr>
                <w:sz w:val="16"/>
              </w:rPr>
              <w:t>cuprinzând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modificările</w:t>
            </w:r>
            <w:proofErr w:type="spellEnd"/>
            <w:r w:rsidRPr="004E6AFA">
              <w:rPr>
                <w:sz w:val="16"/>
              </w:rPr>
              <w:t xml:space="preserve"> de </w:t>
            </w:r>
            <w:proofErr w:type="spellStart"/>
            <w:r w:rsidRPr="004E6AFA">
              <w:rPr>
                <w:sz w:val="16"/>
              </w:rPr>
              <w:t>temă</w:t>
            </w:r>
            <w:proofErr w:type="spellEnd"/>
            <w:r w:rsidRPr="004E6AFA">
              <w:rPr>
                <w:sz w:val="16"/>
              </w:rPr>
              <w:t xml:space="preserve"> (2 </w:t>
            </w:r>
            <w:proofErr w:type="spellStart"/>
            <w:r w:rsidRPr="004E6AFA">
              <w:rPr>
                <w:sz w:val="16"/>
              </w:rPr>
              <w:t>exemplare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originale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sau</w:t>
            </w:r>
            <w:proofErr w:type="spellEnd"/>
            <w:r w:rsidR="004E6AFA" w:rsidRPr="004E6AFA">
              <w:rPr>
                <w:sz w:val="16"/>
              </w:rPr>
              <w:t xml:space="preserve"> 1 exemplar original,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</w:t>
            </w:r>
            <w:proofErr w:type="spellStart"/>
            <w:r w:rsidR="004E6AFA" w:rsidRPr="004E6AFA">
              <w:rPr>
                <w:sz w:val="16"/>
              </w:rPr>
              <w:t>letric</w:t>
            </w:r>
            <w:proofErr w:type="spellEnd"/>
            <w:r w:rsidR="004E6AFA" w:rsidRPr="004E6AFA">
              <w:rPr>
                <w:sz w:val="16"/>
              </w:rPr>
              <w:t xml:space="preserve">, </w:t>
            </w:r>
            <w:proofErr w:type="spellStart"/>
            <w:r w:rsidR="004E6AFA" w:rsidRPr="004E6AFA">
              <w:rPr>
                <w:sz w:val="16"/>
              </w:rPr>
              <w:t>acolo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unde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autoritatea</w:t>
            </w:r>
            <w:proofErr w:type="spellEnd"/>
            <w:r w:rsidR="004E6AFA" w:rsidRPr="004E6AFA">
              <w:rPr>
                <w:sz w:val="16"/>
              </w:rPr>
              <w:t xml:space="preserve"> are </w:t>
            </w:r>
            <w:proofErr w:type="spellStart"/>
            <w:r w:rsidR="004E6AFA" w:rsidRPr="004E6AFA">
              <w:rPr>
                <w:sz w:val="16"/>
              </w:rPr>
              <w:t>posibilitatea</w:t>
            </w:r>
            <w:proofErr w:type="spellEnd"/>
            <w:r w:rsidR="004E6AFA" w:rsidRPr="004E6AFA">
              <w:rPr>
                <w:sz w:val="16"/>
              </w:rPr>
              <w:t xml:space="preserve"> de </w:t>
            </w:r>
            <w:proofErr w:type="gramStart"/>
            <w:r w:rsidR="004E6AFA" w:rsidRPr="004E6AFA">
              <w:rPr>
                <w:sz w:val="16"/>
              </w:rPr>
              <w:t>a</w:t>
            </w:r>
            <w:proofErr w:type="gram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arhiva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digital)</w:t>
            </w:r>
            <w:r w:rsidRPr="004E6AFA">
              <w:rPr>
                <w:sz w:val="16"/>
              </w:rPr>
              <w:t>)</w:t>
            </w:r>
          </w:p>
        </w:tc>
      </w:tr>
      <w:tr w:rsidR="00945CC5" w:rsidRPr="004E6AFA" w14:paraId="3D45D87D" w14:textId="77777777">
        <w:trPr>
          <w:cantSplit/>
        </w:trPr>
        <w:tc>
          <w:tcPr>
            <w:tcW w:w="9636" w:type="dxa"/>
          </w:tcPr>
          <w:p w14:paraId="59CD8A77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>☐</w:t>
            </w:r>
            <w:r w:rsidRPr="003E706D">
              <w:rPr>
                <w:sz w:val="16"/>
                <w:lang w:val="fr-FR"/>
              </w:rPr>
              <w:t xml:space="preserve"> b) </w:t>
            </w:r>
            <w:proofErr w:type="spellStart"/>
            <w:r w:rsidRPr="003E706D">
              <w:rPr>
                <w:sz w:val="16"/>
                <w:lang w:val="fr-FR"/>
              </w:rPr>
              <w:t>referatele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verificare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ale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proiectului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actualizat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corespunzător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clasei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consecințe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obiectivului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</w:t>
            </w:r>
            <w:r w:rsidRPr="003E706D">
              <w:rPr>
                <w:sz w:val="16"/>
                <w:lang w:val="fr-FR"/>
              </w:rPr>
              <w:t>e)</w:t>
            </w:r>
          </w:p>
        </w:tc>
      </w:tr>
      <w:tr w:rsidR="00945CC5" w:rsidRPr="004E6AFA" w14:paraId="78A8F12E" w14:textId="77777777">
        <w:trPr>
          <w:cantSplit/>
        </w:trPr>
        <w:tc>
          <w:tcPr>
            <w:tcW w:w="9636" w:type="dxa"/>
          </w:tcPr>
          <w:p w14:paraId="3B8F0469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>☐</w:t>
            </w:r>
            <w:r w:rsidRPr="003E706D">
              <w:rPr>
                <w:sz w:val="16"/>
                <w:lang w:val="fr-FR"/>
              </w:rPr>
              <w:t xml:space="preserve"> c) documente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către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emitenții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/ </w:t>
            </w:r>
            <w:proofErr w:type="spellStart"/>
            <w:r w:rsidRPr="003E706D">
              <w:rPr>
                <w:sz w:val="16"/>
                <w:lang w:val="fr-FR"/>
              </w:rPr>
              <w:t>acordurilor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din</w:t>
            </w:r>
            <w:proofErr w:type="spellEnd"/>
            <w:r w:rsidRPr="003E706D">
              <w:rPr>
                <w:sz w:val="16"/>
                <w:lang w:val="fr-FR"/>
              </w:rPr>
              <w:t xml:space="preserve"> care </w:t>
            </w:r>
            <w:proofErr w:type="spellStart"/>
            <w:r w:rsidRPr="003E706D">
              <w:rPr>
                <w:sz w:val="16"/>
                <w:lang w:val="fr-FR"/>
              </w:rPr>
              <w:t>rezultă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modificările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temă</w:t>
            </w:r>
            <w:proofErr w:type="spellEnd"/>
            <w:r w:rsidRPr="003E706D">
              <w:rPr>
                <w:sz w:val="16"/>
                <w:lang w:val="fr-FR"/>
              </w:rPr>
              <w:t xml:space="preserve"> se </w:t>
            </w:r>
            <w:proofErr w:type="spellStart"/>
            <w:r w:rsidRPr="003E706D">
              <w:rPr>
                <w:sz w:val="16"/>
                <w:lang w:val="fr-FR"/>
              </w:rPr>
              <w:t>încadrează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în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limitele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</w:t>
            </w:r>
            <w:proofErr w:type="gramStart"/>
            <w:r w:rsidRPr="003E706D">
              <w:rPr>
                <w:sz w:val="16"/>
                <w:lang w:val="fr-FR"/>
              </w:rPr>
              <w:t>):</w:t>
            </w:r>
            <w:proofErr w:type="gramEnd"/>
          </w:p>
        </w:tc>
      </w:tr>
      <w:tr w:rsidR="00945CC5" w:rsidRPr="004E6AFA" w14:paraId="08527A48" w14:textId="77777777">
        <w:trPr>
          <w:cantSplit/>
        </w:trPr>
        <w:tc>
          <w:tcPr>
            <w:tcW w:w="9636" w:type="dxa"/>
          </w:tcPr>
          <w:p w14:paraId="04396508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28E58600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945CC5" w:rsidRPr="004E6AFA" w14:paraId="618B1178" w14:textId="77777777">
        <w:trPr>
          <w:cantSplit/>
        </w:trPr>
        <w:tc>
          <w:tcPr>
            <w:tcW w:w="9636" w:type="dxa"/>
          </w:tcPr>
          <w:p w14:paraId="5F29CC2F" w14:textId="77777777" w:rsidR="00945CC5" w:rsidRPr="003E706D" w:rsidRDefault="00FA7758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>☐</w:t>
            </w:r>
            <w:r w:rsidRPr="003E706D">
              <w:rPr>
                <w:sz w:val="16"/>
                <w:lang w:val="fr-FR"/>
              </w:rPr>
              <w:t xml:space="preserve"> d) </w:t>
            </w:r>
            <w:proofErr w:type="spellStart"/>
            <w:r w:rsidRPr="003E706D">
              <w:rPr>
                <w:sz w:val="16"/>
                <w:lang w:val="fr-FR"/>
              </w:rPr>
              <w:t>autorizația</w:t>
            </w:r>
            <w:proofErr w:type="spellEnd"/>
            <w:r w:rsidRPr="003E706D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3E706D">
              <w:rPr>
                <w:sz w:val="16"/>
                <w:lang w:val="fr-FR"/>
              </w:rPr>
              <w:t>desființare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inițială</w:t>
            </w:r>
            <w:proofErr w:type="spellEnd"/>
            <w:r w:rsidRPr="003E706D">
              <w:rPr>
                <w:sz w:val="16"/>
                <w:lang w:val="fr-FR"/>
              </w:rPr>
              <w:t xml:space="preserve"> și </w:t>
            </w:r>
            <w:proofErr w:type="spellStart"/>
            <w:r w:rsidRPr="003E706D">
              <w:rPr>
                <w:sz w:val="16"/>
                <w:lang w:val="fr-FR"/>
              </w:rPr>
              <w:t>proiectul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vizat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spre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neschimbare</w:t>
            </w:r>
            <w:proofErr w:type="spellEnd"/>
            <w:r w:rsidRPr="003E706D">
              <w:rPr>
                <w:sz w:val="16"/>
                <w:lang w:val="fr-FR"/>
              </w:rPr>
              <w:t xml:space="preserve"> (copie)</w:t>
            </w:r>
          </w:p>
        </w:tc>
      </w:tr>
      <w:tr w:rsidR="00945CC5" w:rsidRPr="004E6AFA" w14:paraId="7F04706F" w14:textId="77777777">
        <w:trPr>
          <w:cantSplit/>
        </w:trPr>
        <w:tc>
          <w:tcPr>
            <w:tcW w:w="9636" w:type="dxa"/>
          </w:tcPr>
          <w:p w14:paraId="1DD454CC" w14:textId="77777777" w:rsidR="004E6AFA" w:rsidRDefault="00FA7758">
            <w:pPr>
              <w:rPr>
                <w:sz w:val="16"/>
                <w:lang w:val="fr-FR"/>
              </w:rPr>
            </w:pPr>
            <w:r w:rsidRPr="003E706D">
              <w:rPr>
                <w:sz w:val="16"/>
                <w:lang w:val="fr-FR"/>
              </w:rPr>
              <w:t>☐</w:t>
            </w:r>
            <w:r w:rsidRPr="003E706D">
              <w:rPr>
                <w:sz w:val="16"/>
                <w:lang w:val="fr-FR"/>
              </w:rPr>
              <w:t xml:space="preserve"> e) </w:t>
            </w:r>
            <w:proofErr w:type="spellStart"/>
            <w:r w:rsidRPr="003E706D">
              <w:rPr>
                <w:sz w:val="16"/>
                <w:lang w:val="fr-FR"/>
              </w:rPr>
              <w:t>rapoartele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expertiză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tehnică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  <w:r w:rsidRPr="003E706D">
              <w:rPr>
                <w:sz w:val="16"/>
                <w:lang w:val="fr-FR"/>
              </w:rPr>
              <w:t xml:space="preserve">     </w:t>
            </w:r>
          </w:p>
          <w:p w14:paraId="2F2A261A" w14:textId="2D367933" w:rsidR="00945CC5" w:rsidRPr="003E706D" w:rsidRDefault="00FA7758">
            <w:pPr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>☐</w:t>
            </w:r>
            <w:r w:rsidRPr="003E706D">
              <w:rPr>
                <w:sz w:val="16"/>
                <w:lang w:val="fr-FR"/>
              </w:rPr>
              <w:t xml:space="preserve"> f) </w:t>
            </w:r>
            <w:proofErr w:type="spellStart"/>
            <w:r w:rsidRPr="003E706D">
              <w:rPr>
                <w:sz w:val="16"/>
                <w:lang w:val="fr-FR"/>
              </w:rPr>
              <w:t>documentele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plată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taxelor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legale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gramStart"/>
            <w:r w:rsidRPr="003E706D">
              <w:rPr>
                <w:sz w:val="16"/>
                <w:lang w:val="fr-FR"/>
              </w:rPr>
              <w:t xml:space="preserve">copie)   </w:t>
            </w:r>
            <w:proofErr w:type="gramEnd"/>
            <w:r w:rsidRPr="003E706D">
              <w:rPr>
                <w:sz w:val="16"/>
                <w:lang w:val="fr-FR"/>
              </w:rPr>
              <w:t xml:space="preserve">  ☐ g) </w:t>
            </w:r>
            <w:proofErr w:type="spellStart"/>
            <w:r w:rsidRPr="003E706D">
              <w:rPr>
                <w:sz w:val="16"/>
                <w:lang w:val="fr-FR"/>
              </w:rPr>
              <w:t>împuternicirea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85A4CFB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490E47D5" w14:textId="77777777">
        <w:trPr>
          <w:cantSplit/>
        </w:trPr>
        <w:tc>
          <w:tcPr>
            <w:tcW w:w="9636" w:type="dxa"/>
          </w:tcPr>
          <w:p w14:paraId="6B48205C" w14:textId="2F6193AC" w:rsidR="00945CC5" w:rsidRDefault="00FA7758">
            <w:pPr>
              <w:spacing w:line="228" w:lineRule="auto"/>
            </w:pPr>
            <w:proofErr w:type="spellStart"/>
            <w:r w:rsidRPr="003E706D">
              <w:rPr>
                <w:i/>
                <w:sz w:val="17"/>
                <w:lang w:val="fr-FR"/>
              </w:rPr>
              <w:t>Declar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3E706D">
              <w:rPr>
                <w:i/>
                <w:sz w:val="17"/>
                <w:lang w:val="fr-FR"/>
              </w:rPr>
              <w:t>răspundere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sub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sancțiunea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Codului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penal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privind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infr</w:t>
            </w:r>
            <w:r w:rsidRPr="003E706D">
              <w:rPr>
                <w:i/>
                <w:sz w:val="17"/>
                <w:lang w:val="fr-FR"/>
              </w:rPr>
              <w:t>acțiunea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sz w:val="17"/>
                <w:lang w:val="fr-FR"/>
              </w:rPr>
              <w:t>fals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declarații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datele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menționate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sunt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reale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și exacte și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am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formulat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anterior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începerii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lucrărilor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asupra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elementelor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supuse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modificării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astfel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3E706D">
              <w:rPr>
                <w:i/>
                <w:sz w:val="17"/>
                <w:lang w:val="fr-FR"/>
              </w:rPr>
              <w:t>stabilește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art. 293 </w:t>
            </w:r>
            <w:proofErr w:type="spellStart"/>
            <w:r w:rsidRPr="003E706D">
              <w:rPr>
                <w:i/>
                <w:sz w:val="17"/>
                <w:lang w:val="fr-FR"/>
              </w:rPr>
              <w:t>alin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 xml:space="preserve">(2) din </w:t>
            </w:r>
            <w:proofErr w:type="spellStart"/>
            <w:r>
              <w:rPr>
                <w:i/>
                <w:sz w:val="17"/>
              </w:rPr>
              <w:t>Lege</w:t>
            </w:r>
            <w:r w:rsidR="00A71320">
              <w:rPr>
                <w:i/>
                <w:sz w:val="17"/>
              </w:rPr>
              <w:t>a</w:t>
            </w:r>
            <w:proofErr w:type="spellEnd"/>
            <w:r w:rsidR="00A71320">
              <w:rPr>
                <w:i/>
                <w:sz w:val="17"/>
              </w:rPr>
              <w:t xml:space="preserve"> </w:t>
            </w:r>
            <w:r w:rsidR="00A71320" w:rsidRPr="00A71320">
              <w:rPr>
                <w:i/>
                <w:sz w:val="17"/>
              </w:rPr>
              <w:t>nr. 169/2026</w:t>
            </w:r>
            <w:bookmarkStart w:id="0" w:name="_GoBack"/>
            <w:bookmarkEnd w:id="0"/>
            <w:r>
              <w:rPr>
                <w:i/>
                <w:sz w:val="17"/>
              </w:rPr>
              <w:t>.</w:t>
            </w:r>
          </w:p>
        </w:tc>
      </w:tr>
    </w:tbl>
    <w:p w14:paraId="43E68B1F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945CC5" w14:paraId="4569004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E740ECE" w14:textId="77777777" w:rsidR="00945CC5" w:rsidRDefault="00FA7758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</w:t>
            </w:r>
            <w:r>
              <w:rPr>
                <w:b/>
                <w:color w:val="000000"/>
                <w:sz w:val="18"/>
              </w:rPr>
              <w:t>TA ȘI SEMNĂTURA</w:t>
            </w:r>
          </w:p>
        </w:tc>
      </w:tr>
      <w:tr w:rsidR="00945CC5" w14:paraId="76013567" w14:textId="77777777">
        <w:trPr>
          <w:cantSplit/>
          <w:trHeight w:val="510"/>
        </w:trPr>
        <w:tc>
          <w:tcPr>
            <w:tcW w:w="1606" w:type="dxa"/>
          </w:tcPr>
          <w:p w14:paraId="683C7EFB" w14:textId="77777777" w:rsidR="00945CC5" w:rsidRDefault="00FA7758">
            <w:r>
              <w:rPr>
                <w:b/>
                <w:color w:val="0D5F78"/>
              </w:rPr>
              <w:t>Data</w:t>
            </w:r>
          </w:p>
          <w:p w14:paraId="73E03F31" w14:textId="77777777" w:rsidR="00945CC5" w:rsidRDefault="00945CC5"/>
        </w:tc>
        <w:tc>
          <w:tcPr>
            <w:tcW w:w="4818" w:type="dxa"/>
          </w:tcPr>
          <w:p w14:paraId="7CE53D19" w14:textId="77777777" w:rsidR="00945CC5" w:rsidRDefault="00FA7758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0165E37E" w14:textId="77777777" w:rsidR="00945CC5" w:rsidRDefault="00945CC5"/>
        </w:tc>
        <w:tc>
          <w:tcPr>
            <w:tcW w:w="3212" w:type="dxa"/>
          </w:tcPr>
          <w:p w14:paraId="3CD5128B" w14:textId="77777777" w:rsidR="00945CC5" w:rsidRDefault="00FA7758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5353A0F" w14:textId="77777777" w:rsidR="00945CC5" w:rsidRDefault="00945CC5"/>
        </w:tc>
      </w:tr>
    </w:tbl>
    <w:p w14:paraId="276A9619" w14:textId="77777777" w:rsidR="00945CC5" w:rsidRDefault="00945CC5">
      <w:pPr>
        <w:spacing w:line="168" w:lineRule="auto"/>
      </w:pPr>
    </w:p>
    <w:sectPr w:rsidR="00945CC5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645BC" w14:textId="77777777" w:rsidR="00FA7758" w:rsidRDefault="00FA7758">
      <w:r>
        <w:separator/>
      </w:r>
    </w:p>
  </w:endnote>
  <w:endnote w:type="continuationSeparator" w:id="0">
    <w:p w14:paraId="7C09CDE6" w14:textId="77777777" w:rsidR="00FA7758" w:rsidRDefault="00FA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70161" w14:textId="1BD49E66" w:rsidR="00945CC5" w:rsidRDefault="00FA7758">
    <w:pPr>
      <w:pStyle w:val="Footer"/>
      <w:tabs>
        <w:tab w:val="right" w:pos="9639"/>
      </w:tabs>
    </w:pPr>
    <w:r>
      <w:rPr>
        <w:color w:val="595959"/>
      </w:rPr>
      <w:t>F_A</w:t>
    </w:r>
    <w:r w:rsidR="003E706D">
      <w:rPr>
        <w:color w:val="595959"/>
      </w:rPr>
      <w:t>M</w:t>
    </w:r>
    <w:r>
      <w:rPr>
        <w:color w:val="595959"/>
      </w:rPr>
      <w:t>_</w:t>
    </w:r>
    <w:r w:rsidR="003E706D">
      <w:rPr>
        <w:color w:val="595959"/>
      </w:rPr>
      <w:t>0</w:t>
    </w:r>
    <w:r>
      <w:rPr>
        <w:color w:val="595959"/>
      </w:rPr>
      <w:t xml:space="preserve">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E706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E706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64EB7" w14:textId="77777777" w:rsidR="00FA7758" w:rsidRDefault="00FA7758">
      <w:r>
        <w:separator/>
      </w:r>
    </w:p>
  </w:footnote>
  <w:footnote w:type="continuationSeparator" w:id="0">
    <w:p w14:paraId="3BF3D3E0" w14:textId="77777777" w:rsidR="00FA7758" w:rsidRDefault="00FA7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7EE8"/>
    <w:rsid w:val="00326F90"/>
    <w:rsid w:val="003E706D"/>
    <w:rsid w:val="004E6AFA"/>
    <w:rsid w:val="006C103E"/>
    <w:rsid w:val="00945CC5"/>
    <w:rsid w:val="00A71320"/>
    <w:rsid w:val="00AA1D8D"/>
    <w:rsid w:val="00B47730"/>
    <w:rsid w:val="00CB0664"/>
    <w:rsid w:val="00E61A6B"/>
    <w:rsid w:val="00E731D6"/>
    <w:rsid w:val="00FA77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19D93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CF6AB-FD10-4780-9814-57FD5F4D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579</Words>
  <Characters>3304</Characters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2026-08-25T07:22:00Z</dcterms:modified>
  <cp:category/>
</cp:coreProperties>
</file>