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D43E36" w14:paraId="1B3E85EF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268F327" w14:textId="77777777" w:rsidR="00D43E36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</w:tcPr>
          <w:p w14:paraId="1F44FF87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350BA826" w14:textId="77777777" w:rsidR="00D43E36" w:rsidRDefault="00D43E36">
            <w:pPr>
              <w:keepNext/>
            </w:pPr>
          </w:p>
        </w:tc>
      </w:tr>
      <w:tr w:rsidR="00D43E36" w14:paraId="0DF846F5" w14:textId="77777777">
        <w:trPr>
          <w:cantSplit/>
          <w:trHeight w:val="510"/>
        </w:trPr>
        <w:tc>
          <w:tcPr>
            <w:tcW w:w="1606" w:type="dxa"/>
            <w:vMerge/>
          </w:tcPr>
          <w:p w14:paraId="48A4EA48" w14:textId="77777777" w:rsidR="00D43E36" w:rsidRDefault="00D43E36"/>
        </w:tc>
        <w:tc>
          <w:tcPr>
            <w:tcW w:w="8030" w:type="dxa"/>
            <w:gridSpan w:val="3"/>
          </w:tcPr>
          <w:p w14:paraId="79BC986E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5330B0B7" w14:textId="77777777" w:rsidR="00D43E36" w:rsidRDefault="00D43E36">
            <w:pPr>
              <w:keepNext/>
            </w:pPr>
          </w:p>
        </w:tc>
      </w:tr>
      <w:tr w:rsidR="00D43E36" w14:paraId="7CCFCC3A" w14:textId="77777777">
        <w:trPr>
          <w:cantSplit/>
          <w:trHeight w:val="510"/>
        </w:trPr>
        <w:tc>
          <w:tcPr>
            <w:tcW w:w="1606" w:type="dxa"/>
            <w:vMerge/>
          </w:tcPr>
          <w:p w14:paraId="08C6DCC1" w14:textId="77777777" w:rsidR="00D43E36" w:rsidRDefault="00D43E36"/>
        </w:tc>
        <w:tc>
          <w:tcPr>
            <w:tcW w:w="2409" w:type="dxa"/>
          </w:tcPr>
          <w:p w14:paraId="500F90FC" w14:textId="77777777" w:rsidR="00D43E36" w:rsidRPr="00D8126E" w:rsidRDefault="00000000">
            <w:pPr>
              <w:keepNext/>
              <w:rPr>
                <w:lang w:val="fr-FR"/>
              </w:rPr>
            </w:pPr>
            <w:r w:rsidRPr="00D8126E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D8126E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D8126E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8126E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D8126E">
              <w:rPr>
                <w:b/>
                <w:color w:val="0D5F78"/>
                <w:lang w:val="fr-FR"/>
              </w:rPr>
              <w:t xml:space="preserve"> (CIF)</w:t>
            </w:r>
          </w:p>
          <w:p w14:paraId="0039E838" w14:textId="77777777" w:rsidR="00D43E36" w:rsidRPr="00D8126E" w:rsidRDefault="00D43E36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488E698F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1A747C27" w14:textId="77777777" w:rsidR="00D43E36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01CBA6EF" w14:textId="77777777" w:rsidR="00D43E36" w:rsidRDefault="00D43E36">
            <w:pPr>
              <w:keepNext/>
            </w:pPr>
          </w:p>
        </w:tc>
      </w:tr>
      <w:tr w:rsidR="00D43E36" w14:paraId="564F9B89" w14:textId="77777777">
        <w:trPr>
          <w:cantSplit/>
          <w:trHeight w:val="510"/>
        </w:trPr>
        <w:tc>
          <w:tcPr>
            <w:tcW w:w="1606" w:type="dxa"/>
            <w:vMerge/>
          </w:tcPr>
          <w:p w14:paraId="4ADAD01F" w14:textId="77777777" w:rsidR="00D43E36" w:rsidRDefault="00D43E36"/>
        </w:tc>
        <w:tc>
          <w:tcPr>
            <w:tcW w:w="4818" w:type="dxa"/>
            <w:gridSpan w:val="2"/>
          </w:tcPr>
          <w:p w14:paraId="476F1A31" w14:textId="77777777" w:rsidR="00D43E36" w:rsidRDefault="00000000"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0C4C96FB" w14:textId="77777777" w:rsidR="00D43E36" w:rsidRDefault="00D43E36"/>
        </w:tc>
        <w:tc>
          <w:tcPr>
            <w:tcW w:w="3212" w:type="dxa"/>
          </w:tcPr>
          <w:p w14:paraId="7148D21A" w14:textId="77777777" w:rsidR="00D43E36" w:rsidRDefault="00000000">
            <w:r>
              <w:rPr>
                <w:b/>
                <w:color w:val="0D5F78"/>
              </w:rPr>
              <w:t>Data</w:t>
            </w:r>
          </w:p>
          <w:p w14:paraId="11B1351F" w14:textId="77777777" w:rsidR="00D43E36" w:rsidRDefault="00D43E36"/>
        </w:tc>
      </w:tr>
    </w:tbl>
    <w:p w14:paraId="470EB63A" w14:textId="77777777" w:rsidR="00D43E36" w:rsidRDefault="00D43E36">
      <w:pPr>
        <w:spacing w:line="168" w:lineRule="auto"/>
      </w:pPr>
    </w:p>
    <w:p w14:paraId="1A71B8A6" w14:textId="77777777" w:rsidR="00D43E36" w:rsidRPr="00101B22" w:rsidRDefault="00000000">
      <w:pPr>
        <w:spacing w:before="140" w:after="40"/>
        <w:jc w:val="center"/>
        <w:rPr>
          <w:sz w:val="28"/>
          <w:szCs w:val="28"/>
        </w:rPr>
      </w:pPr>
      <w:r w:rsidRPr="00101B22">
        <w:rPr>
          <w:b/>
          <w:sz w:val="28"/>
          <w:szCs w:val="28"/>
        </w:rPr>
        <w:t>AUTORIZAȚIE DE REGULARIZARE</w:t>
      </w:r>
    </w:p>
    <w:p w14:paraId="17C56929" w14:textId="77777777" w:rsidR="00D43E36" w:rsidRDefault="00000000">
      <w:pPr>
        <w:spacing w:after="120"/>
        <w:jc w:val="center"/>
      </w:pPr>
      <w:r>
        <w:rPr>
          <w:sz w:val="19"/>
        </w:rPr>
        <w:t>Nr. ……………… din ………………………</w:t>
      </w:r>
    </w:p>
    <w:p w14:paraId="0B600DDC" w14:textId="77777777" w:rsidR="00D43E36" w:rsidRDefault="00D43E36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2409"/>
        <w:gridCol w:w="4015"/>
      </w:tblGrid>
      <w:tr w:rsidR="00D43E36" w14:paraId="4BA59F69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F005ABA" w14:textId="77777777" w:rsidR="00D43E36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REFERINȚE</w:t>
            </w:r>
          </w:p>
        </w:tc>
      </w:tr>
      <w:tr w:rsidR="00D43E36" w14:paraId="1B073D03" w14:textId="77777777">
        <w:trPr>
          <w:cantSplit/>
          <w:trHeight w:val="510"/>
        </w:trPr>
        <w:tc>
          <w:tcPr>
            <w:tcW w:w="3212" w:type="dxa"/>
          </w:tcPr>
          <w:p w14:paraId="2BE15324" w14:textId="77777777" w:rsidR="00D43E36" w:rsidRDefault="00000000">
            <w:r>
              <w:rPr>
                <w:b/>
                <w:color w:val="0D5F78"/>
              </w:rPr>
              <w:t xml:space="preserve">Ca </w:t>
            </w:r>
            <w:proofErr w:type="spellStart"/>
            <w:r>
              <w:rPr>
                <w:b/>
                <w:color w:val="0D5F78"/>
              </w:rPr>
              <w:t>urmare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cererii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7E3F574D" w14:textId="77777777" w:rsidR="00D43E36" w:rsidRDefault="00D43E36"/>
        </w:tc>
        <w:tc>
          <w:tcPr>
            <w:tcW w:w="2409" w:type="dxa"/>
          </w:tcPr>
          <w:p w14:paraId="5F053343" w14:textId="77777777" w:rsidR="00D43E36" w:rsidRDefault="00000000">
            <w:r>
              <w:rPr>
                <w:b/>
                <w:color w:val="0D5F78"/>
              </w:rPr>
              <w:t>din data</w:t>
            </w:r>
          </w:p>
          <w:p w14:paraId="658C68C7" w14:textId="77777777" w:rsidR="00D43E36" w:rsidRDefault="00D43E36"/>
        </w:tc>
        <w:tc>
          <w:tcPr>
            <w:tcW w:w="4015" w:type="dxa"/>
          </w:tcPr>
          <w:p w14:paraId="569C9985" w14:textId="77777777" w:rsidR="00D43E36" w:rsidRDefault="00000000">
            <w:proofErr w:type="spellStart"/>
            <w:r>
              <w:rPr>
                <w:b/>
                <w:color w:val="0D5F78"/>
              </w:rPr>
              <w:t>înregistrată</w:t>
            </w:r>
            <w:proofErr w:type="spellEnd"/>
            <w:r>
              <w:rPr>
                <w:b/>
                <w:color w:val="0D5F78"/>
              </w:rPr>
              <w:t xml:space="preserve"> la nr. / din</w:t>
            </w:r>
          </w:p>
          <w:p w14:paraId="50BA6D7D" w14:textId="77777777" w:rsidR="00D43E36" w:rsidRDefault="00D43E36"/>
        </w:tc>
      </w:tr>
    </w:tbl>
    <w:p w14:paraId="7FBC6571" w14:textId="77777777" w:rsidR="00D43E36" w:rsidRDefault="00D43E36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803"/>
        <w:gridCol w:w="803"/>
        <w:gridCol w:w="803"/>
        <w:gridCol w:w="1606"/>
        <w:gridCol w:w="1606"/>
      </w:tblGrid>
      <w:tr w:rsidR="00D43E36" w14:paraId="21ECDAF2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798C9995" w14:textId="77777777" w:rsidR="00D43E36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D43E36" w14:paraId="27C1EDE7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16984C76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6BB9F679" w14:textId="77777777" w:rsidR="00D43E36" w:rsidRDefault="00D43E36">
            <w:pPr>
              <w:keepNext/>
            </w:pPr>
          </w:p>
        </w:tc>
        <w:tc>
          <w:tcPr>
            <w:tcW w:w="4015" w:type="dxa"/>
            <w:gridSpan w:val="3"/>
          </w:tcPr>
          <w:p w14:paraId="58317538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7C6AC985" w14:textId="77777777" w:rsidR="00D43E36" w:rsidRDefault="00D43E36">
            <w:pPr>
              <w:keepNext/>
            </w:pPr>
          </w:p>
        </w:tc>
      </w:tr>
      <w:tr w:rsidR="00D43E36" w14:paraId="387FEB80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55D070B0" w14:textId="77777777" w:rsidR="00D43E36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D43E36" w14:paraId="767B4CF5" w14:textId="77777777">
        <w:trPr>
          <w:cantSplit/>
          <w:trHeight w:val="510"/>
        </w:trPr>
        <w:tc>
          <w:tcPr>
            <w:tcW w:w="3212" w:type="dxa"/>
          </w:tcPr>
          <w:p w14:paraId="1E7A65FE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58A7889B" w14:textId="77777777" w:rsidR="00D43E36" w:rsidRDefault="00D43E36">
            <w:pPr>
              <w:keepNext/>
            </w:pPr>
          </w:p>
        </w:tc>
        <w:tc>
          <w:tcPr>
            <w:tcW w:w="3212" w:type="dxa"/>
            <w:gridSpan w:val="4"/>
          </w:tcPr>
          <w:p w14:paraId="2E307927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4A494A7" w14:textId="77777777" w:rsidR="00D43E36" w:rsidRDefault="00D43E36">
            <w:pPr>
              <w:keepNext/>
            </w:pPr>
          </w:p>
        </w:tc>
        <w:tc>
          <w:tcPr>
            <w:tcW w:w="3212" w:type="dxa"/>
            <w:gridSpan w:val="2"/>
          </w:tcPr>
          <w:p w14:paraId="08E78916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3582D03C" w14:textId="77777777" w:rsidR="00D43E36" w:rsidRDefault="00D43E36">
            <w:pPr>
              <w:keepNext/>
            </w:pPr>
          </w:p>
        </w:tc>
      </w:tr>
      <w:tr w:rsidR="00D43E36" w14:paraId="4D278495" w14:textId="77777777">
        <w:trPr>
          <w:cantSplit/>
          <w:trHeight w:val="510"/>
        </w:trPr>
        <w:tc>
          <w:tcPr>
            <w:tcW w:w="3212" w:type="dxa"/>
          </w:tcPr>
          <w:p w14:paraId="734457ED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FEE01EE" w14:textId="77777777" w:rsidR="00D43E36" w:rsidRDefault="00D43E36">
            <w:pPr>
              <w:keepNext/>
            </w:pPr>
          </w:p>
        </w:tc>
        <w:tc>
          <w:tcPr>
            <w:tcW w:w="803" w:type="dxa"/>
          </w:tcPr>
          <w:p w14:paraId="08CCD16B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48AB410" w14:textId="77777777" w:rsidR="00D43E36" w:rsidRDefault="00D43E36">
            <w:pPr>
              <w:keepNext/>
            </w:pPr>
          </w:p>
        </w:tc>
        <w:tc>
          <w:tcPr>
            <w:tcW w:w="803" w:type="dxa"/>
          </w:tcPr>
          <w:p w14:paraId="482A9A83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5765F1F" w14:textId="77777777" w:rsidR="00D43E36" w:rsidRDefault="00D43E36">
            <w:pPr>
              <w:keepNext/>
            </w:pPr>
          </w:p>
        </w:tc>
        <w:tc>
          <w:tcPr>
            <w:tcW w:w="803" w:type="dxa"/>
          </w:tcPr>
          <w:p w14:paraId="492BDF55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323AD20" w14:textId="77777777" w:rsidR="00D43E36" w:rsidRDefault="00D43E36">
            <w:pPr>
              <w:keepNext/>
            </w:pPr>
          </w:p>
        </w:tc>
        <w:tc>
          <w:tcPr>
            <w:tcW w:w="803" w:type="dxa"/>
          </w:tcPr>
          <w:p w14:paraId="7AB57804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ECA3807" w14:textId="77777777" w:rsidR="00D43E36" w:rsidRDefault="00D43E36">
            <w:pPr>
              <w:keepNext/>
            </w:pPr>
          </w:p>
        </w:tc>
        <w:tc>
          <w:tcPr>
            <w:tcW w:w="1606" w:type="dxa"/>
          </w:tcPr>
          <w:p w14:paraId="4ED420B6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3AF7BA7D" w14:textId="77777777" w:rsidR="00D43E36" w:rsidRDefault="00D43E36">
            <w:pPr>
              <w:keepNext/>
            </w:pPr>
          </w:p>
        </w:tc>
        <w:tc>
          <w:tcPr>
            <w:tcW w:w="1606" w:type="dxa"/>
          </w:tcPr>
          <w:p w14:paraId="4CBA151E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19C8F339" w14:textId="77777777" w:rsidR="00D43E36" w:rsidRDefault="00D43E36">
            <w:pPr>
              <w:keepNext/>
            </w:pPr>
          </w:p>
        </w:tc>
      </w:tr>
      <w:tr w:rsidR="00D43E36" w14:paraId="6E0D82A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00162EC9" w14:textId="77777777" w:rsidR="00D43E36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D43E36" w14:paraId="052998EE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175A0BE6" w14:textId="77777777" w:rsidR="00D43E36" w:rsidRDefault="00000000"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748745E7" w14:textId="77777777" w:rsidR="00D43E36" w:rsidRDefault="00D43E36"/>
        </w:tc>
        <w:tc>
          <w:tcPr>
            <w:tcW w:w="5621" w:type="dxa"/>
            <w:gridSpan w:val="5"/>
          </w:tcPr>
          <w:p w14:paraId="04919679" w14:textId="77777777" w:rsidR="00D43E36" w:rsidRDefault="00000000">
            <w:r>
              <w:rPr>
                <w:b/>
                <w:color w:val="0D5F78"/>
              </w:rPr>
              <w:t>E-mail</w:t>
            </w:r>
          </w:p>
          <w:p w14:paraId="604654A1" w14:textId="77777777" w:rsidR="00D43E36" w:rsidRDefault="00D43E36"/>
        </w:tc>
      </w:tr>
    </w:tbl>
    <w:p w14:paraId="27DCA047" w14:textId="77777777" w:rsidR="00D43E36" w:rsidRDefault="00D43E36">
      <w:pPr>
        <w:spacing w:line="168" w:lineRule="auto"/>
      </w:pPr>
    </w:p>
    <w:p w14:paraId="55FD9803" w14:textId="77777777" w:rsidR="00D43E36" w:rsidRDefault="00000000">
      <w:pPr>
        <w:spacing w:before="80" w:after="60"/>
        <w:jc w:val="center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prevederile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Legii</w:t>
      </w:r>
      <w:proofErr w:type="spellEnd"/>
      <w:r>
        <w:rPr>
          <w:sz w:val="18"/>
        </w:rPr>
        <w:t xml:space="preserve">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</w:p>
    <w:p w14:paraId="0E92E546" w14:textId="77777777" w:rsidR="00D43E36" w:rsidRPr="00101B22" w:rsidRDefault="00000000">
      <w:pPr>
        <w:spacing w:before="140" w:after="40"/>
        <w:jc w:val="center"/>
        <w:rPr>
          <w:sz w:val="30"/>
          <w:szCs w:val="30"/>
        </w:rPr>
      </w:pPr>
      <w:r w:rsidRPr="00101B22">
        <w:rPr>
          <w:b/>
          <w:sz w:val="30"/>
          <w:szCs w:val="30"/>
        </w:rPr>
        <w:t>SE AUTORIZEAZĂ:</w:t>
      </w:r>
    </w:p>
    <w:p w14:paraId="347260B5" w14:textId="77777777" w:rsidR="00D43E36" w:rsidRDefault="00000000">
      <w:pPr>
        <w:spacing w:after="120"/>
        <w:jc w:val="center"/>
      </w:pPr>
      <w:proofErr w:type="spellStart"/>
      <w:r>
        <w:rPr>
          <w:sz w:val="19"/>
        </w:rPr>
        <w:t>executarea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lucrărilor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regularizare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pentru</w:t>
      </w:r>
      <w:proofErr w:type="spellEnd"/>
      <w:r>
        <w:rPr>
          <w:sz w:val="19"/>
        </w:rPr>
        <w:t>:</w:t>
      </w:r>
    </w:p>
    <w:p w14:paraId="22F4D506" w14:textId="77777777" w:rsidR="00D43E36" w:rsidRDefault="00D43E36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803"/>
        <w:gridCol w:w="803"/>
        <w:gridCol w:w="2409"/>
        <w:gridCol w:w="803"/>
        <w:gridCol w:w="803"/>
        <w:gridCol w:w="803"/>
        <w:gridCol w:w="1606"/>
      </w:tblGrid>
      <w:tr w:rsidR="00D43E36" w14:paraId="165961E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9D15C8" w14:textId="77777777" w:rsidR="00D43E36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PE IMOBILUL — TEREN ȘI/SAU CONSTRUCȚII — SITUAT ÎN</w:t>
            </w:r>
          </w:p>
        </w:tc>
      </w:tr>
      <w:tr w:rsidR="00D43E36" w14:paraId="1C78EE47" w14:textId="77777777">
        <w:trPr>
          <w:cantSplit/>
          <w:trHeight w:val="510"/>
        </w:trPr>
        <w:tc>
          <w:tcPr>
            <w:tcW w:w="2409" w:type="dxa"/>
            <w:gridSpan w:val="2"/>
          </w:tcPr>
          <w:p w14:paraId="7E0D1F32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5872CA48" w14:textId="77777777" w:rsidR="00D43E36" w:rsidRDefault="00D43E36">
            <w:pPr>
              <w:keepNext/>
            </w:pPr>
          </w:p>
        </w:tc>
        <w:tc>
          <w:tcPr>
            <w:tcW w:w="3212" w:type="dxa"/>
            <w:gridSpan w:val="2"/>
          </w:tcPr>
          <w:p w14:paraId="46C71595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5E93BE68" w14:textId="77777777" w:rsidR="00D43E36" w:rsidRDefault="00D43E36">
            <w:pPr>
              <w:keepNext/>
            </w:pPr>
          </w:p>
        </w:tc>
        <w:tc>
          <w:tcPr>
            <w:tcW w:w="2409" w:type="dxa"/>
            <w:gridSpan w:val="3"/>
          </w:tcPr>
          <w:p w14:paraId="64FC8E58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</w:p>
          <w:p w14:paraId="47EDBBC2" w14:textId="77777777" w:rsidR="00D43E36" w:rsidRDefault="00D43E36">
            <w:pPr>
              <w:keepNext/>
            </w:pPr>
          </w:p>
        </w:tc>
        <w:tc>
          <w:tcPr>
            <w:tcW w:w="1606" w:type="dxa"/>
          </w:tcPr>
          <w:p w14:paraId="0648C9A3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316C229F" w14:textId="77777777" w:rsidR="00D43E36" w:rsidRDefault="00D43E36">
            <w:pPr>
              <w:keepNext/>
            </w:pPr>
          </w:p>
        </w:tc>
      </w:tr>
      <w:tr w:rsidR="00D43E36" w14:paraId="52BCAB53" w14:textId="77777777">
        <w:trPr>
          <w:cantSplit/>
          <w:trHeight w:val="510"/>
        </w:trPr>
        <w:tc>
          <w:tcPr>
            <w:tcW w:w="1606" w:type="dxa"/>
          </w:tcPr>
          <w:p w14:paraId="6659DC54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06667BF" w14:textId="77777777" w:rsidR="00D43E36" w:rsidRDefault="00D43E36">
            <w:pPr>
              <w:keepNext/>
            </w:pPr>
          </w:p>
        </w:tc>
        <w:tc>
          <w:tcPr>
            <w:tcW w:w="4818" w:type="dxa"/>
            <w:gridSpan w:val="4"/>
          </w:tcPr>
          <w:p w14:paraId="13A6CD13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1161EB5" w14:textId="77777777" w:rsidR="00D43E36" w:rsidRDefault="00D43E36">
            <w:pPr>
              <w:keepNext/>
            </w:pPr>
          </w:p>
        </w:tc>
        <w:tc>
          <w:tcPr>
            <w:tcW w:w="803" w:type="dxa"/>
          </w:tcPr>
          <w:p w14:paraId="48A4C033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36E3214" w14:textId="77777777" w:rsidR="00D43E36" w:rsidRDefault="00D43E36">
            <w:pPr>
              <w:keepNext/>
            </w:pPr>
          </w:p>
        </w:tc>
        <w:tc>
          <w:tcPr>
            <w:tcW w:w="2409" w:type="dxa"/>
            <w:gridSpan w:val="2"/>
          </w:tcPr>
          <w:p w14:paraId="65840E7E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62CE0E7" w14:textId="77777777" w:rsidR="00D43E36" w:rsidRDefault="00D43E36">
            <w:pPr>
              <w:keepNext/>
            </w:pPr>
          </w:p>
        </w:tc>
      </w:tr>
      <w:tr w:rsidR="00D43E36" w14:paraId="7DB32EEB" w14:textId="77777777">
        <w:trPr>
          <w:cantSplit/>
          <w:trHeight w:val="510"/>
        </w:trPr>
        <w:tc>
          <w:tcPr>
            <w:tcW w:w="3212" w:type="dxa"/>
            <w:gridSpan w:val="3"/>
          </w:tcPr>
          <w:p w14:paraId="2B056BD7" w14:textId="77777777" w:rsidR="00D43E36" w:rsidRDefault="00000000">
            <w:r>
              <w:rPr>
                <w:b/>
                <w:color w:val="0D5F78"/>
              </w:rPr>
              <w:t xml:space="preserve">Cartea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</w:p>
          <w:p w14:paraId="0A06E509" w14:textId="77777777" w:rsidR="00D43E36" w:rsidRDefault="00D43E36"/>
        </w:tc>
        <w:tc>
          <w:tcPr>
            <w:tcW w:w="3212" w:type="dxa"/>
            <w:gridSpan w:val="2"/>
          </w:tcPr>
          <w:p w14:paraId="458D3A26" w14:textId="77777777" w:rsidR="00D43E36" w:rsidRDefault="00000000">
            <w:proofErr w:type="spellStart"/>
            <w:r>
              <w:rPr>
                <w:b/>
                <w:color w:val="0D5F78"/>
              </w:rPr>
              <w:t>Fișa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bunului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55FCA044" w14:textId="77777777" w:rsidR="00D43E36" w:rsidRDefault="00D43E36"/>
        </w:tc>
        <w:tc>
          <w:tcPr>
            <w:tcW w:w="3212" w:type="dxa"/>
            <w:gridSpan w:val="3"/>
          </w:tcPr>
          <w:p w14:paraId="579D3016" w14:textId="77777777" w:rsidR="00D43E36" w:rsidRDefault="00000000">
            <w:proofErr w:type="spellStart"/>
            <w:r>
              <w:rPr>
                <w:b/>
                <w:color w:val="0D5F78"/>
              </w:rPr>
              <w:t>sau</w:t>
            </w:r>
            <w:proofErr w:type="spellEnd"/>
            <w:r>
              <w:rPr>
                <w:b/>
                <w:color w:val="0D5F78"/>
              </w:rPr>
              <w:t xml:space="preserve"> nr. cadastral</w:t>
            </w:r>
          </w:p>
          <w:p w14:paraId="444A9E99" w14:textId="77777777" w:rsidR="00D43E36" w:rsidRDefault="00D43E36"/>
        </w:tc>
      </w:tr>
    </w:tbl>
    <w:p w14:paraId="5E1BD751" w14:textId="77777777" w:rsidR="00D43E36" w:rsidRDefault="00D43E36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D43E36" w14:paraId="08298283" w14:textId="77777777">
        <w:trPr>
          <w:cantSplit/>
        </w:trPr>
        <w:tc>
          <w:tcPr>
            <w:tcW w:w="9636" w:type="dxa"/>
            <w:shd w:val="clear" w:color="auto" w:fill="F4F4F4"/>
          </w:tcPr>
          <w:p w14:paraId="6D2038A2" w14:textId="77777777" w:rsidR="00D43E36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VALOAREA LUCRĂRILOR</w:t>
            </w:r>
          </w:p>
        </w:tc>
      </w:tr>
      <w:tr w:rsidR="00D43E36" w14:paraId="6B45E3F2" w14:textId="77777777">
        <w:trPr>
          <w:cantSplit/>
          <w:trHeight w:val="510"/>
        </w:trPr>
        <w:tc>
          <w:tcPr>
            <w:tcW w:w="9636" w:type="dxa"/>
          </w:tcPr>
          <w:p w14:paraId="3B807F2E" w14:textId="77777777" w:rsidR="00D43E36" w:rsidRPr="00D8126E" w:rsidRDefault="00000000">
            <w:pPr>
              <w:rPr>
                <w:lang w:val="fr-FR"/>
              </w:rPr>
            </w:pPr>
            <w:proofErr w:type="spellStart"/>
            <w:r w:rsidRPr="00D8126E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D8126E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8126E">
              <w:rPr>
                <w:b/>
                <w:color w:val="0D5F78"/>
                <w:lang w:val="fr-FR"/>
              </w:rPr>
              <w:t>în</w:t>
            </w:r>
            <w:proofErr w:type="spellEnd"/>
            <w:r w:rsidRPr="00D8126E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8126E">
              <w:rPr>
                <w:b/>
                <w:color w:val="0D5F78"/>
                <w:lang w:val="fr-FR"/>
              </w:rPr>
              <w:t>valoare</w:t>
            </w:r>
            <w:proofErr w:type="spellEnd"/>
            <w:r w:rsidRPr="00D8126E">
              <w:rPr>
                <w:b/>
                <w:color w:val="0D5F78"/>
                <w:lang w:val="fr-FR"/>
              </w:rPr>
              <w:t xml:space="preserve"> de (lei)</w:t>
            </w:r>
          </w:p>
          <w:p w14:paraId="4B9BEC44" w14:textId="77777777" w:rsidR="00D43E36" w:rsidRDefault="00000000">
            <w:proofErr w:type="spellStart"/>
            <w:r>
              <w:rPr>
                <w:i/>
                <w:color w:val="7A7A7A"/>
              </w:rPr>
              <w:t>totalitatea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cheltuielilor</w:t>
            </w:r>
            <w:proofErr w:type="spellEnd"/>
            <w:r>
              <w:rPr>
                <w:i/>
                <w:color w:val="7A7A7A"/>
              </w:rPr>
              <w:t xml:space="preserve"> estimate </w:t>
            </w:r>
            <w:proofErr w:type="spellStart"/>
            <w:r>
              <w:rPr>
                <w:i/>
                <w:color w:val="7A7A7A"/>
              </w:rPr>
              <w:t>prin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devizul</w:t>
            </w:r>
            <w:proofErr w:type="spellEnd"/>
            <w:r>
              <w:rPr>
                <w:i/>
                <w:color w:val="7A7A7A"/>
              </w:rPr>
              <w:t xml:space="preserve"> general, </w:t>
            </w:r>
            <w:proofErr w:type="spellStart"/>
            <w:r>
              <w:rPr>
                <w:i/>
                <w:color w:val="7A7A7A"/>
              </w:rPr>
              <w:t>fără</w:t>
            </w:r>
            <w:proofErr w:type="spellEnd"/>
            <w:r>
              <w:rPr>
                <w:i/>
                <w:color w:val="7A7A7A"/>
              </w:rPr>
              <w:t xml:space="preserve"> TVA, </w:t>
            </w:r>
            <w:proofErr w:type="spellStart"/>
            <w:r>
              <w:rPr>
                <w:i/>
                <w:color w:val="7A7A7A"/>
              </w:rPr>
              <w:t>inclusiv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organizarea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șantier</w:t>
            </w:r>
            <w:proofErr w:type="spellEnd"/>
          </w:p>
          <w:p w14:paraId="37C3BD67" w14:textId="77777777" w:rsidR="00D43E36" w:rsidRDefault="00D43E36"/>
        </w:tc>
      </w:tr>
    </w:tbl>
    <w:p w14:paraId="73469859" w14:textId="77777777" w:rsidR="00D43E36" w:rsidRDefault="00D43E36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2409"/>
        <w:gridCol w:w="3212"/>
      </w:tblGrid>
      <w:tr w:rsidR="00D43E36" w:rsidRPr="00101B22" w14:paraId="6247901B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764F7BA6" w14:textId="3AADF62B" w:rsidR="00D43E36" w:rsidRPr="00D8126E" w:rsidRDefault="00000000">
            <w:pPr>
              <w:keepNext/>
              <w:rPr>
                <w:lang w:val="fr-FR"/>
              </w:rPr>
            </w:pPr>
            <w:r w:rsidRPr="00D8126E">
              <w:rPr>
                <w:b/>
                <w:sz w:val="16"/>
                <w:lang w:val="fr-FR"/>
              </w:rPr>
              <w:t xml:space="preserve"> 5. </w:t>
            </w:r>
            <w:r w:rsidRPr="00D8126E">
              <w:rPr>
                <w:b/>
                <w:color w:val="000000"/>
                <w:sz w:val="18"/>
                <w:lang w:val="fr-FR"/>
              </w:rPr>
              <w:t>ÎN BAZA PROIECTULUI PENTRU AUTORIZAREA CONSTRUIR</w:t>
            </w:r>
            <w:r w:rsidR="00101B22">
              <w:rPr>
                <w:b/>
                <w:color w:val="000000"/>
                <w:sz w:val="18"/>
                <w:lang w:val="fr-FR"/>
              </w:rPr>
              <w:t>II / DESFIINȚĂRII</w:t>
            </w:r>
            <w:r w:rsidRPr="00D8126E">
              <w:rPr>
                <w:b/>
                <w:color w:val="000000"/>
                <w:sz w:val="18"/>
                <w:lang w:val="fr-FR"/>
              </w:rPr>
              <w:t xml:space="preserve"> </w:t>
            </w:r>
          </w:p>
        </w:tc>
      </w:tr>
      <w:tr w:rsidR="00D43E36" w14:paraId="72EBE758" w14:textId="77777777">
        <w:trPr>
          <w:cantSplit/>
          <w:trHeight w:val="510"/>
        </w:trPr>
        <w:tc>
          <w:tcPr>
            <w:tcW w:w="2409" w:type="dxa"/>
          </w:tcPr>
          <w:p w14:paraId="6E703EF0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P.A.C. / P.A.D. nr.</w:t>
            </w:r>
          </w:p>
          <w:p w14:paraId="632B62F0" w14:textId="77777777" w:rsidR="00D43E36" w:rsidRDefault="00D43E36">
            <w:pPr>
              <w:keepNext/>
            </w:pPr>
          </w:p>
        </w:tc>
        <w:tc>
          <w:tcPr>
            <w:tcW w:w="1606" w:type="dxa"/>
          </w:tcPr>
          <w:p w14:paraId="127F84CE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11690BA" w14:textId="77777777" w:rsidR="00D43E36" w:rsidRDefault="00D43E36">
            <w:pPr>
              <w:keepNext/>
            </w:pPr>
          </w:p>
        </w:tc>
        <w:tc>
          <w:tcPr>
            <w:tcW w:w="5621" w:type="dxa"/>
            <w:gridSpan w:val="2"/>
          </w:tcPr>
          <w:p w14:paraId="19BB0AC3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Denumirea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titlul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documentației</w:t>
            </w:r>
            <w:proofErr w:type="spellEnd"/>
          </w:p>
          <w:p w14:paraId="3798907D" w14:textId="77777777" w:rsidR="00D43E36" w:rsidRDefault="00D43E36">
            <w:pPr>
              <w:keepNext/>
            </w:pPr>
          </w:p>
        </w:tc>
      </w:tr>
      <w:tr w:rsidR="00D43E36" w14:paraId="2CE71E8F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5F17164D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elaborată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13BF6137" w14:textId="77777777" w:rsidR="00D43E36" w:rsidRDefault="00D43E36">
            <w:pPr>
              <w:keepNext/>
            </w:pPr>
          </w:p>
        </w:tc>
        <w:tc>
          <w:tcPr>
            <w:tcW w:w="5621" w:type="dxa"/>
            <w:gridSpan w:val="2"/>
          </w:tcPr>
          <w:p w14:paraId="30013B45" w14:textId="77777777" w:rsidR="00D43E36" w:rsidRDefault="00000000">
            <w:pPr>
              <w:keepNext/>
            </w:pPr>
            <w:r>
              <w:rPr>
                <w:b/>
                <w:color w:val="0D5F78"/>
              </w:rPr>
              <w:t xml:space="preserve">cu </w:t>
            </w:r>
            <w:proofErr w:type="spellStart"/>
            <w:r>
              <w:rPr>
                <w:b/>
                <w:color w:val="0D5F78"/>
              </w:rPr>
              <w:t>sediul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</w:p>
          <w:p w14:paraId="3A4B9A10" w14:textId="77777777" w:rsidR="00D43E36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județ</w:t>
            </w:r>
            <w:proofErr w:type="spellEnd"/>
            <w:r>
              <w:rPr>
                <w:i/>
                <w:color w:val="7A7A7A"/>
              </w:rPr>
              <w:t xml:space="preserve">, </w:t>
            </w:r>
            <w:proofErr w:type="spellStart"/>
            <w:r>
              <w:rPr>
                <w:i/>
                <w:color w:val="7A7A7A"/>
              </w:rPr>
              <w:t>municipiu</w:t>
            </w:r>
            <w:proofErr w:type="spellEnd"/>
            <w:r>
              <w:rPr>
                <w:i/>
                <w:color w:val="7A7A7A"/>
              </w:rPr>
              <w:t>/</w:t>
            </w:r>
            <w:proofErr w:type="spellStart"/>
            <w:r>
              <w:rPr>
                <w:i/>
                <w:color w:val="7A7A7A"/>
              </w:rPr>
              <w:t>oraș</w:t>
            </w:r>
            <w:proofErr w:type="spellEnd"/>
            <w:r>
              <w:rPr>
                <w:i/>
                <w:color w:val="7A7A7A"/>
              </w:rPr>
              <w:t>/</w:t>
            </w:r>
            <w:proofErr w:type="spellStart"/>
            <w:r>
              <w:rPr>
                <w:i/>
                <w:color w:val="7A7A7A"/>
              </w:rPr>
              <w:t>comună</w:t>
            </w:r>
            <w:proofErr w:type="spellEnd"/>
            <w:r>
              <w:rPr>
                <w:i/>
                <w:color w:val="7A7A7A"/>
              </w:rPr>
              <w:t xml:space="preserve">, sector/sat, cod </w:t>
            </w:r>
            <w:proofErr w:type="spellStart"/>
            <w:r>
              <w:rPr>
                <w:i/>
                <w:color w:val="7A7A7A"/>
              </w:rPr>
              <w:t>poștal</w:t>
            </w:r>
            <w:proofErr w:type="spellEnd"/>
            <w:r>
              <w:rPr>
                <w:i/>
                <w:color w:val="7A7A7A"/>
              </w:rPr>
              <w:t xml:space="preserve">, </w:t>
            </w:r>
            <w:proofErr w:type="spellStart"/>
            <w:r>
              <w:rPr>
                <w:i/>
                <w:color w:val="7A7A7A"/>
              </w:rPr>
              <w:t>stradă</w:t>
            </w:r>
            <w:proofErr w:type="spellEnd"/>
            <w:r>
              <w:rPr>
                <w:i/>
                <w:color w:val="7A7A7A"/>
              </w:rPr>
              <w:t>, nr., bl., sc., et., ap.</w:t>
            </w:r>
          </w:p>
          <w:p w14:paraId="0162230B" w14:textId="77777777" w:rsidR="00D43E36" w:rsidRDefault="00D43E36">
            <w:pPr>
              <w:keepNext/>
            </w:pPr>
          </w:p>
        </w:tc>
      </w:tr>
      <w:tr w:rsidR="00D43E36" w14:paraId="51669FD3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398C2B51" w14:textId="77777777" w:rsidR="00D43E36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respectiv</w:t>
            </w:r>
            <w:proofErr w:type="spellEnd"/>
            <w:r>
              <w:rPr>
                <w:sz w:val="16"/>
              </w:rPr>
              <w:t xml:space="preserve"> de — </w:t>
            </w:r>
            <w:proofErr w:type="spellStart"/>
            <w:r>
              <w:rPr>
                <w:sz w:val="16"/>
              </w:rPr>
              <w:t>elaboratorul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proiectului</w:t>
            </w:r>
            <w:proofErr w:type="spellEnd"/>
            <w:r>
              <w:rPr>
                <w:sz w:val="16"/>
              </w:rPr>
              <w:t xml:space="preserve">, cu </w:t>
            </w:r>
            <w:proofErr w:type="spellStart"/>
            <w:r>
              <w:rPr>
                <w:sz w:val="16"/>
              </w:rPr>
              <w:t>drept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semnătură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potrivit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Legii</w:t>
            </w:r>
            <w:proofErr w:type="spellEnd"/>
            <w:r>
              <w:rPr>
                <w:sz w:val="16"/>
              </w:rPr>
              <w:t xml:space="preserve"> nr. 184/2001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organizarea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exercitarea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profesiei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arhitect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republicată</w:t>
            </w:r>
            <w:proofErr w:type="spellEnd"/>
          </w:p>
        </w:tc>
      </w:tr>
      <w:tr w:rsidR="00D43E36" w14:paraId="5D1BB192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690E3844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conductor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de interior</w:t>
            </w:r>
          </w:p>
          <w:p w14:paraId="61918801" w14:textId="77777777" w:rsidR="00D43E36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numele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și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prenumele</w:t>
            </w:r>
            <w:proofErr w:type="spellEnd"/>
            <w:r>
              <w:rPr>
                <w:i/>
                <w:color w:val="7A7A7A"/>
              </w:rPr>
              <w:t xml:space="preserve">, </w:t>
            </w:r>
            <w:proofErr w:type="spellStart"/>
            <w:r>
              <w:rPr>
                <w:i/>
                <w:color w:val="7A7A7A"/>
              </w:rPr>
              <w:t>în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clar</w:t>
            </w:r>
            <w:proofErr w:type="spellEnd"/>
          </w:p>
          <w:p w14:paraId="271B7F82" w14:textId="77777777" w:rsidR="00D43E36" w:rsidRDefault="00D43E36">
            <w:pPr>
              <w:keepNext/>
            </w:pPr>
          </w:p>
        </w:tc>
        <w:tc>
          <w:tcPr>
            <w:tcW w:w="2409" w:type="dxa"/>
          </w:tcPr>
          <w:p w14:paraId="64F75C57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Înscris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Tabloul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Național</w:t>
            </w:r>
            <w:proofErr w:type="spellEnd"/>
            <w:r>
              <w:rPr>
                <w:b/>
                <w:color w:val="0D5F78"/>
              </w:rPr>
              <w:t xml:space="preserve"> al </w:t>
            </w:r>
            <w:proofErr w:type="spellStart"/>
            <w:r>
              <w:rPr>
                <w:b/>
                <w:color w:val="0D5F78"/>
              </w:rPr>
              <w:t>Arhitecților</w:t>
            </w:r>
            <w:proofErr w:type="spellEnd"/>
            <w:r>
              <w:rPr>
                <w:b/>
                <w:color w:val="0D5F78"/>
              </w:rPr>
              <w:t xml:space="preserve"> cu nr.</w:t>
            </w:r>
          </w:p>
          <w:p w14:paraId="009E65B4" w14:textId="77777777" w:rsidR="00D43E36" w:rsidRDefault="00D43E36">
            <w:pPr>
              <w:keepNext/>
            </w:pPr>
          </w:p>
        </w:tc>
        <w:tc>
          <w:tcPr>
            <w:tcW w:w="3212" w:type="dxa"/>
          </w:tcPr>
          <w:p w14:paraId="57B053AD" w14:textId="77777777" w:rsidR="00D43E36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evidența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Filialei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teritoriale</w:t>
            </w:r>
            <w:proofErr w:type="spellEnd"/>
            <w:r>
              <w:rPr>
                <w:b/>
                <w:color w:val="0D5F78"/>
              </w:rPr>
              <w:t xml:space="preserve"> a O.A.R.</w:t>
            </w:r>
          </w:p>
          <w:p w14:paraId="2286F0E9" w14:textId="77777777" w:rsidR="00D43E36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denumirea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filialei</w:t>
            </w:r>
            <w:proofErr w:type="spellEnd"/>
          </w:p>
          <w:p w14:paraId="2DD4F084" w14:textId="77777777" w:rsidR="00D43E36" w:rsidRDefault="00D43E36">
            <w:pPr>
              <w:keepNext/>
            </w:pPr>
          </w:p>
        </w:tc>
      </w:tr>
      <w:tr w:rsidR="00D43E36" w14:paraId="3DBE4747" w14:textId="77777777">
        <w:trPr>
          <w:cantSplit/>
        </w:trPr>
        <w:tc>
          <w:tcPr>
            <w:tcW w:w="9636" w:type="dxa"/>
            <w:gridSpan w:val="4"/>
          </w:tcPr>
          <w:p w14:paraId="0A782208" w14:textId="77777777" w:rsidR="00D43E36" w:rsidRDefault="00000000"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arhitect</w:t>
            </w:r>
            <w:proofErr w:type="spellEnd"/>
            <w:r>
              <w:rPr>
                <w:sz w:val="16"/>
              </w:rPr>
              <w:t xml:space="preserve">     ☐ conductor </w:t>
            </w:r>
            <w:proofErr w:type="spellStart"/>
            <w:r>
              <w:rPr>
                <w:sz w:val="16"/>
              </w:rPr>
              <w:t>arhitect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arhitect</w:t>
            </w:r>
            <w:proofErr w:type="spellEnd"/>
            <w:r>
              <w:rPr>
                <w:sz w:val="16"/>
              </w:rPr>
              <w:t xml:space="preserve"> de interior</w:t>
            </w:r>
          </w:p>
        </w:tc>
      </w:tr>
    </w:tbl>
    <w:p w14:paraId="47C13560" w14:textId="77777777" w:rsidR="00D43E36" w:rsidRDefault="00D43E36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D43E36" w:rsidRPr="00101B22" w14:paraId="0563E02C" w14:textId="77777777">
        <w:trPr>
          <w:cantSplit/>
        </w:trPr>
        <w:tc>
          <w:tcPr>
            <w:tcW w:w="9636" w:type="dxa"/>
          </w:tcPr>
          <w:p w14:paraId="5A2981C2" w14:textId="77777777" w:rsidR="00D43E36" w:rsidRPr="00D8126E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D8126E">
              <w:rPr>
                <w:i/>
                <w:sz w:val="17"/>
                <w:lang w:val="fr-FR"/>
              </w:rPr>
              <w:t>Durata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D8126E">
              <w:rPr>
                <w:i/>
                <w:sz w:val="17"/>
                <w:lang w:val="fr-FR"/>
              </w:rPr>
              <w:t>execuție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D8126E">
              <w:rPr>
                <w:i/>
                <w:sz w:val="17"/>
                <w:lang w:val="fr-FR"/>
              </w:rPr>
              <w:t>lucrărilor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este de ……… </w:t>
            </w:r>
            <w:proofErr w:type="spellStart"/>
            <w:r w:rsidRPr="00D8126E">
              <w:rPr>
                <w:i/>
                <w:sz w:val="17"/>
                <w:lang w:val="fr-FR"/>
              </w:rPr>
              <w:t>luni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/ </w:t>
            </w:r>
            <w:proofErr w:type="spellStart"/>
            <w:r w:rsidRPr="00D8126E">
              <w:rPr>
                <w:i/>
                <w:sz w:val="17"/>
                <w:lang w:val="fr-FR"/>
              </w:rPr>
              <w:t>zile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D8126E">
              <w:rPr>
                <w:i/>
                <w:sz w:val="17"/>
                <w:lang w:val="fr-FR"/>
              </w:rPr>
              <w:t>calculată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de la data </w:t>
            </w:r>
            <w:proofErr w:type="spellStart"/>
            <w:r w:rsidRPr="00D8126E">
              <w:rPr>
                <w:i/>
                <w:sz w:val="17"/>
                <w:lang w:val="fr-FR"/>
              </w:rPr>
              <w:t>începerii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efective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D8126E">
              <w:rPr>
                <w:i/>
                <w:sz w:val="17"/>
                <w:lang w:val="fr-FR"/>
              </w:rPr>
              <w:t>lucrărilor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D8126E">
              <w:rPr>
                <w:i/>
                <w:sz w:val="17"/>
                <w:lang w:val="fr-FR"/>
              </w:rPr>
              <w:t>dacă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aceasta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D8126E">
              <w:rPr>
                <w:i/>
                <w:sz w:val="17"/>
                <w:lang w:val="fr-FR"/>
              </w:rPr>
              <w:t>fost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anunțată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D8126E">
              <w:rPr>
                <w:i/>
                <w:sz w:val="17"/>
                <w:lang w:val="fr-FR"/>
              </w:rPr>
              <w:t>în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prealabil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D8126E">
              <w:rPr>
                <w:i/>
                <w:sz w:val="17"/>
                <w:lang w:val="fr-FR"/>
              </w:rPr>
              <w:t>autorității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administrației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publice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care a </w:t>
            </w:r>
            <w:proofErr w:type="spellStart"/>
            <w:r w:rsidRPr="00D8126E">
              <w:rPr>
                <w:i/>
                <w:sz w:val="17"/>
                <w:lang w:val="fr-FR"/>
              </w:rPr>
              <w:t>emis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autorizația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de construire, </w:t>
            </w:r>
            <w:proofErr w:type="spellStart"/>
            <w:r w:rsidRPr="00D8126E">
              <w:rPr>
                <w:i/>
                <w:sz w:val="17"/>
                <w:lang w:val="fr-FR"/>
              </w:rPr>
              <w:t>situație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în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care </w:t>
            </w:r>
            <w:proofErr w:type="spellStart"/>
            <w:r w:rsidRPr="00D8126E">
              <w:rPr>
                <w:i/>
                <w:sz w:val="17"/>
                <w:lang w:val="fr-FR"/>
              </w:rPr>
              <w:t>termenul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D8126E">
              <w:rPr>
                <w:i/>
                <w:sz w:val="17"/>
                <w:lang w:val="fr-FR"/>
              </w:rPr>
              <w:t>valabilitate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se </w:t>
            </w:r>
            <w:proofErr w:type="spellStart"/>
            <w:r w:rsidRPr="00D8126E">
              <w:rPr>
                <w:i/>
                <w:sz w:val="17"/>
                <w:lang w:val="fr-FR"/>
              </w:rPr>
              <w:t>extinde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pe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toată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durata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D8126E">
              <w:rPr>
                <w:i/>
                <w:sz w:val="17"/>
                <w:lang w:val="fr-FR"/>
              </w:rPr>
              <w:t>execuție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D8126E">
              <w:rPr>
                <w:i/>
                <w:sz w:val="17"/>
                <w:lang w:val="fr-FR"/>
              </w:rPr>
              <w:t>lucrărilor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prevăzută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prin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autorizație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. </w:t>
            </w:r>
            <w:proofErr w:type="spellStart"/>
            <w:r w:rsidRPr="00D8126E">
              <w:rPr>
                <w:i/>
                <w:sz w:val="17"/>
                <w:lang w:val="fr-FR"/>
              </w:rPr>
              <w:t>În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situația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nerespectării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obligației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D8126E">
              <w:rPr>
                <w:i/>
                <w:sz w:val="17"/>
                <w:lang w:val="fr-FR"/>
              </w:rPr>
              <w:t>înștiințare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D8126E">
              <w:rPr>
                <w:i/>
                <w:sz w:val="17"/>
                <w:lang w:val="fr-FR"/>
              </w:rPr>
              <w:t>durata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D8126E">
              <w:rPr>
                <w:i/>
                <w:sz w:val="17"/>
                <w:lang w:val="fr-FR"/>
              </w:rPr>
              <w:t>execuție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stabilită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în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autorizație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se </w:t>
            </w:r>
            <w:proofErr w:type="spellStart"/>
            <w:r w:rsidRPr="00D8126E">
              <w:rPr>
                <w:i/>
                <w:sz w:val="17"/>
                <w:lang w:val="fr-FR"/>
              </w:rPr>
              <w:t>calculează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de la data </w:t>
            </w:r>
            <w:proofErr w:type="spellStart"/>
            <w:r w:rsidRPr="00D8126E">
              <w:rPr>
                <w:i/>
                <w:sz w:val="17"/>
                <w:lang w:val="fr-FR"/>
              </w:rPr>
              <w:t>emiterii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autorizației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de construire / </w:t>
            </w:r>
            <w:proofErr w:type="spellStart"/>
            <w:r w:rsidRPr="00D8126E">
              <w:rPr>
                <w:i/>
                <w:sz w:val="17"/>
                <w:lang w:val="fr-FR"/>
              </w:rPr>
              <w:t>desființare</w:t>
            </w:r>
            <w:proofErr w:type="spellEnd"/>
            <w:r w:rsidRPr="00D8126E">
              <w:rPr>
                <w:i/>
                <w:sz w:val="17"/>
                <w:lang w:val="fr-FR"/>
              </w:rPr>
              <w:t>.</w:t>
            </w:r>
          </w:p>
        </w:tc>
      </w:tr>
    </w:tbl>
    <w:p w14:paraId="639BB2A7" w14:textId="77777777" w:rsidR="00D43E36" w:rsidRPr="00D8126E" w:rsidRDefault="00D43E36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D43E36" w:rsidRPr="00101B22" w14:paraId="0E160008" w14:textId="77777777">
        <w:trPr>
          <w:cantSplit/>
        </w:trPr>
        <w:tc>
          <w:tcPr>
            <w:tcW w:w="9636" w:type="dxa"/>
          </w:tcPr>
          <w:p w14:paraId="6721931F" w14:textId="41A09A1D" w:rsidR="00D43E36" w:rsidRPr="00F437EE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D8126E">
              <w:rPr>
                <w:i/>
                <w:sz w:val="17"/>
                <w:lang w:val="fr-FR"/>
              </w:rPr>
              <w:t>Nerespectarea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întocmai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a P.A.C.</w:t>
            </w:r>
            <w:r w:rsidR="00101B22">
              <w:rPr>
                <w:i/>
                <w:sz w:val="17"/>
                <w:lang w:val="fr-FR"/>
              </w:rPr>
              <w:t>/P.A.D.</w:t>
            </w:r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vizat</w:t>
            </w:r>
            <w:r w:rsidR="00101B22">
              <w:rPr>
                <w:i/>
                <w:sz w:val="17"/>
                <w:lang w:val="fr-FR"/>
              </w:rPr>
              <w:t>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spre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neschimbare</w:t>
            </w:r>
            <w:proofErr w:type="spellEnd"/>
            <w:r w:rsidR="00F437E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D8126E">
              <w:rPr>
                <w:i/>
                <w:sz w:val="17"/>
                <w:lang w:val="fr-FR"/>
              </w:rPr>
              <w:t>inclusiv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a </w:t>
            </w:r>
            <w:proofErr w:type="spellStart"/>
            <w:r w:rsidRPr="00D8126E">
              <w:rPr>
                <w:i/>
                <w:sz w:val="17"/>
                <w:lang w:val="fr-FR"/>
              </w:rPr>
              <w:t>avizelor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și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acordurilor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obținute</w:t>
            </w:r>
            <w:proofErr w:type="spellEnd"/>
            <w:r w:rsidR="00F437E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D8126E">
              <w:rPr>
                <w:i/>
                <w:sz w:val="17"/>
                <w:lang w:val="fr-FR"/>
              </w:rPr>
              <w:t>constituie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infracțiune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sau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contravenție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D8126E">
              <w:rPr>
                <w:i/>
                <w:sz w:val="17"/>
                <w:lang w:val="fr-FR"/>
              </w:rPr>
              <w:t>după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caz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D8126E">
              <w:rPr>
                <w:i/>
                <w:sz w:val="17"/>
                <w:lang w:val="fr-FR"/>
              </w:rPr>
              <w:t>în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temeiul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sz w:val="17"/>
                <w:lang w:val="fr-FR"/>
              </w:rPr>
              <w:t>prevederilor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 art. 356 </w:t>
            </w:r>
            <w:proofErr w:type="spellStart"/>
            <w:r w:rsidRPr="00D8126E">
              <w:rPr>
                <w:i/>
                <w:sz w:val="17"/>
                <w:lang w:val="fr-FR"/>
              </w:rPr>
              <w:t>alin</w:t>
            </w:r>
            <w:proofErr w:type="spellEnd"/>
            <w:r w:rsidRPr="00D8126E">
              <w:rPr>
                <w:i/>
                <w:sz w:val="17"/>
                <w:lang w:val="fr-FR"/>
              </w:rPr>
              <w:t xml:space="preserve">. </w:t>
            </w:r>
            <w:r w:rsidRPr="00F437EE">
              <w:rPr>
                <w:i/>
                <w:sz w:val="17"/>
                <w:lang w:val="fr-FR"/>
              </w:rPr>
              <w:t xml:space="preserve">(1), </w:t>
            </w:r>
            <w:proofErr w:type="spellStart"/>
            <w:r w:rsidRPr="00F437EE">
              <w:rPr>
                <w:i/>
                <w:sz w:val="17"/>
                <w:lang w:val="fr-FR"/>
              </w:rPr>
              <w:t>respectiv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 art. 357 </w:t>
            </w:r>
            <w:proofErr w:type="spellStart"/>
            <w:r w:rsidRPr="00F437EE">
              <w:rPr>
                <w:i/>
                <w:sz w:val="17"/>
                <w:lang w:val="fr-FR"/>
              </w:rPr>
              <w:t>alin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. (1) </w:t>
            </w:r>
            <w:proofErr w:type="spellStart"/>
            <w:r w:rsidRPr="00F437EE">
              <w:rPr>
                <w:i/>
                <w:sz w:val="17"/>
                <w:lang w:val="fr-FR"/>
              </w:rPr>
              <w:t>din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F437EE">
              <w:rPr>
                <w:i/>
                <w:sz w:val="17"/>
                <w:lang w:val="fr-FR"/>
              </w:rPr>
              <w:t>Legea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 nr. 169/2026 </w:t>
            </w:r>
            <w:proofErr w:type="spellStart"/>
            <w:r w:rsidRPr="00F437EE">
              <w:rPr>
                <w:i/>
                <w:sz w:val="17"/>
                <w:lang w:val="fr-FR"/>
              </w:rPr>
              <w:t>privind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F437EE">
              <w:rPr>
                <w:i/>
                <w:sz w:val="17"/>
                <w:lang w:val="fr-FR"/>
              </w:rPr>
              <w:t>Codul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F437EE">
              <w:rPr>
                <w:i/>
                <w:sz w:val="17"/>
                <w:lang w:val="fr-FR"/>
              </w:rPr>
              <w:t>amenajării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F437EE">
              <w:rPr>
                <w:i/>
                <w:sz w:val="17"/>
                <w:lang w:val="fr-FR"/>
              </w:rPr>
              <w:t>teritoriului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F437EE">
              <w:rPr>
                <w:i/>
                <w:sz w:val="17"/>
                <w:lang w:val="fr-FR"/>
              </w:rPr>
              <w:t>urbanismului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F437EE">
              <w:rPr>
                <w:i/>
                <w:sz w:val="17"/>
                <w:lang w:val="fr-FR"/>
              </w:rPr>
              <w:t>și</w:t>
            </w:r>
            <w:proofErr w:type="spellEnd"/>
            <w:r w:rsidRPr="00F437EE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F437EE">
              <w:rPr>
                <w:i/>
                <w:sz w:val="17"/>
                <w:lang w:val="fr-FR"/>
              </w:rPr>
              <w:t>construcțiilor</w:t>
            </w:r>
            <w:proofErr w:type="spellEnd"/>
            <w:r w:rsidRPr="00F437EE">
              <w:rPr>
                <w:i/>
                <w:sz w:val="17"/>
                <w:lang w:val="fr-FR"/>
              </w:rPr>
              <w:t>.</w:t>
            </w:r>
          </w:p>
        </w:tc>
      </w:tr>
    </w:tbl>
    <w:p w14:paraId="7D0BD85E" w14:textId="77777777" w:rsidR="00D43E36" w:rsidRPr="00F437EE" w:rsidRDefault="00D43E36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2409"/>
        <w:gridCol w:w="803"/>
        <w:gridCol w:w="3212"/>
      </w:tblGrid>
      <w:tr w:rsidR="00D43E36" w14:paraId="0CF17058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4A788775" w14:textId="77777777" w:rsidR="00D43E36" w:rsidRDefault="00000000">
            <w:pPr>
              <w:keepNext/>
            </w:pPr>
            <w:r w:rsidRPr="00F437EE">
              <w:rPr>
                <w:b/>
                <w:sz w:val="16"/>
                <w:lang w:val="fr-FR"/>
              </w:rPr>
              <w:lastRenderedPageBreak/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SEMNĂTURILE</w:t>
            </w:r>
          </w:p>
        </w:tc>
      </w:tr>
      <w:tr w:rsidR="00D43E36" w14:paraId="67D5A0FC" w14:textId="77777777">
        <w:trPr>
          <w:cantSplit/>
          <w:trHeight w:val="680"/>
        </w:trPr>
        <w:tc>
          <w:tcPr>
            <w:tcW w:w="3212" w:type="dxa"/>
            <w:gridSpan w:val="2"/>
          </w:tcPr>
          <w:p w14:paraId="256F9578" w14:textId="77777777" w:rsidR="00D43E36" w:rsidRDefault="00000000">
            <w:pPr>
              <w:keepNext/>
              <w:jc w:val="center"/>
            </w:pPr>
            <w:proofErr w:type="spellStart"/>
            <w:r>
              <w:rPr>
                <w:b/>
                <w:color w:val="0D5F78"/>
              </w:rPr>
              <w:t>Conducătorul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autorității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emitente</w:t>
            </w:r>
            <w:proofErr w:type="spellEnd"/>
          </w:p>
          <w:p w14:paraId="44C5EA98" w14:textId="77777777" w:rsidR="00D43E36" w:rsidRDefault="00D43E36">
            <w:pPr>
              <w:keepNext/>
              <w:spacing w:after="200"/>
            </w:pPr>
          </w:p>
          <w:p w14:paraId="77C5A66D" w14:textId="77777777" w:rsidR="00D43E36" w:rsidRDefault="00D43E36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748EA24C" w14:textId="77777777" w:rsidR="00D43E36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funcția</w:t>
            </w:r>
            <w:proofErr w:type="spellEnd"/>
            <w:r>
              <w:rPr>
                <w:i/>
                <w:color w:val="595959"/>
              </w:rPr>
              <w:t xml:space="preserve">, </w:t>
            </w:r>
            <w:proofErr w:type="spellStart"/>
            <w:r>
              <w:rPr>
                <w:i/>
                <w:color w:val="595959"/>
              </w:rPr>
              <w:t>numele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și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semnătura</w:t>
            </w:r>
            <w:proofErr w:type="spellEnd"/>
          </w:p>
        </w:tc>
        <w:tc>
          <w:tcPr>
            <w:tcW w:w="3212" w:type="dxa"/>
            <w:gridSpan w:val="2"/>
          </w:tcPr>
          <w:p w14:paraId="1EF543CF" w14:textId="77777777" w:rsidR="00D43E36" w:rsidRDefault="00000000">
            <w:pPr>
              <w:keepNext/>
              <w:jc w:val="center"/>
            </w:pPr>
            <w:proofErr w:type="spellStart"/>
            <w:r>
              <w:rPr>
                <w:b/>
                <w:color w:val="0D5F78"/>
              </w:rPr>
              <w:t>Secretar</w:t>
            </w:r>
            <w:proofErr w:type="spellEnd"/>
            <w:r>
              <w:rPr>
                <w:b/>
                <w:color w:val="0D5F78"/>
              </w:rPr>
              <w:t xml:space="preserve"> general</w:t>
            </w:r>
          </w:p>
          <w:p w14:paraId="42371BF7" w14:textId="77777777" w:rsidR="00D43E36" w:rsidRDefault="00D43E36">
            <w:pPr>
              <w:keepNext/>
              <w:spacing w:after="200"/>
            </w:pPr>
          </w:p>
          <w:p w14:paraId="57389C4F" w14:textId="77777777" w:rsidR="00D43E36" w:rsidRDefault="00D43E36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31D16AC7" w14:textId="77777777" w:rsidR="00D43E36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numele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și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semnătura</w:t>
            </w:r>
            <w:proofErr w:type="spellEnd"/>
          </w:p>
        </w:tc>
        <w:tc>
          <w:tcPr>
            <w:tcW w:w="3212" w:type="dxa"/>
          </w:tcPr>
          <w:p w14:paraId="49FA133C" w14:textId="77777777" w:rsidR="00D43E36" w:rsidRDefault="00000000">
            <w:pPr>
              <w:keepNext/>
              <w:jc w:val="center"/>
            </w:pPr>
            <w:proofErr w:type="spellStart"/>
            <w:r>
              <w:rPr>
                <w:b/>
                <w:color w:val="0D5F78"/>
              </w:rPr>
              <w:t>Arhitect-șef</w:t>
            </w:r>
            <w:proofErr w:type="spellEnd"/>
          </w:p>
          <w:p w14:paraId="19C0AE74" w14:textId="77777777" w:rsidR="00D43E36" w:rsidRDefault="00D43E36">
            <w:pPr>
              <w:keepNext/>
              <w:spacing w:after="200"/>
            </w:pPr>
          </w:p>
          <w:p w14:paraId="0FF160D3" w14:textId="77777777" w:rsidR="00D43E36" w:rsidRDefault="00D43E36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3A1C3979" w14:textId="77777777" w:rsidR="00D43E36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numele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și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semnătura</w:t>
            </w:r>
            <w:proofErr w:type="spellEnd"/>
          </w:p>
        </w:tc>
      </w:tr>
      <w:tr w:rsidR="00D43E36" w:rsidRPr="00101B22" w14:paraId="1EF5AD62" w14:textId="77777777">
        <w:trPr>
          <w:cantSplit/>
          <w:trHeight w:val="510"/>
        </w:trPr>
        <w:tc>
          <w:tcPr>
            <w:tcW w:w="2409" w:type="dxa"/>
          </w:tcPr>
          <w:p w14:paraId="098DCF13" w14:textId="77777777" w:rsidR="00D43E36" w:rsidRDefault="00000000">
            <w:proofErr w:type="spellStart"/>
            <w:r>
              <w:rPr>
                <w:b/>
                <w:color w:val="0D5F78"/>
              </w:rPr>
              <w:t>Achitat</w:t>
            </w:r>
            <w:proofErr w:type="spellEnd"/>
            <w:r>
              <w:rPr>
                <w:b/>
                <w:color w:val="0D5F78"/>
              </w:rPr>
              <w:t xml:space="preserve"> taxa de (lei)</w:t>
            </w:r>
          </w:p>
          <w:p w14:paraId="204DB21E" w14:textId="77777777" w:rsidR="00D43E36" w:rsidRDefault="00D43E36"/>
        </w:tc>
        <w:tc>
          <w:tcPr>
            <w:tcW w:w="3212" w:type="dxa"/>
            <w:gridSpan w:val="2"/>
          </w:tcPr>
          <w:p w14:paraId="5FB6F4CD" w14:textId="77777777" w:rsidR="00D43E36" w:rsidRDefault="00000000">
            <w:proofErr w:type="spellStart"/>
            <w:r>
              <w:rPr>
                <w:b/>
                <w:color w:val="0D5F78"/>
              </w:rPr>
              <w:t>Chitanța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08DA3664" w14:textId="77777777" w:rsidR="00D43E36" w:rsidRDefault="00D43E36"/>
        </w:tc>
        <w:tc>
          <w:tcPr>
            <w:tcW w:w="4015" w:type="dxa"/>
            <w:gridSpan w:val="2"/>
          </w:tcPr>
          <w:p w14:paraId="36654C9B" w14:textId="77777777" w:rsidR="00D43E36" w:rsidRPr="00D8126E" w:rsidRDefault="00000000">
            <w:pPr>
              <w:rPr>
                <w:lang w:val="fr-FR"/>
              </w:rPr>
            </w:pPr>
            <w:r w:rsidRPr="00D8126E">
              <w:rPr>
                <w:b/>
                <w:color w:val="0D5F78"/>
                <w:lang w:val="fr-FR"/>
              </w:rPr>
              <w:t xml:space="preserve">Transmis </w:t>
            </w:r>
            <w:proofErr w:type="spellStart"/>
            <w:r w:rsidRPr="00D8126E">
              <w:rPr>
                <w:b/>
                <w:color w:val="0D5F78"/>
                <w:lang w:val="fr-FR"/>
              </w:rPr>
              <w:t>solicitantului</w:t>
            </w:r>
            <w:proofErr w:type="spellEnd"/>
            <w:r w:rsidRPr="00D8126E">
              <w:rPr>
                <w:b/>
                <w:color w:val="0D5F78"/>
                <w:lang w:val="fr-FR"/>
              </w:rPr>
              <w:t xml:space="preserve"> la data</w:t>
            </w:r>
          </w:p>
          <w:p w14:paraId="6738AB93" w14:textId="77777777" w:rsidR="00D43E36" w:rsidRPr="00D8126E" w:rsidRDefault="00000000">
            <w:pPr>
              <w:rPr>
                <w:lang w:val="fr-FR"/>
              </w:rPr>
            </w:pPr>
            <w:r w:rsidRPr="00D8126E">
              <w:rPr>
                <w:i/>
                <w:color w:val="7A7A7A"/>
                <w:lang w:val="fr-FR"/>
              </w:rPr>
              <w:t xml:space="preserve">direct / </w:t>
            </w:r>
            <w:proofErr w:type="spellStart"/>
            <w:r w:rsidRPr="00D8126E">
              <w:rPr>
                <w:i/>
                <w:color w:val="7A7A7A"/>
                <w:lang w:val="fr-FR"/>
              </w:rPr>
              <w:t>prin</w:t>
            </w:r>
            <w:proofErr w:type="spellEnd"/>
            <w:r w:rsidRPr="00D8126E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D8126E">
              <w:rPr>
                <w:i/>
                <w:color w:val="7A7A7A"/>
                <w:lang w:val="fr-FR"/>
              </w:rPr>
              <w:t>poștă</w:t>
            </w:r>
            <w:proofErr w:type="spellEnd"/>
            <w:r w:rsidRPr="00D8126E">
              <w:rPr>
                <w:i/>
                <w:color w:val="7A7A7A"/>
                <w:lang w:val="fr-FR"/>
              </w:rPr>
              <w:t xml:space="preserve"> / digital</w:t>
            </w:r>
          </w:p>
          <w:p w14:paraId="041B1B5F" w14:textId="77777777" w:rsidR="00D43E36" w:rsidRPr="00D8126E" w:rsidRDefault="00D43E36">
            <w:pPr>
              <w:rPr>
                <w:lang w:val="fr-FR"/>
              </w:rPr>
            </w:pPr>
          </w:p>
        </w:tc>
      </w:tr>
    </w:tbl>
    <w:p w14:paraId="52093FF9" w14:textId="77777777" w:rsidR="00D43E36" w:rsidRPr="00D8126E" w:rsidRDefault="00D43E36">
      <w:pPr>
        <w:spacing w:line="168" w:lineRule="auto"/>
        <w:rPr>
          <w:lang w:val="fr-FR"/>
        </w:rPr>
      </w:pPr>
    </w:p>
    <w:sectPr w:rsidR="00D43E36" w:rsidRPr="00D8126E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5718F" w14:textId="77777777" w:rsidR="006F22DD" w:rsidRDefault="006F22DD">
      <w:r>
        <w:separator/>
      </w:r>
    </w:p>
  </w:endnote>
  <w:endnote w:type="continuationSeparator" w:id="0">
    <w:p w14:paraId="2E3BC691" w14:textId="77777777" w:rsidR="006F22DD" w:rsidRDefault="006F2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4DF3B" w14:textId="40CF12F7" w:rsidR="00D43E36" w:rsidRDefault="00000000">
    <w:pPr>
      <w:pStyle w:val="Subsol"/>
      <w:tabs>
        <w:tab w:val="right" w:pos="9639"/>
      </w:tabs>
    </w:pPr>
    <w:r>
      <w:rPr>
        <w:color w:val="595959"/>
      </w:rPr>
      <w:t>F_A</w:t>
    </w:r>
    <w:r w:rsidR="00D8126E">
      <w:rPr>
        <w:color w:val="595959"/>
      </w:rPr>
      <w:t>R</w:t>
    </w:r>
    <w:r>
      <w:rPr>
        <w:color w:val="595959"/>
      </w:rPr>
      <w:t>_</w:t>
    </w:r>
    <w:r w:rsidR="00D8126E">
      <w:rPr>
        <w:color w:val="595959"/>
      </w:rPr>
      <w:t>02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D8126E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D8126E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3E755" w14:textId="77777777" w:rsidR="006F22DD" w:rsidRDefault="006F22DD">
      <w:r>
        <w:separator/>
      </w:r>
    </w:p>
  </w:footnote>
  <w:footnote w:type="continuationSeparator" w:id="0">
    <w:p w14:paraId="2CBDE333" w14:textId="77777777" w:rsidR="006F22DD" w:rsidRDefault="006F22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0779721">
    <w:abstractNumId w:val="8"/>
  </w:num>
  <w:num w:numId="2" w16cid:durableId="265188128">
    <w:abstractNumId w:val="6"/>
  </w:num>
  <w:num w:numId="3" w16cid:durableId="1053776560">
    <w:abstractNumId w:val="5"/>
  </w:num>
  <w:num w:numId="4" w16cid:durableId="985089253">
    <w:abstractNumId w:val="4"/>
  </w:num>
  <w:num w:numId="5" w16cid:durableId="2006201207">
    <w:abstractNumId w:val="7"/>
  </w:num>
  <w:num w:numId="6" w16cid:durableId="317342174">
    <w:abstractNumId w:val="3"/>
  </w:num>
  <w:num w:numId="7" w16cid:durableId="1948729883">
    <w:abstractNumId w:val="2"/>
  </w:num>
  <w:num w:numId="8" w16cid:durableId="1121266690">
    <w:abstractNumId w:val="1"/>
  </w:num>
  <w:num w:numId="9" w16cid:durableId="878401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1B22"/>
    <w:rsid w:val="0015074B"/>
    <w:rsid w:val="0029639D"/>
    <w:rsid w:val="00326F90"/>
    <w:rsid w:val="006C103E"/>
    <w:rsid w:val="006F22DD"/>
    <w:rsid w:val="00AA1D8D"/>
    <w:rsid w:val="00B47730"/>
    <w:rsid w:val="00CB0664"/>
    <w:rsid w:val="00CB2871"/>
    <w:rsid w:val="00D43E36"/>
    <w:rsid w:val="00D8126E"/>
    <w:rsid w:val="00E61A6B"/>
    <w:rsid w:val="00F437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57C4A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2438</Characters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2026-08-24T15:04:00Z</dcterms:modified>
  <cp:category/>
</cp:coreProperties>
</file>