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93F43" w14:paraId="17C0A9DB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6225FA85" w14:textId="77777777" w:rsidR="00A93F43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</w:tcPr>
          <w:p w14:paraId="6608ADA3" w14:textId="77777777" w:rsidR="00A93F43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75FA2093" w14:textId="77777777" w:rsidR="00A93F43" w:rsidRDefault="00A93F43">
            <w:pPr>
              <w:keepNext/>
            </w:pPr>
          </w:p>
        </w:tc>
      </w:tr>
      <w:tr w:rsidR="00A93F43" w14:paraId="1B120E84" w14:textId="77777777">
        <w:trPr>
          <w:cantSplit/>
          <w:trHeight w:val="510"/>
        </w:trPr>
        <w:tc>
          <w:tcPr>
            <w:tcW w:w="1606" w:type="dxa"/>
            <w:vMerge/>
          </w:tcPr>
          <w:p w14:paraId="5540F32D" w14:textId="77777777" w:rsidR="00A93F43" w:rsidRDefault="00A93F43"/>
        </w:tc>
        <w:tc>
          <w:tcPr>
            <w:tcW w:w="8030" w:type="dxa"/>
            <w:gridSpan w:val="3"/>
          </w:tcPr>
          <w:p w14:paraId="37BDDD2A" w14:textId="77777777" w:rsidR="00A93F43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09DA699B" w14:textId="77777777" w:rsidR="00A93F43" w:rsidRDefault="00A93F43">
            <w:pPr>
              <w:keepNext/>
            </w:pPr>
          </w:p>
        </w:tc>
      </w:tr>
      <w:tr w:rsidR="00A93F43" w14:paraId="053A3E48" w14:textId="77777777">
        <w:trPr>
          <w:cantSplit/>
          <w:trHeight w:val="510"/>
        </w:trPr>
        <w:tc>
          <w:tcPr>
            <w:tcW w:w="1606" w:type="dxa"/>
            <w:vMerge/>
          </w:tcPr>
          <w:p w14:paraId="1EC3A211" w14:textId="77777777" w:rsidR="00A93F43" w:rsidRDefault="00A93F43"/>
        </w:tc>
        <w:tc>
          <w:tcPr>
            <w:tcW w:w="2409" w:type="dxa"/>
          </w:tcPr>
          <w:p w14:paraId="522D1DEC" w14:textId="77777777" w:rsidR="00A93F43" w:rsidRPr="00F66EA5" w:rsidRDefault="00000000">
            <w:pPr>
              <w:keepNext/>
              <w:rPr>
                <w:lang w:val="fr-FR"/>
              </w:rPr>
            </w:pPr>
            <w:r w:rsidRPr="00F66EA5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F66EA5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F66EA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F66EA5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F66EA5">
              <w:rPr>
                <w:b/>
                <w:color w:val="0D5F78"/>
                <w:lang w:val="fr-FR"/>
              </w:rPr>
              <w:t xml:space="preserve"> (CIF)</w:t>
            </w:r>
          </w:p>
          <w:p w14:paraId="27E1C5F8" w14:textId="77777777" w:rsidR="00A93F43" w:rsidRPr="00F66EA5" w:rsidRDefault="00A93F43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1B748FC4" w14:textId="77777777" w:rsidR="00A93F4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61BC0F6B" w14:textId="77777777" w:rsidR="00A93F43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06A86513" w14:textId="77777777" w:rsidR="00A93F43" w:rsidRDefault="00A93F43">
            <w:pPr>
              <w:keepNext/>
            </w:pPr>
          </w:p>
        </w:tc>
      </w:tr>
      <w:tr w:rsidR="00A93F43" w14:paraId="74BFD892" w14:textId="77777777">
        <w:trPr>
          <w:cantSplit/>
          <w:trHeight w:val="510"/>
        </w:trPr>
        <w:tc>
          <w:tcPr>
            <w:tcW w:w="1606" w:type="dxa"/>
            <w:vMerge/>
          </w:tcPr>
          <w:p w14:paraId="2674025C" w14:textId="77777777" w:rsidR="00A93F43" w:rsidRDefault="00A93F43"/>
        </w:tc>
        <w:tc>
          <w:tcPr>
            <w:tcW w:w="4818" w:type="dxa"/>
            <w:gridSpan w:val="2"/>
          </w:tcPr>
          <w:p w14:paraId="4B8B51B9" w14:textId="77777777" w:rsidR="00A93F43" w:rsidRDefault="00000000">
            <w:r>
              <w:rPr>
                <w:b/>
                <w:color w:val="0D5F78"/>
              </w:rPr>
              <w:t>Nr. înregistrare</w:t>
            </w:r>
          </w:p>
          <w:p w14:paraId="3ACAF8EE" w14:textId="77777777" w:rsidR="00A93F43" w:rsidRDefault="00A93F43"/>
        </w:tc>
        <w:tc>
          <w:tcPr>
            <w:tcW w:w="3212" w:type="dxa"/>
          </w:tcPr>
          <w:p w14:paraId="17BC8A52" w14:textId="77777777" w:rsidR="00A93F43" w:rsidRDefault="00000000">
            <w:r>
              <w:rPr>
                <w:b/>
                <w:color w:val="0D5F78"/>
              </w:rPr>
              <w:t>Data</w:t>
            </w:r>
          </w:p>
          <w:p w14:paraId="371326AF" w14:textId="77777777" w:rsidR="00A93F43" w:rsidRDefault="00A93F43"/>
        </w:tc>
      </w:tr>
    </w:tbl>
    <w:p w14:paraId="7EE44070" w14:textId="77777777" w:rsidR="00A93F43" w:rsidRDefault="00A93F43">
      <w:pPr>
        <w:spacing w:line="168" w:lineRule="auto"/>
      </w:pPr>
    </w:p>
    <w:p w14:paraId="1588FC01" w14:textId="77777777" w:rsidR="00A93F43" w:rsidRPr="00132008" w:rsidRDefault="00000000">
      <w:pPr>
        <w:spacing w:before="140" w:after="40"/>
        <w:jc w:val="center"/>
        <w:rPr>
          <w:sz w:val="28"/>
          <w:szCs w:val="28"/>
        </w:rPr>
      </w:pPr>
      <w:r w:rsidRPr="00132008">
        <w:rPr>
          <w:b/>
          <w:sz w:val="28"/>
          <w:szCs w:val="28"/>
        </w:rPr>
        <w:t>SOLICITARE</w:t>
      </w:r>
    </w:p>
    <w:p w14:paraId="43387AD2" w14:textId="77777777" w:rsidR="00A93F43" w:rsidRPr="00F66EA5" w:rsidRDefault="00000000">
      <w:pPr>
        <w:spacing w:after="120"/>
        <w:jc w:val="center"/>
        <w:rPr>
          <w:lang w:val="fr-FR"/>
        </w:rPr>
      </w:pPr>
      <w:proofErr w:type="gramStart"/>
      <w:r w:rsidRPr="00F66EA5">
        <w:rPr>
          <w:sz w:val="19"/>
          <w:lang w:val="fr-FR"/>
        </w:rPr>
        <w:t>de</w:t>
      </w:r>
      <w:proofErr w:type="gramEnd"/>
      <w:r w:rsidRPr="00F66EA5">
        <w:rPr>
          <w:sz w:val="19"/>
          <w:lang w:val="fr-FR"/>
        </w:rPr>
        <w:t xml:space="preserve"> </w:t>
      </w:r>
      <w:proofErr w:type="spellStart"/>
      <w:r w:rsidRPr="00F66EA5">
        <w:rPr>
          <w:sz w:val="19"/>
          <w:lang w:val="fr-FR"/>
        </w:rPr>
        <w:t>clarificări</w:t>
      </w:r>
      <w:proofErr w:type="spellEnd"/>
      <w:r w:rsidRPr="00F66EA5">
        <w:rPr>
          <w:sz w:val="19"/>
          <w:lang w:val="fr-FR"/>
        </w:rPr>
        <w:t xml:space="preserve">, </w:t>
      </w:r>
      <w:proofErr w:type="spellStart"/>
      <w:r w:rsidRPr="00F66EA5">
        <w:rPr>
          <w:sz w:val="19"/>
          <w:lang w:val="fr-FR"/>
        </w:rPr>
        <w:t>completări</w:t>
      </w:r>
      <w:proofErr w:type="spellEnd"/>
      <w:r w:rsidRPr="00F66EA5">
        <w:rPr>
          <w:sz w:val="19"/>
          <w:lang w:val="fr-FR"/>
        </w:rPr>
        <w:t xml:space="preserve"> </w:t>
      </w:r>
      <w:proofErr w:type="spellStart"/>
      <w:r w:rsidRPr="00F66EA5">
        <w:rPr>
          <w:sz w:val="19"/>
          <w:lang w:val="fr-FR"/>
        </w:rPr>
        <w:t>sau</w:t>
      </w:r>
      <w:proofErr w:type="spellEnd"/>
      <w:r w:rsidRPr="00F66EA5">
        <w:rPr>
          <w:sz w:val="19"/>
          <w:lang w:val="fr-FR"/>
        </w:rPr>
        <w:t xml:space="preserve"> documente </w:t>
      </w:r>
      <w:proofErr w:type="spellStart"/>
      <w:r w:rsidRPr="00F66EA5">
        <w:rPr>
          <w:sz w:val="19"/>
          <w:lang w:val="fr-FR"/>
        </w:rPr>
        <w:t>privind</w:t>
      </w:r>
      <w:proofErr w:type="spellEnd"/>
      <w:r w:rsidRPr="00F66EA5">
        <w:rPr>
          <w:sz w:val="19"/>
          <w:lang w:val="fr-FR"/>
        </w:rPr>
        <w:t xml:space="preserve"> </w:t>
      </w:r>
      <w:proofErr w:type="spellStart"/>
      <w:r w:rsidRPr="00F66EA5">
        <w:rPr>
          <w:sz w:val="19"/>
          <w:lang w:val="fr-FR"/>
        </w:rPr>
        <w:t>notificarea</w:t>
      </w:r>
      <w:proofErr w:type="spellEnd"/>
    </w:p>
    <w:p w14:paraId="68CC9690" w14:textId="77777777" w:rsidR="00A93F43" w:rsidRPr="00F66EA5" w:rsidRDefault="00A93F43">
      <w:pPr>
        <w:spacing w:after="60"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1606"/>
        <w:gridCol w:w="4818"/>
      </w:tblGrid>
      <w:tr w:rsidR="00A93F43" w14:paraId="5583E993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0BB90F12" w14:textId="77777777" w:rsidR="00A93F43" w:rsidRDefault="00000000">
            <w:pPr>
              <w:keepNext/>
            </w:pPr>
            <w:r w:rsidRPr="00F66EA5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1. </w:t>
            </w:r>
            <w:r>
              <w:rPr>
                <w:b/>
                <w:color w:val="000000"/>
                <w:sz w:val="18"/>
              </w:rPr>
              <w:t>REFERINȚE</w:t>
            </w:r>
          </w:p>
        </w:tc>
      </w:tr>
      <w:tr w:rsidR="00A93F43" w14:paraId="3EB27B2C" w14:textId="77777777">
        <w:trPr>
          <w:cantSplit/>
          <w:trHeight w:val="510"/>
        </w:trPr>
        <w:tc>
          <w:tcPr>
            <w:tcW w:w="2409" w:type="dxa"/>
          </w:tcPr>
          <w:p w14:paraId="40A4838B" w14:textId="77777777" w:rsidR="00A93F43" w:rsidRDefault="00000000">
            <w:pPr>
              <w:keepNext/>
            </w:pPr>
            <w:r>
              <w:rPr>
                <w:b/>
                <w:color w:val="0D5F78"/>
              </w:rPr>
              <w:t>Notificarea nr.</w:t>
            </w:r>
          </w:p>
          <w:p w14:paraId="02574EDB" w14:textId="77777777" w:rsidR="00A93F43" w:rsidRDefault="00A93F43">
            <w:pPr>
              <w:keepNext/>
            </w:pPr>
          </w:p>
        </w:tc>
        <w:tc>
          <w:tcPr>
            <w:tcW w:w="2409" w:type="dxa"/>
            <w:gridSpan w:val="2"/>
          </w:tcPr>
          <w:p w14:paraId="6A78D57D" w14:textId="77777777" w:rsidR="00A93F43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38A30384" w14:textId="77777777" w:rsidR="00A93F43" w:rsidRDefault="00A93F43">
            <w:pPr>
              <w:keepNext/>
            </w:pPr>
          </w:p>
        </w:tc>
        <w:tc>
          <w:tcPr>
            <w:tcW w:w="4818" w:type="dxa"/>
          </w:tcPr>
          <w:p w14:paraId="60CAA708" w14:textId="77777777" w:rsidR="00A93F43" w:rsidRDefault="00000000">
            <w:pPr>
              <w:keepNext/>
            </w:pPr>
            <w:r>
              <w:rPr>
                <w:b/>
                <w:color w:val="0D5F78"/>
              </w:rPr>
              <w:t>a beneficiarului</w:t>
            </w:r>
          </w:p>
          <w:p w14:paraId="5976D411" w14:textId="77777777" w:rsidR="00A93F43" w:rsidRDefault="00A93F43">
            <w:pPr>
              <w:keepNext/>
            </w:pPr>
          </w:p>
        </w:tc>
      </w:tr>
      <w:tr w:rsidR="00A93F43" w14:paraId="4494E44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602C2F82" w14:textId="77777777" w:rsidR="00A93F43" w:rsidRDefault="00000000">
            <w:r>
              <w:rPr>
                <w:b/>
                <w:color w:val="0D5F78"/>
              </w:rPr>
              <w:t>Proiect nr. / cod</w:t>
            </w:r>
          </w:p>
          <w:p w14:paraId="1A2776FB" w14:textId="77777777" w:rsidR="00A93F43" w:rsidRDefault="00A93F43"/>
        </w:tc>
        <w:tc>
          <w:tcPr>
            <w:tcW w:w="6424" w:type="dxa"/>
            <w:gridSpan w:val="2"/>
          </w:tcPr>
          <w:p w14:paraId="770C2C1C" w14:textId="77777777" w:rsidR="00A93F43" w:rsidRDefault="00000000">
            <w:r>
              <w:rPr>
                <w:b/>
                <w:color w:val="0D5F78"/>
              </w:rPr>
              <w:t>Imobilul</w:t>
            </w:r>
          </w:p>
          <w:p w14:paraId="29051F77" w14:textId="77777777" w:rsidR="00A93F43" w:rsidRDefault="00A93F43"/>
        </w:tc>
      </w:tr>
    </w:tbl>
    <w:p w14:paraId="1F068602" w14:textId="77777777" w:rsidR="00A93F43" w:rsidRDefault="00A93F43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93F43" w14:paraId="083060A5" w14:textId="77777777">
        <w:trPr>
          <w:cantSplit/>
        </w:trPr>
        <w:tc>
          <w:tcPr>
            <w:tcW w:w="9636" w:type="dxa"/>
            <w:shd w:val="clear" w:color="auto" w:fill="F4F4F4"/>
          </w:tcPr>
          <w:p w14:paraId="584FCB20" w14:textId="77777777" w:rsidR="00A93F43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SOLICITAREA</w:t>
            </w:r>
          </w:p>
        </w:tc>
      </w:tr>
      <w:tr w:rsidR="00A93F43" w14:paraId="4DC130E2" w14:textId="77777777">
        <w:trPr>
          <w:cantSplit/>
        </w:trPr>
        <w:tc>
          <w:tcPr>
            <w:tcW w:w="9636" w:type="dxa"/>
            <w:shd w:val="clear" w:color="auto" w:fill="F4F4F4"/>
          </w:tcPr>
          <w:p w14:paraId="42F86180" w14:textId="77777777" w:rsidR="00A93F43" w:rsidRDefault="00000000">
            <w:pPr>
              <w:keepNext/>
            </w:pPr>
            <w:r>
              <w:rPr>
                <w:sz w:val="16"/>
              </w:rPr>
              <w:t xml:space="preserve"> Clarificările / completările / documentele solicitate</w:t>
            </w:r>
          </w:p>
        </w:tc>
      </w:tr>
      <w:tr w:rsidR="00A93F43" w14:paraId="4ADE3FFD" w14:textId="77777777">
        <w:trPr>
          <w:cantSplit/>
        </w:trPr>
        <w:tc>
          <w:tcPr>
            <w:tcW w:w="9636" w:type="dxa"/>
          </w:tcPr>
          <w:p w14:paraId="077D2F96" w14:textId="77777777" w:rsidR="00A93F43" w:rsidRDefault="00A93F4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68974D07" w14:textId="77777777" w:rsidR="00A93F43" w:rsidRDefault="00A93F4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0F7306F3" w14:textId="77777777" w:rsidR="00A93F43" w:rsidRDefault="00A93F43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  <w:tr w:rsidR="00A93F43" w14:paraId="6DF94E88" w14:textId="77777777">
        <w:trPr>
          <w:cantSplit/>
          <w:trHeight w:val="510"/>
        </w:trPr>
        <w:tc>
          <w:tcPr>
            <w:tcW w:w="9636" w:type="dxa"/>
          </w:tcPr>
          <w:p w14:paraId="4B49B117" w14:textId="77777777" w:rsidR="00A93F43" w:rsidRDefault="00000000">
            <w:pPr>
              <w:keepNext/>
            </w:pPr>
            <w:r>
              <w:rPr>
                <w:b/>
                <w:color w:val="0D5F78"/>
              </w:rPr>
              <w:t>Termenul de transmitere</w:t>
            </w:r>
          </w:p>
          <w:p w14:paraId="651B9393" w14:textId="77777777" w:rsidR="00A93F43" w:rsidRDefault="00A93F43">
            <w:pPr>
              <w:keepNext/>
            </w:pPr>
          </w:p>
        </w:tc>
      </w:tr>
      <w:tr w:rsidR="00A93F43" w:rsidRPr="00132008" w14:paraId="0440CA86" w14:textId="77777777">
        <w:trPr>
          <w:cantSplit/>
        </w:trPr>
        <w:tc>
          <w:tcPr>
            <w:tcW w:w="9636" w:type="dxa"/>
            <w:shd w:val="clear" w:color="auto" w:fill="F4F4F4"/>
          </w:tcPr>
          <w:p w14:paraId="1046B956" w14:textId="77777777" w:rsidR="00A93F43" w:rsidRPr="00F66EA5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F66EA5">
              <w:rPr>
                <w:lang w:val="fr-FR"/>
              </w:rPr>
              <w:t>Termenul</w:t>
            </w:r>
            <w:proofErr w:type="spellEnd"/>
            <w:r w:rsidRPr="00F66EA5">
              <w:rPr>
                <w:lang w:val="fr-FR"/>
              </w:rPr>
              <w:t xml:space="preserve"> de </w:t>
            </w:r>
            <w:proofErr w:type="spellStart"/>
            <w:r w:rsidRPr="00F66EA5">
              <w:rPr>
                <w:lang w:val="fr-FR"/>
              </w:rPr>
              <w:t>începere</w:t>
            </w:r>
            <w:proofErr w:type="spellEnd"/>
            <w:r w:rsidRPr="00F66EA5">
              <w:rPr>
                <w:lang w:val="fr-FR"/>
              </w:rPr>
              <w:t xml:space="preserve"> a </w:t>
            </w:r>
            <w:proofErr w:type="spellStart"/>
            <w:r w:rsidRPr="00F66EA5">
              <w:rPr>
                <w:lang w:val="fr-FR"/>
              </w:rPr>
              <w:t>lucrărilor</w:t>
            </w:r>
            <w:proofErr w:type="spellEnd"/>
            <w:r w:rsidRPr="00F66EA5">
              <w:rPr>
                <w:lang w:val="fr-FR"/>
              </w:rPr>
              <w:t xml:space="preserve"> </w:t>
            </w:r>
            <w:proofErr w:type="spellStart"/>
            <w:r w:rsidRPr="00F66EA5">
              <w:rPr>
                <w:lang w:val="fr-FR"/>
              </w:rPr>
              <w:t>curge</w:t>
            </w:r>
            <w:proofErr w:type="spellEnd"/>
            <w:r w:rsidRPr="00F66EA5">
              <w:rPr>
                <w:lang w:val="fr-FR"/>
              </w:rPr>
              <w:t xml:space="preserve"> de la data </w:t>
            </w:r>
            <w:proofErr w:type="spellStart"/>
            <w:r w:rsidRPr="00F66EA5">
              <w:rPr>
                <w:lang w:val="fr-FR"/>
              </w:rPr>
              <w:t>depunerii</w:t>
            </w:r>
            <w:proofErr w:type="spellEnd"/>
            <w:r w:rsidRPr="00F66EA5">
              <w:rPr>
                <w:lang w:val="fr-FR"/>
              </w:rPr>
              <w:t xml:space="preserve"> </w:t>
            </w:r>
            <w:proofErr w:type="spellStart"/>
            <w:r w:rsidRPr="00F66EA5">
              <w:rPr>
                <w:lang w:val="fr-FR"/>
              </w:rPr>
              <w:t>clarificărilor</w:t>
            </w:r>
            <w:proofErr w:type="spellEnd"/>
            <w:r w:rsidRPr="00F66EA5">
              <w:rPr>
                <w:lang w:val="fr-FR"/>
              </w:rPr>
              <w:t xml:space="preserve"> </w:t>
            </w:r>
            <w:proofErr w:type="spellStart"/>
            <w:r w:rsidRPr="00F66EA5">
              <w:rPr>
                <w:lang w:val="fr-FR"/>
              </w:rPr>
              <w:t>solicitate</w:t>
            </w:r>
            <w:proofErr w:type="spellEnd"/>
            <w:r w:rsidRPr="00F66EA5">
              <w:rPr>
                <w:lang w:val="fr-FR"/>
              </w:rPr>
              <w:t>.</w:t>
            </w:r>
          </w:p>
        </w:tc>
      </w:tr>
    </w:tbl>
    <w:p w14:paraId="44A62596" w14:textId="77777777" w:rsidR="00A93F43" w:rsidRPr="00F66EA5" w:rsidRDefault="00A93F43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2409"/>
        <w:gridCol w:w="1606"/>
      </w:tblGrid>
      <w:tr w:rsidR="00A93F43" w14:paraId="5E7BF2F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4FCBA18" w14:textId="77777777" w:rsidR="00A93F43" w:rsidRDefault="00000000">
            <w:pPr>
              <w:keepNext/>
            </w:pPr>
            <w:r w:rsidRPr="00F66EA5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SEMNĂTURA</w:t>
            </w:r>
          </w:p>
        </w:tc>
      </w:tr>
      <w:tr w:rsidR="00A93F43" w14:paraId="2858BD6C" w14:textId="77777777">
        <w:trPr>
          <w:cantSplit/>
          <w:trHeight w:val="510"/>
        </w:trPr>
        <w:tc>
          <w:tcPr>
            <w:tcW w:w="5621" w:type="dxa"/>
          </w:tcPr>
          <w:p w14:paraId="54243203" w14:textId="4C0CD6ED" w:rsidR="00A93F43" w:rsidRDefault="00000000"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autorității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</w:p>
          <w:p w14:paraId="0B9F7FD9" w14:textId="77777777" w:rsidR="00A93F43" w:rsidRDefault="00A93F43"/>
        </w:tc>
        <w:tc>
          <w:tcPr>
            <w:tcW w:w="2409" w:type="dxa"/>
          </w:tcPr>
          <w:p w14:paraId="00F86ABF" w14:textId="77777777" w:rsidR="00A93F43" w:rsidRDefault="00000000">
            <w:r>
              <w:rPr>
                <w:b/>
                <w:color w:val="0D5F78"/>
              </w:rPr>
              <w:t>Data</w:t>
            </w:r>
          </w:p>
          <w:p w14:paraId="5523DCBB" w14:textId="77777777" w:rsidR="00A93F43" w:rsidRDefault="00A93F43"/>
        </w:tc>
        <w:tc>
          <w:tcPr>
            <w:tcW w:w="1606" w:type="dxa"/>
          </w:tcPr>
          <w:p w14:paraId="5BD7C661" w14:textId="6BE1ED55" w:rsidR="00A93F43" w:rsidRDefault="00F66EA5">
            <w:proofErr w:type="spellStart"/>
            <w:r>
              <w:rPr>
                <w:b/>
                <w:color w:val="0D5F78"/>
              </w:rPr>
              <w:t>Semnatura</w:t>
            </w:r>
            <w:proofErr w:type="spellEnd"/>
          </w:p>
          <w:p w14:paraId="7FE25160" w14:textId="77777777" w:rsidR="00A93F43" w:rsidRDefault="00A93F43"/>
        </w:tc>
      </w:tr>
    </w:tbl>
    <w:p w14:paraId="6F67A149" w14:textId="77777777" w:rsidR="00A93F43" w:rsidRDefault="00A93F43">
      <w:pPr>
        <w:spacing w:line="168" w:lineRule="auto"/>
      </w:pPr>
    </w:p>
    <w:sectPr w:rsidR="00A93F43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4F4E7" w14:textId="77777777" w:rsidR="00D16FF9" w:rsidRDefault="00D16FF9">
      <w:r>
        <w:separator/>
      </w:r>
    </w:p>
  </w:endnote>
  <w:endnote w:type="continuationSeparator" w:id="0">
    <w:p w14:paraId="46A57D59" w14:textId="77777777" w:rsidR="00D16FF9" w:rsidRDefault="00D1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AC04" w14:textId="77777777" w:rsidR="00A93F43" w:rsidRDefault="00000000">
    <w:pPr>
      <w:pStyle w:val="Subsol"/>
      <w:tabs>
        <w:tab w:val="right" w:pos="9639"/>
      </w:tabs>
    </w:pPr>
    <w:r>
      <w:rPr>
        <w:color w:val="595959"/>
      </w:rPr>
      <w:t xml:space="preserve">F_NOT_03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F66EA5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F66EA5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4270B" w14:textId="77777777" w:rsidR="00D16FF9" w:rsidRDefault="00D16FF9">
      <w:r>
        <w:separator/>
      </w:r>
    </w:p>
  </w:footnote>
  <w:footnote w:type="continuationSeparator" w:id="0">
    <w:p w14:paraId="34A30B1C" w14:textId="77777777" w:rsidR="00D16FF9" w:rsidRDefault="00D16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6846629">
    <w:abstractNumId w:val="8"/>
  </w:num>
  <w:num w:numId="2" w16cid:durableId="718280180">
    <w:abstractNumId w:val="6"/>
  </w:num>
  <w:num w:numId="3" w16cid:durableId="206646641">
    <w:abstractNumId w:val="5"/>
  </w:num>
  <w:num w:numId="4" w16cid:durableId="1817065279">
    <w:abstractNumId w:val="4"/>
  </w:num>
  <w:num w:numId="5" w16cid:durableId="331614462">
    <w:abstractNumId w:val="7"/>
  </w:num>
  <w:num w:numId="6" w16cid:durableId="486480204">
    <w:abstractNumId w:val="3"/>
  </w:num>
  <w:num w:numId="7" w16cid:durableId="434132356">
    <w:abstractNumId w:val="2"/>
  </w:num>
  <w:num w:numId="8" w16cid:durableId="1727799628">
    <w:abstractNumId w:val="1"/>
  </w:num>
  <w:num w:numId="9" w16cid:durableId="74032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008"/>
    <w:rsid w:val="0015074B"/>
    <w:rsid w:val="0029639D"/>
    <w:rsid w:val="00326F90"/>
    <w:rsid w:val="006C103E"/>
    <w:rsid w:val="00A93F43"/>
    <w:rsid w:val="00AA1D8D"/>
    <w:rsid w:val="00B47730"/>
    <w:rsid w:val="00CB0664"/>
    <w:rsid w:val="00D16FF9"/>
    <w:rsid w:val="00E61A6B"/>
    <w:rsid w:val="00F66EA5"/>
    <w:rsid w:val="00FB44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BA11C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2026-08-24T15:37:00Z</dcterms:modified>
  <cp:category/>
</cp:coreProperties>
</file>