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85C0B" w14:paraId="519B4AD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A88CE79" w14:textId="77777777" w:rsidR="00C85C0B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D65C390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340C295B" w14:textId="77777777" w:rsidR="00C85C0B" w:rsidRDefault="00C85C0B">
            <w:pPr>
              <w:keepNext/>
            </w:pPr>
          </w:p>
        </w:tc>
      </w:tr>
      <w:tr w:rsidR="00C85C0B" w14:paraId="0ACFA7D3" w14:textId="77777777">
        <w:trPr>
          <w:cantSplit/>
          <w:trHeight w:val="510"/>
        </w:trPr>
        <w:tc>
          <w:tcPr>
            <w:tcW w:w="1606" w:type="dxa"/>
            <w:vMerge/>
          </w:tcPr>
          <w:p w14:paraId="4D922E0F" w14:textId="77777777" w:rsidR="00C85C0B" w:rsidRDefault="00C85C0B"/>
        </w:tc>
        <w:tc>
          <w:tcPr>
            <w:tcW w:w="8030" w:type="dxa"/>
            <w:gridSpan w:val="3"/>
            <w:shd w:val="clear" w:color="auto" w:fill="F0F0F0"/>
          </w:tcPr>
          <w:p w14:paraId="7BFDD222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537356A4" w14:textId="77777777" w:rsidR="00C85C0B" w:rsidRDefault="00C85C0B">
            <w:pPr>
              <w:keepNext/>
            </w:pPr>
          </w:p>
        </w:tc>
      </w:tr>
      <w:tr w:rsidR="00C85C0B" w14:paraId="06B81FB7" w14:textId="77777777">
        <w:trPr>
          <w:cantSplit/>
          <w:trHeight w:val="510"/>
        </w:trPr>
        <w:tc>
          <w:tcPr>
            <w:tcW w:w="1606" w:type="dxa"/>
            <w:vMerge/>
          </w:tcPr>
          <w:p w14:paraId="5B65FFC0" w14:textId="77777777" w:rsidR="00C85C0B" w:rsidRDefault="00C85C0B"/>
        </w:tc>
        <w:tc>
          <w:tcPr>
            <w:tcW w:w="2409" w:type="dxa"/>
            <w:shd w:val="clear" w:color="auto" w:fill="F0F0F0"/>
          </w:tcPr>
          <w:p w14:paraId="73114822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b/>
                <w:color w:val="0D5F78"/>
                <w:lang w:val="fr-FR"/>
              </w:rPr>
              <w:t>Cod de identificare fiscală (CIF)</w:t>
            </w:r>
          </w:p>
          <w:p w14:paraId="790922F4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E8EEC5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7C0DAFA0" w14:textId="77777777" w:rsidR="00C85C0B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34178E3A" w14:textId="77777777" w:rsidR="00C85C0B" w:rsidRDefault="00C85C0B">
            <w:pPr>
              <w:keepNext/>
            </w:pPr>
          </w:p>
        </w:tc>
      </w:tr>
      <w:tr w:rsidR="00C85C0B" w14:paraId="024C8C88" w14:textId="77777777">
        <w:trPr>
          <w:cantSplit/>
          <w:trHeight w:val="510"/>
        </w:trPr>
        <w:tc>
          <w:tcPr>
            <w:tcW w:w="1606" w:type="dxa"/>
            <w:vMerge/>
          </w:tcPr>
          <w:p w14:paraId="60A55E62" w14:textId="77777777" w:rsidR="00C85C0B" w:rsidRDefault="00C85C0B"/>
        </w:tc>
        <w:tc>
          <w:tcPr>
            <w:tcW w:w="4818" w:type="dxa"/>
            <w:gridSpan w:val="2"/>
            <w:shd w:val="clear" w:color="auto" w:fill="F0F0F0"/>
          </w:tcPr>
          <w:p w14:paraId="4322CA91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28C1E4E9" w14:textId="77777777" w:rsidR="00C85C0B" w:rsidRDefault="00C85C0B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177760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EF75A35" w14:textId="77777777" w:rsidR="00C85C0B" w:rsidRDefault="00C85C0B">
            <w:pPr>
              <w:keepNext/>
            </w:pPr>
          </w:p>
        </w:tc>
      </w:tr>
      <w:tr w:rsidR="00C85C0B" w:rsidRPr="003A7070" w14:paraId="25CEB233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DB7F8C0" w14:textId="77777777" w:rsidR="00C85C0B" w:rsidRPr="00150E80" w:rsidRDefault="00000000">
            <w:pPr>
              <w:rPr>
                <w:lang w:val="fr-FR"/>
              </w:rPr>
            </w:pPr>
            <w:r w:rsidRPr="00150E80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05970DD8" w14:textId="77777777" w:rsidR="00C85C0B" w:rsidRPr="00150E80" w:rsidRDefault="00C85C0B">
      <w:pPr>
        <w:spacing w:line="168" w:lineRule="auto"/>
        <w:rPr>
          <w:lang w:val="fr-FR"/>
        </w:rPr>
      </w:pPr>
    </w:p>
    <w:p w14:paraId="0EFADD9B" w14:textId="77777777" w:rsidR="00C85C0B" w:rsidRPr="003A7070" w:rsidRDefault="00000000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000000">
      <w:pPr>
        <w:spacing w:after="120"/>
        <w:jc w:val="center"/>
      </w:pPr>
      <w:r>
        <w:rPr>
          <w:sz w:val="19"/>
        </w:rPr>
        <w:t>privind finalizarea lucrărilor notificate și solicitarea participării reprezentantului UAT la recepție</w:t>
      </w:r>
    </w:p>
    <w:p w14:paraId="279D8DA9" w14:textId="77777777" w:rsidR="00C85C0B" w:rsidRDefault="00C85C0B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b/>
                <w:color w:val="0D5F78"/>
                <w:lang w:val="fr-FR"/>
              </w:rPr>
              <w:t>Instituția</w:t>
            </w:r>
          </w:p>
          <w:p w14:paraId="661E6056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3662B31C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</w:tr>
      <w:tr w:rsidR="00C85C0B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150E80" w:rsidRDefault="00000000">
            <w:pPr>
              <w:spacing w:line="228" w:lineRule="auto"/>
              <w:rPr>
                <w:lang w:val="fr-FR"/>
              </w:rPr>
            </w:pPr>
            <w:r w:rsidRPr="00150E80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000000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000000">
            <w:r>
              <w:rPr>
                <w:b/>
                <w:color w:val="0D5F78"/>
              </w:rPr>
              <w:t>Telefon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000000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000000">
            <w:r>
              <w:rPr>
                <w:b/>
                <w:color w:val="0D5F78"/>
              </w:rPr>
              <w:t>Nr. / data notificării</w:t>
            </w:r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000000">
            <w:r>
              <w:rPr>
                <w:b/>
                <w:color w:val="0D5F78"/>
              </w:rPr>
              <w:t>Proiect nr. / cod</w:t>
            </w:r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000000">
            <w:r>
              <w:rPr>
                <w:b/>
                <w:color w:val="0D5F78"/>
              </w:rPr>
              <w:t>Imobilul</w:t>
            </w:r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începerii lucrărilor</w:t>
            </w:r>
          </w:p>
          <w:p w14:paraId="2D6D470D" w14:textId="77777777" w:rsidR="00C85C0B" w:rsidRDefault="00000000">
            <w:pPr>
              <w:keepNext/>
            </w:pPr>
            <w:r>
              <w:rPr>
                <w:i/>
                <w:color w:val="7A7A7A"/>
              </w:rPr>
              <w:t>se declară aici</w:t>
            </w:r>
          </w:p>
          <w:p w14:paraId="544B9697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finalizării</w:t>
            </w:r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propusă pentru recepție</w:t>
            </w:r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locul</w:t>
            </w:r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r w:rsidRPr="00150E80">
              <w:t>privind Codul amenajării teritoriului, urbanismului și construcțiilor</w:t>
            </w:r>
            <w:r>
              <w:t xml:space="preserve">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000000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000000">
            <w:r>
              <w:rPr>
                <w:b/>
                <w:color w:val="0D5F78"/>
              </w:rPr>
              <w:t>Beneficiarul</w:t>
            </w:r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000000">
            <w:r>
              <w:rPr>
                <w:b/>
                <w:color w:val="0D5F78"/>
              </w:rPr>
              <w:t>Semnătura</w:t>
            </w:r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DBBB" w14:textId="77777777" w:rsidR="005C02E4" w:rsidRDefault="005C02E4">
      <w:r>
        <w:separator/>
      </w:r>
    </w:p>
  </w:endnote>
  <w:endnote w:type="continuationSeparator" w:id="0">
    <w:p w14:paraId="21FD06EA" w14:textId="77777777" w:rsidR="005C02E4" w:rsidRDefault="005C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726" w14:textId="77777777" w:rsidR="00C85C0B" w:rsidRDefault="00000000">
    <w:pPr>
      <w:pStyle w:val="Subsol"/>
      <w:tabs>
        <w:tab w:val="right" w:pos="9639"/>
      </w:tabs>
    </w:pPr>
    <w:r>
      <w:rPr>
        <w:color w:val="595959"/>
      </w:rPr>
      <w:t>F_NOT_07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357C" w14:textId="77777777" w:rsidR="005C02E4" w:rsidRDefault="005C02E4">
      <w:r>
        <w:separator/>
      </w:r>
    </w:p>
  </w:footnote>
  <w:footnote w:type="continuationSeparator" w:id="0">
    <w:p w14:paraId="48DE7EFC" w14:textId="77777777" w:rsidR="005C02E4" w:rsidRDefault="005C0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8430">
    <w:abstractNumId w:val="8"/>
  </w:num>
  <w:num w:numId="2" w16cid:durableId="1130898323">
    <w:abstractNumId w:val="6"/>
  </w:num>
  <w:num w:numId="3" w16cid:durableId="896206482">
    <w:abstractNumId w:val="5"/>
  </w:num>
  <w:num w:numId="4" w16cid:durableId="274681599">
    <w:abstractNumId w:val="4"/>
  </w:num>
  <w:num w:numId="5" w16cid:durableId="1333411861">
    <w:abstractNumId w:val="7"/>
  </w:num>
  <w:num w:numId="6" w16cid:durableId="1480608108">
    <w:abstractNumId w:val="3"/>
  </w:num>
  <w:num w:numId="7" w16cid:durableId="2120636634">
    <w:abstractNumId w:val="2"/>
  </w:num>
  <w:num w:numId="8" w16cid:durableId="967707077">
    <w:abstractNumId w:val="1"/>
  </w:num>
  <w:num w:numId="9" w16cid:durableId="184912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0E80"/>
    <w:rsid w:val="0029639D"/>
    <w:rsid w:val="00326F90"/>
    <w:rsid w:val="003A7070"/>
    <w:rsid w:val="003F0F62"/>
    <w:rsid w:val="005C02E4"/>
    <w:rsid w:val="00AA1D8D"/>
    <w:rsid w:val="00B47730"/>
    <w:rsid w:val="00B94163"/>
    <w:rsid w:val="00C85C0B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2026-08-24T15:42:00Z</dcterms:modified>
  <cp:category/>
</cp:coreProperties>
</file>